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CCD56" w14:textId="3BF84099" w:rsidR="00043C9C" w:rsidRDefault="00000000">
      <w:pPr>
        <w:pStyle w:val="Nagwek1"/>
      </w:pPr>
      <w:proofErr w:type="spellStart"/>
      <w:r>
        <w:t>Załącznik</w:t>
      </w:r>
      <w:proofErr w:type="spellEnd"/>
      <w:r>
        <w:t xml:space="preserve"> nr </w:t>
      </w:r>
      <w:r w:rsidR="004F1BC5">
        <w:t>1a</w:t>
      </w:r>
      <w:r>
        <w:t xml:space="preserve"> do SWZ</w:t>
      </w:r>
      <w:r>
        <w:br/>
      </w:r>
      <w:proofErr w:type="spellStart"/>
      <w:r w:rsidR="004F1BC5">
        <w:t>Parametry</w:t>
      </w:r>
      <w:proofErr w:type="spellEnd"/>
      <w:r w:rsidR="004F1BC5">
        <w:t xml:space="preserve"> </w:t>
      </w:r>
      <w:proofErr w:type="spellStart"/>
      <w:r w:rsidR="004F1BC5">
        <w:t>graniczne</w:t>
      </w:r>
      <w:proofErr w:type="spellEnd"/>
      <w:r w:rsidR="004F1BC5">
        <w:t xml:space="preserve"> </w:t>
      </w:r>
      <w:proofErr w:type="spellStart"/>
      <w:r w:rsidR="004F1BC5">
        <w:t>sprzętu</w:t>
      </w:r>
      <w:proofErr w:type="spellEnd"/>
    </w:p>
    <w:p w14:paraId="0B6E37A9" w14:textId="77777777" w:rsidR="00043C9C" w:rsidRDefault="00000000">
      <w:pPr>
        <w:pStyle w:val="Nagwek2"/>
      </w:pPr>
      <w:r>
        <w:t xml:space="preserve">1. </w:t>
      </w:r>
      <w:proofErr w:type="spellStart"/>
      <w:r>
        <w:t>Aparat</w:t>
      </w:r>
      <w:proofErr w:type="spellEnd"/>
      <w:r>
        <w:t xml:space="preserve"> EKG – 1 </w:t>
      </w:r>
      <w:proofErr w:type="spellStart"/>
      <w:r>
        <w:t>szt</w:t>
      </w:r>
      <w:proofErr w:type="spellEnd"/>
      <w:r>
        <w:t>.</w:t>
      </w:r>
    </w:p>
    <w:tbl>
      <w:tblPr>
        <w:tblStyle w:val="Przetargi"/>
        <w:tblW w:w="4946" w:type="pct"/>
        <w:tblLook w:val="04A0" w:firstRow="1" w:lastRow="0" w:firstColumn="1" w:lastColumn="0" w:noHBand="0" w:noVBand="1"/>
      </w:tblPr>
      <w:tblGrid>
        <w:gridCol w:w="619"/>
        <w:gridCol w:w="3490"/>
        <w:gridCol w:w="936"/>
        <w:gridCol w:w="3492"/>
      </w:tblGrid>
      <w:tr w:rsidR="00B820F5" w:rsidRPr="00094902" w14:paraId="6ACA757C" w14:textId="77777777" w:rsidTr="00231E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5048FA3" w14:textId="77777777" w:rsidR="00B820F5" w:rsidRPr="00094902" w:rsidRDefault="00B820F5" w:rsidP="00231EB5">
            <w:pPr>
              <w:spacing w:line="276" w:lineRule="auto"/>
            </w:pPr>
            <w:r w:rsidRPr="00BB2F54">
              <w:t>Lp.</w:t>
            </w:r>
          </w:p>
        </w:tc>
        <w:tc>
          <w:tcPr>
            <w:tcW w:w="2061" w:type="pct"/>
          </w:tcPr>
          <w:p w14:paraId="1B071F4F" w14:textId="77777777" w:rsidR="00B820F5" w:rsidRPr="00D84CEF" w:rsidRDefault="00B820F5" w:rsidP="00231EB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D84CEF">
              <w:rPr>
                <w:bCs/>
              </w:rPr>
              <w:t>Parametry techniczne</w:t>
            </w:r>
          </w:p>
        </w:tc>
        <w:tc>
          <w:tcPr>
            <w:tcW w:w="497" w:type="pct"/>
          </w:tcPr>
          <w:p w14:paraId="7B48CAEC" w14:textId="77777777" w:rsidR="00B820F5" w:rsidRPr="00094902" w:rsidRDefault="00B820F5" w:rsidP="00231EB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94902">
              <w:t>TAK/NIE</w:t>
            </w:r>
          </w:p>
        </w:tc>
        <w:tc>
          <w:tcPr>
            <w:tcW w:w="2062" w:type="pct"/>
          </w:tcPr>
          <w:p w14:paraId="329DCCE7" w14:textId="018308AA" w:rsidR="00B820F5" w:rsidRPr="00094902" w:rsidRDefault="00B820F5" w:rsidP="00231EB5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Opis</w:t>
            </w:r>
          </w:p>
        </w:tc>
      </w:tr>
      <w:tr w:rsidR="00B820F5" w:rsidRPr="00094902" w14:paraId="62C2ABB3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409FF65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E97AE84" w14:textId="77777777" w:rsidR="00B820F5" w:rsidRPr="00D84CEF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CA37BB">
              <w:rPr>
                <w:bCs/>
              </w:rPr>
              <w:t xml:space="preserve">Współpraca z kompleksową platformą kardiologiczną, w której można wykonać zarówno badania EKG z oceną ryzyka nagłej śmierci sercowej, jak i spirometrię, próbę wysiłkową, </w:t>
            </w:r>
            <w:proofErr w:type="spellStart"/>
            <w:r w:rsidRPr="00CA37BB">
              <w:rPr>
                <w:bCs/>
              </w:rPr>
              <w:t>holter</w:t>
            </w:r>
            <w:proofErr w:type="spellEnd"/>
            <w:r w:rsidRPr="00CA37BB">
              <w:rPr>
                <w:bCs/>
              </w:rPr>
              <w:t xml:space="preserve"> EKG, </w:t>
            </w:r>
            <w:proofErr w:type="spellStart"/>
            <w:r w:rsidRPr="00CA37BB">
              <w:rPr>
                <w:bCs/>
              </w:rPr>
              <w:t>holter</w:t>
            </w:r>
            <w:proofErr w:type="spellEnd"/>
            <w:r w:rsidRPr="00CA37BB">
              <w:rPr>
                <w:bCs/>
              </w:rPr>
              <w:t xml:space="preserve"> RR i </w:t>
            </w:r>
            <w:proofErr w:type="spellStart"/>
            <w:r w:rsidRPr="00CA37BB">
              <w:rPr>
                <w:bCs/>
              </w:rPr>
              <w:t>ergospirometrię</w:t>
            </w:r>
            <w:proofErr w:type="spellEnd"/>
            <w:r w:rsidRPr="00CA37BB">
              <w:rPr>
                <w:bCs/>
              </w:rPr>
              <w:t xml:space="preserve"> oraz </w:t>
            </w:r>
            <w:proofErr w:type="spellStart"/>
            <w:r w:rsidRPr="00CA37BB">
              <w:rPr>
                <w:bCs/>
              </w:rPr>
              <w:t>telekonsultację</w:t>
            </w:r>
            <w:proofErr w:type="spellEnd"/>
            <w:r w:rsidRPr="00CA37BB">
              <w:rPr>
                <w:bCs/>
              </w:rPr>
              <w:t xml:space="preserve"> badań</w:t>
            </w:r>
          </w:p>
        </w:tc>
        <w:tc>
          <w:tcPr>
            <w:tcW w:w="497" w:type="pct"/>
          </w:tcPr>
          <w:p w14:paraId="5C0EDC49" w14:textId="77777777" w:rsidR="00B820F5" w:rsidRPr="00094902" w:rsidRDefault="00B820F5" w:rsidP="00231EB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125D0A9" w14:textId="77777777" w:rsidR="00B820F5" w:rsidRPr="00094902" w:rsidRDefault="00B820F5" w:rsidP="00231EB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7BEC0D71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141D6BB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5D7A29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 xml:space="preserve">7-calowy dotykowy ekran True </w:t>
            </w:r>
            <w:proofErr w:type="spellStart"/>
            <w:r w:rsidRPr="00094902">
              <w:t>Color</w:t>
            </w:r>
            <w:proofErr w:type="spellEnd"/>
            <w:r w:rsidRPr="00094902">
              <w:t xml:space="preserve"> (24 </w:t>
            </w:r>
            <w:proofErr w:type="spellStart"/>
            <w:r w:rsidRPr="00094902">
              <w:t>bpp</w:t>
            </w:r>
            <w:proofErr w:type="spellEnd"/>
            <w:r w:rsidRPr="00094902">
              <w:t xml:space="preserve"> 16.7 M kolorów) o rozdzielczości 1024 x 600 </w:t>
            </w:r>
            <w:proofErr w:type="spellStart"/>
            <w:r w:rsidRPr="00094902">
              <w:t>px</w:t>
            </w:r>
            <w:proofErr w:type="spellEnd"/>
            <w:r w:rsidRPr="00094902">
              <w:t>.</w:t>
            </w:r>
          </w:p>
        </w:tc>
        <w:tc>
          <w:tcPr>
            <w:tcW w:w="497" w:type="pct"/>
          </w:tcPr>
          <w:p w14:paraId="2C847E54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1EF145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8C2B51" w14:paraId="261FD137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9CC9EF7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9FB276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Wymiary urządzenia: 225 x 234 x 77 mm (dł. x szer. x wys. w mm)</w:t>
            </w:r>
          </w:p>
        </w:tc>
        <w:tc>
          <w:tcPr>
            <w:tcW w:w="497" w:type="pct"/>
          </w:tcPr>
          <w:p w14:paraId="23233A57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1981DD9F" w14:textId="77777777" w:rsidR="00B820F5" w:rsidRPr="00143939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</w:tr>
      <w:tr w:rsidR="00B820F5" w:rsidRPr="00094902" w14:paraId="3963EF43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DA9E427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9A27658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Ekranowy wskaźnik kontroli kontaktu elektrod.</w:t>
            </w:r>
          </w:p>
        </w:tc>
        <w:tc>
          <w:tcPr>
            <w:tcW w:w="497" w:type="pct"/>
          </w:tcPr>
          <w:p w14:paraId="18A3076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160CB4C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6F2D1FEF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9DEB036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F1ADD68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Ekranowy asystent rozmieszczenia elektrod z graficznym wskazaniem jakości sygnału.</w:t>
            </w:r>
          </w:p>
        </w:tc>
        <w:tc>
          <w:tcPr>
            <w:tcW w:w="497" w:type="pct"/>
          </w:tcPr>
          <w:p w14:paraId="44ACDE29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36D39CA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788E1E20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312F044B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3C47D7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Klawiatura ekranowa na panelu dotykowym.</w:t>
            </w:r>
          </w:p>
        </w:tc>
        <w:tc>
          <w:tcPr>
            <w:tcW w:w="497" w:type="pct"/>
          </w:tcPr>
          <w:p w14:paraId="540D7433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32FB70C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362E2826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F26987F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6B54F7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regulacji jasności wyświetlacza.</w:t>
            </w:r>
          </w:p>
        </w:tc>
        <w:tc>
          <w:tcPr>
            <w:tcW w:w="497" w:type="pct"/>
          </w:tcPr>
          <w:p w14:paraId="74B6C13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21FB9F8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B050"/>
              </w:rPr>
            </w:pPr>
          </w:p>
        </w:tc>
      </w:tr>
      <w:tr w:rsidR="00B820F5" w:rsidRPr="00094902" w14:paraId="7FEDA338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3C71778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7DC0C0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Możliwość podłączenia fizycznej klawiatury i myszy za pomocą portu USB.</w:t>
            </w:r>
          </w:p>
        </w:tc>
        <w:tc>
          <w:tcPr>
            <w:tcW w:w="497" w:type="pct"/>
          </w:tcPr>
          <w:p w14:paraId="3FC5E2D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59C802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52E9F0C4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A9BA4FC" w14:textId="77777777" w:rsidR="00B820F5" w:rsidRPr="00335BDA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0154B5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Wskazanie rozładowania akumulatora za pomocą sygnału dźwiękowego i diod LED.</w:t>
            </w:r>
          </w:p>
        </w:tc>
        <w:tc>
          <w:tcPr>
            <w:tcW w:w="497" w:type="pct"/>
          </w:tcPr>
          <w:p w14:paraId="6BF707E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EF688C5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3E97DFCB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3C66B23" w14:textId="77777777" w:rsidR="00B820F5" w:rsidRPr="00335BDA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1E09190D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Możliwość wydruku w trybie automatycznym i manualnym</w:t>
            </w:r>
          </w:p>
        </w:tc>
        <w:tc>
          <w:tcPr>
            <w:tcW w:w="497" w:type="pct"/>
          </w:tcPr>
          <w:p w14:paraId="5E12BA9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F8D663D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4540DE34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37139F9" w14:textId="77777777" w:rsidR="00B820F5" w:rsidRPr="00335BDA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9C9ED6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77C60">
              <w:t xml:space="preserve">Drukowanie na papierze termicznym w formie rolki </w:t>
            </w:r>
            <w:r>
              <w:t>112mm</w:t>
            </w:r>
          </w:p>
        </w:tc>
        <w:tc>
          <w:tcPr>
            <w:tcW w:w="497" w:type="pct"/>
          </w:tcPr>
          <w:p w14:paraId="22A49FF8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099BEFE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240D1537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499591D" w14:textId="77777777" w:rsidR="00B820F5" w:rsidRPr="00335BDA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9FCA0C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Możliwość podłączenia zewnętrznej drukarki.</w:t>
            </w:r>
          </w:p>
        </w:tc>
        <w:tc>
          <w:tcPr>
            <w:tcW w:w="497" w:type="pct"/>
          </w:tcPr>
          <w:p w14:paraId="1BB0B3B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4EAF02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1B793544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4F3A62A" w14:textId="77777777" w:rsidR="00B820F5" w:rsidRPr="00335BDA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23A622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Dane wyświetlane na ekranie: Tętno, imię i nazwisko pacjenta, identyfikator pacjenta, godzina, wskaźnik naładowania baterii, powiadomienia, komunikaty ostrzegawcze, zapis krzywych EKG, ciśnienie krwi, waga i wzrost pacjenta, oznaczenia elektrod, ustawienia prędkości, czułości, filtrów, profilu i systemu elektrod, asystent podłączenia elektrod, wskazanie odłączenia elektrod, identyfikator użytkownika.</w:t>
            </w:r>
          </w:p>
        </w:tc>
        <w:tc>
          <w:tcPr>
            <w:tcW w:w="497" w:type="pct"/>
          </w:tcPr>
          <w:p w14:paraId="04D4B4F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F2FE53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6BDCEF85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3FD33DE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3BB8E08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Automatyczna interpretacja zapisu EKG dla pacjentów dorosłych i pediatrycznych.</w:t>
            </w:r>
          </w:p>
        </w:tc>
        <w:tc>
          <w:tcPr>
            <w:tcW w:w="497" w:type="pct"/>
          </w:tcPr>
          <w:p w14:paraId="7D44C68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52824D51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30101C1F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5DDAC04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41CE21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 xml:space="preserve">Automatyczna interpretacja zapisu EKG </w:t>
            </w:r>
            <w:r w:rsidRPr="00094902">
              <w:lastRenderedPageBreak/>
              <w:t>oparta na algorytmach i sztucznej inteligencji.</w:t>
            </w:r>
          </w:p>
        </w:tc>
        <w:tc>
          <w:tcPr>
            <w:tcW w:w="497" w:type="pct"/>
          </w:tcPr>
          <w:p w14:paraId="131AF8AF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CC30128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5A830E7B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5139AC3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C253250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Możliwość dodania własnoręcznej interpretacji oraz opinii lekarskiej do badania.</w:t>
            </w:r>
          </w:p>
        </w:tc>
        <w:tc>
          <w:tcPr>
            <w:tcW w:w="497" w:type="pct"/>
          </w:tcPr>
          <w:p w14:paraId="0A07EA20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CAD96E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7B630819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0CF7A8B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29D1BFB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przypisania badania do innego pacjenta.</w:t>
            </w:r>
          </w:p>
        </w:tc>
        <w:tc>
          <w:tcPr>
            <w:tcW w:w="497" w:type="pct"/>
          </w:tcPr>
          <w:p w14:paraId="40476531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E01F00E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10DDC5FD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13A9E12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0CEDD1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 xml:space="preserve">Parametry mierzone: RR, P, PQ(PR), QRS, QT, oś P, oś QRS, oś T, </w:t>
            </w:r>
            <w:proofErr w:type="spellStart"/>
            <w:r w:rsidRPr="00094902">
              <w:t>QTc</w:t>
            </w:r>
            <w:proofErr w:type="spellEnd"/>
            <w:r w:rsidRPr="00094902">
              <w:t xml:space="preserve"> (metodami: </w:t>
            </w:r>
            <w:proofErr w:type="spellStart"/>
            <w:r w:rsidRPr="00094902">
              <w:t>Bazett</w:t>
            </w:r>
            <w:proofErr w:type="spellEnd"/>
            <w:r w:rsidRPr="00094902">
              <w:t xml:space="preserve">, </w:t>
            </w:r>
            <w:proofErr w:type="spellStart"/>
            <w:r w:rsidRPr="00094902">
              <w:t>Hodges</w:t>
            </w:r>
            <w:proofErr w:type="spellEnd"/>
            <w:r w:rsidRPr="00094902">
              <w:t xml:space="preserve">, </w:t>
            </w:r>
            <w:proofErr w:type="spellStart"/>
            <w:r w:rsidRPr="00094902">
              <w:t>Fridericia</w:t>
            </w:r>
            <w:proofErr w:type="spellEnd"/>
            <w:r w:rsidRPr="00094902">
              <w:t xml:space="preserve">, </w:t>
            </w:r>
            <w:proofErr w:type="spellStart"/>
            <w:r w:rsidRPr="00094902">
              <w:t>Framingham</w:t>
            </w:r>
            <w:proofErr w:type="spellEnd"/>
            <w:r w:rsidRPr="00094902">
              <w:t>)</w:t>
            </w:r>
          </w:p>
        </w:tc>
        <w:tc>
          <w:tcPr>
            <w:tcW w:w="497" w:type="pct"/>
          </w:tcPr>
          <w:p w14:paraId="7B04E9A3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683FF1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BD69CF" w14:paraId="30C91F92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70129F8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2B3C544" w14:textId="77777777" w:rsidR="00B820F5" w:rsidRPr="008C2B51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proofErr w:type="spellStart"/>
            <w:r w:rsidRPr="008C2B51">
              <w:rPr>
                <w:lang w:val="en-GB"/>
              </w:rPr>
              <w:t>Mierzone</w:t>
            </w:r>
            <w:proofErr w:type="spellEnd"/>
            <w:r w:rsidRPr="008C2B51">
              <w:rPr>
                <w:lang w:val="en-GB"/>
              </w:rPr>
              <w:t xml:space="preserve"> </w:t>
            </w:r>
            <w:proofErr w:type="spellStart"/>
            <w:r w:rsidRPr="008C2B51">
              <w:rPr>
                <w:lang w:val="en-GB"/>
              </w:rPr>
              <w:t>amplitudy</w:t>
            </w:r>
            <w:proofErr w:type="spellEnd"/>
            <w:r w:rsidRPr="008C2B51">
              <w:rPr>
                <w:lang w:val="en-GB"/>
              </w:rPr>
              <w:t>: P+, P-, Q, R, R'. R", S, S', T+, T-, J, ST</w:t>
            </w:r>
          </w:p>
        </w:tc>
        <w:tc>
          <w:tcPr>
            <w:tcW w:w="497" w:type="pct"/>
          </w:tcPr>
          <w:p w14:paraId="75A3A80D" w14:textId="77777777" w:rsidR="00B820F5" w:rsidRPr="00143939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  <w:tc>
          <w:tcPr>
            <w:tcW w:w="2062" w:type="pct"/>
          </w:tcPr>
          <w:p w14:paraId="2272FFB9" w14:textId="77777777" w:rsidR="00B820F5" w:rsidRPr="00BD69CF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  <w:lang w:val="fr-FR"/>
              </w:rPr>
            </w:pPr>
          </w:p>
        </w:tc>
      </w:tr>
      <w:tr w:rsidR="00B820F5" w:rsidRPr="00094902" w14:paraId="3BA5662F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ECCE2D5" w14:textId="77777777" w:rsidR="00B820F5" w:rsidRPr="00BD69CF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  <w:rPr>
                <w:lang w:val="fr-FR"/>
              </w:rPr>
            </w:pPr>
          </w:p>
        </w:tc>
        <w:tc>
          <w:tcPr>
            <w:tcW w:w="2061" w:type="pct"/>
          </w:tcPr>
          <w:p w14:paraId="0526C11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977C60">
              <w:t>Wizualizacja uśrednionych zespołów</w:t>
            </w:r>
            <w:r>
              <w:t xml:space="preserve"> sygnału EKG dla każdego kanału</w:t>
            </w:r>
            <w:r w:rsidRPr="00977C60">
              <w:t>.</w:t>
            </w:r>
          </w:p>
        </w:tc>
        <w:tc>
          <w:tcPr>
            <w:tcW w:w="497" w:type="pct"/>
          </w:tcPr>
          <w:p w14:paraId="3ACAAD01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C5BDFCD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186E6BCA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34DE114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DC0AB75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C2B51">
              <w:rPr>
                <w:lang w:val="en-GB"/>
              </w:rPr>
              <w:t xml:space="preserve">Analiza: </w:t>
            </w:r>
            <w:proofErr w:type="spellStart"/>
            <w:r w:rsidRPr="008C2B51">
              <w:rPr>
                <w:lang w:val="en-GB"/>
              </w:rPr>
              <w:t>śr</w:t>
            </w:r>
            <w:proofErr w:type="spellEnd"/>
            <w:r w:rsidRPr="008C2B51">
              <w:rPr>
                <w:lang w:val="en-GB"/>
              </w:rPr>
              <w:t xml:space="preserve">. HR, </w:t>
            </w:r>
            <w:proofErr w:type="spellStart"/>
            <w:r w:rsidRPr="008C2B51">
              <w:rPr>
                <w:lang w:val="en-GB"/>
              </w:rPr>
              <w:t>maks</w:t>
            </w:r>
            <w:proofErr w:type="spellEnd"/>
            <w:r w:rsidRPr="008C2B51">
              <w:rPr>
                <w:lang w:val="en-GB"/>
              </w:rPr>
              <w:t xml:space="preserve">. HR, min. HR, </w:t>
            </w:r>
            <w:proofErr w:type="spellStart"/>
            <w:r w:rsidRPr="008C2B51">
              <w:rPr>
                <w:lang w:val="en-GB"/>
              </w:rPr>
              <w:t>śr</w:t>
            </w:r>
            <w:proofErr w:type="spellEnd"/>
            <w:r w:rsidRPr="008C2B51">
              <w:rPr>
                <w:lang w:val="en-GB"/>
              </w:rPr>
              <w:t xml:space="preserve">. R-R, </w:t>
            </w:r>
            <w:proofErr w:type="spellStart"/>
            <w:r w:rsidRPr="008C2B51">
              <w:rPr>
                <w:lang w:val="en-GB"/>
              </w:rPr>
              <w:t>maks</w:t>
            </w:r>
            <w:proofErr w:type="spellEnd"/>
            <w:r w:rsidRPr="008C2B51">
              <w:rPr>
                <w:lang w:val="en-GB"/>
              </w:rPr>
              <w:t>. </w:t>
            </w:r>
            <w:r w:rsidRPr="005D4868">
              <w:rPr>
                <w:lang w:val="fr-FR"/>
              </w:rPr>
              <w:t>R-R, min. </w:t>
            </w:r>
            <w:r w:rsidRPr="00094902">
              <w:t>R-R, zliczanie R-R, SDRR, pRR50.</w:t>
            </w:r>
          </w:p>
        </w:tc>
        <w:tc>
          <w:tcPr>
            <w:tcW w:w="497" w:type="pct"/>
          </w:tcPr>
          <w:p w14:paraId="137E96A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A6539F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0EF536AF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F29E5F2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5674C4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Prędkość wydruku / przesuwu papieru (mm/s): 5, 10, 12.5, 25, 50.</w:t>
            </w:r>
          </w:p>
        </w:tc>
        <w:tc>
          <w:tcPr>
            <w:tcW w:w="497" w:type="pct"/>
          </w:tcPr>
          <w:p w14:paraId="46E6380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901390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68DBEE5D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03F7E16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ED4F9C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Czułość (mm/</w:t>
            </w:r>
            <w:proofErr w:type="spellStart"/>
            <w:r w:rsidRPr="00094902">
              <w:t>mV</w:t>
            </w:r>
            <w:proofErr w:type="spellEnd"/>
            <w:r w:rsidRPr="00094902">
              <w:t>): 2.5, 5, 10, 20.</w:t>
            </w:r>
          </w:p>
        </w:tc>
        <w:tc>
          <w:tcPr>
            <w:tcW w:w="497" w:type="pct"/>
          </w:tcPr>
          <w:p w14:paraId="5B7EC412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934C7A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6F8A70B3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854556D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65E292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Możliwość ustawienia dwukrotnie mniejszej czułości elektrod piersiowych.</w:t>
            </w:r>
          </w:p>
        </w:tc>
        <w:tc>
          <w:tcPr>
            <w:tcW w:w="497" w:type="pct"/>
          </w:tcPr>
          <w:p w14:paraId="555DFFA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1226A4BC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00B050"/>
              </w:rPr>
            </w:pPr>
          </w:p>
        </w:tc>
      </w:tr>
      <w:tr w:rsidR="00B820F5" w:rsidRPr="00094902" w14:paraId="2F0E2459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D1269E8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675ABE5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 fizycznych</w:t>
            </w:r>
            <w:r w:rsidRPr="00977C60">
              <w:t xml:space="preserve"> </w:t>
            </w:r>
            <w:proofErr w:type="spellStart"/>
            <w:r w:rsidRPr="00977C60">
              <w:t>odprowadzeń</w:t>
            </w:r>
            <w:proofErr w:type="spellEnd"/>
            <w:r>
              <w:t>.</w:t>
            </w:r>
          </w:p>
        </w:tc>
        <w:tc>
          <w:tcPr>
            <w:tcW w:w="497" w:type="pct"/>
          </w:tcPr>
          <w:p w14:paraId="5B50360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F35691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21055D99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C95479E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15E957B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12 kanałów</w:t>
            </w:r>
            <w:r w:rsidRPr="00977C60">
              <w:t xml:space="preserve"> EKG.</w:t>
            </w:r>
          </w:p>
        </w:tc>
        <w:tc>
          <w:tcPr>
            <w:tcW w:w="497" w:type="pct"/>
          </w:tcPr>
          <w:p w14:paraId="33D69664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A5459C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7FDD7C07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5E4676F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660F7A7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77C60">
              <w:t xml:space="preserve">Liczba </w:t>
            </w:r>
            <w:proofErr w:type="spellStart"/>
            <w:r w:rsidRPr="00977C60">
              <w:t>odprowadzeń</w:t>
            </w:r>
            <w:proofErr w:type="spellEnd"/>
            <w:r w:rsidRPr="00977C60">
              <w:t xml:space="preserve"> wyświetlanych na ekranie</w:t>
            </w:r>
            <w:r>
              <w:t xml:space="preserve"> w trybie automatycznym</w:t>
            </w:r>
            <w:r w:rsidRPr="00977C60">
              <w:t>: 6 lub 12.</w:t>
            </w:r>
          </w:p>
        </w:tc>
        <w:tc>
          <w:tcPr>
            <w:tcW w:w="497" w:type="pct"/>
          </w:tcPr>
          <w:p w14:paraId="51096B7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16D0ECB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090CAB54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EEC032A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F424E60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977C60">
              <w:t xml:space="preserve">Układy </w:t>
            </w:r>
            <w:proofErr w:type="spellStart"/>
            <w:r w:rsidRPr="00977C60">
              <w:t>odprowadzeń</w:t>
            </w:r>
            <w:proofErr w:type="spellEnd"/>
            <w:r w:rsidRPr="00977C60">
              <w:t xml:space="preserve"> wyświetlane na ekranie</w:t>
            </w:r>
            <w:r>
              <w:t xml:space="preserve"> w trybie automatycznym</w:t>
            </w:r>
            <w:r w:rsidRPr="00977C60">
              <w:t>: 2x6+0R, 2x6+1R+, 1x12+0R, 4x3+0R, 4x3+1R+, 1x6+0R.</w:t>
            </w:r>
          </w:p>
        </w:tc>
        <w:tc>
          <w:tcPr>
            <w:tcW w:w="497" w:type="pct"/>
          </w:tcPr>
          <w:p w14:paraId="5DC5BD4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5FAFEC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33C81BE5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6156E3C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F32E0E5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 xml:space="preserve">Układy </w:t>
            </w:r>
            <w:proofErr w:type="spellStart"/>
            <w:r w:rsidRPr="00094902">
              <w:t>odprowadzeń</w:t>
            </w:r>
            <w:proofErr w:type="spellEnd"/>
            <w:r w:rsidRPr="00094902">
              <w:t xml:space="preserve"> drukowane w profilu automatycznym: 2x6+1R, 2x6+0R, 4x3+1R, 4x3+0R, 1x12+0R, 1x6+0R.</w:t>
            </w:r>
          </w:p>
        </w:tc>
        <w:tc>
          <w:tcPr>
            <w:tcW w:w="497" w:type="pct"/>
          </w:tcPr>
          <w:p w14:paraId="1DEA76A7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6D6A6C1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3A6D51FB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EE2FB9B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4DB33D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 xml:space="preserve">Wydruk </w:t>
            </w:r>
            <w:proofErr w:type="spellStart"/>
            <w:r w:rsidRPr="00094902">
              <w:t>odprowadzeń</w:t>
            </w:r>
            <w:proofErr w:type="spellEnd"/>
            <w:r w:rsidRPr="00094902">
              <w:t xml:space="preserve"> w trybie synchronicznym oraz w czasie rzeczywistym.</w:t>
            </w:r>
          </w:p>
        </w:tc>
        <w:tc>
          <w:tcPr>
            <w:tcW w:w="497" w:type="pct"/>
          </w:tcPr>
          <w:p w14:paraId="686174D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DCCF203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00B050"/>
              </w:rPr>
            </w:pPr>
          </w:p>
        </w:tc>
      </w:tr>
      <w:tr w:rsidR="00B820F5" w:rsidRPr="00094902" w14:paraId="04C9D071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EEECB73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9FFB64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 xml:space="preserve">Możliwość wydruku </w:t>
            </w:r>
            <w:proofErr w:type="spellStart"/>
            <w:r w:rsidRPr="00094902">
              <w:t>odprowadzeń</w:t>
            </w:r>
            <w:proofErr w:type="spellEnd"/>
            <w:r w:rsidRPr="00094902">
              <w:t xml:space="preserve"> w formacie Einthoven oraz Cabrera.</w:t>
            </w:r>
          </w:p>
        </w:tc>
        <w:tc>
          <w:tcPr>
            <w:tcW w:w="497" w:type="pct"/>
          </w:tcPr>
          <w:p w14:paraId="62005772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2279D49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FFC000"/>
              </w:rPr>
            </w:pPr>
          </w:p>
        </w:tc>
      </w:tr>
      <w:tr w:rsidR="00B820F5" w:rsidRPr="00094902" w14:paraId="005FFFD4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D4E2723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A404A5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977C60">
              <w:t>Możliwość ustawienia zapisu wstecznego.</w:t>
            </w:r>
          </w:p>
        </w:tc>
        <w:tc>
          <w:tcPr>
            <w:tcW w:w="497" w:type="pct"/>
          </w:tcPr>
          <w:p w14:paraId="1F72047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423116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FFC000"/>
              </w:rPr>
            </w:pPr>
          </w:p>
        </w:tc>
      </w:tr>
      <w:tr w:rsidR="00B820F5" w:rsidRPr="008C2B51" w14:paraId="6C490E35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DE62647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1576FD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 xml:space="preserve">Układy </w:t>
            </w:r>
            <w:proofErr w:type="spellStart"/>
            <w:r w:rsidRPr="00094902">
              <w:t>odprowadzeń</w:t>
            </w:r>
            <w:proofErr w:type="spellEnd"/>
            <w:r w:rsidRPr="00094902">
              <w:t xml:space="preserve"> drukowane w profilu ręcznym: konfigurowalne przez użytkownika z możliwość wybrania od 1 do 12 </w:t>
            </w:r>
            <w:proofErr w:type="spellStart"/>
            <w:r w:rsidRPr="00094902">
              <w:t>odprowadzeń</w:t>
            </w:r>
            <w:proofErr w:type="spellEnd"/>
            <w:r w:rsidRPr="00094902">
              <w:t>.</w:t>
            </w:r>
          </w:p>
        </w:tc>
        <w:tc>
          <w:tcPr>
            <w:tcW w:w="497" w:type="pct"/>
          </w:tcPr>
          <w:p w14:paraId="1269C77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F15396D" w14:textId="77777777" w:rsidR="00B820F5" w:rsidRPr="00143939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</w:p>
        </w:tc>
      </w:tr>
      <w:tr w:rsidR="00B820F5" w:rsidRPr="00094902" w14:paraId="10AFB809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9B2F65F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1A282BC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977C60">
              <w:t>Długość zapisu 12-kanałowego EKG spoczynkowego</w:t>
            </w:r>
            <w:r>
              <w:t xml:space="preserve"> (s)</w:t>
            </w:r>
            <w:r w:rsidRPr="00977C60">
              <w:t>: 10, 12, 15</w:t>
            </w:r>
            <w:r>
              <w:t>,</w:t>
            </w:r>
            <w:r w:rsidRPr="00977C60">
              <w:t xml:space="preserve"> 20</w:t>
            </w:r>
            <w:r>
              <w:t>.</w:t>
            </w:r>
            <w:r w:rsidRPr="00977C60">
              <w:t xml:space="preserve"> </w:t>
            </w:r>
          </w:p>
        </w:tc>
        <w:tc>
          <w:tcPr>
            <w:tcW w:w="497" w:type="pct"/>
          </w:tcPr>
          <w:p w14:paraId="027E598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43DC4B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7F6400CC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033F3CE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41D0B11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77C60">
              <w:t>Długość zapisu 12-kanałowego EKG w trybie długiego zapisu</w:t>
            </w:r>
            <w:r>
              <w:t xml:space="preserve"> (min)</w:t>
            </w:r>
            <w:r w:rsidRPr="00977C60">
              <w:t xml:space="preserve">: </w:t>
            </w:r>
            <w:r>
              <w:t>0.5</w:t>
            </w:r>
            <w:r w:rsidRPr="00977C60">
              <w:t>, 1, 2, 6, 10</w:t>
            </w:r>
            <w:r>
              <w:t>,</w:t>
            </w:r>
            <w:r w:rsidRPr="00977C60">
              <w:t xml:space="preserve"> 20.</w:t>
            </w:r>
          </w:p>
        </w:tc>
        <w:tc>
          <w:tcPr>
            <w:tcW w:w="497" w:type="pct"/>
          </w:tcPr>
          <w:p w14:paraId="093E4DDE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363DE41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6C9B49B2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3A7F8606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9456E05" w14:textId="77777777" w:rsidR="00B820F5" w:rsidRPr="00977C60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977C60">
              <w:t xml:space="preserve">Możliwość wydruku </w:t>
            </w:r>
            <w:proofErr w:type="spellStart"/>
            <w:r w:rsidRPr="00977C60">
              <w:t>odprowadzeń</w:t>
            </w:r>
            <w:proofErr w:type="spellEnd"/>
            <w:r w:rsidRPr="00977C60">
              <w:t xml:space="preserve"> w formacie Einthoven oraz Cabrera.</w:t>
            </w:r>
          </w:p>
        </w:tc>
        <w:tc>
          <w:tcPr>
            <w:tcW w:w="497" w:type="pct"/>
          </w:tcPr>
          <w:p w14:paraId="079A877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E4C9FCD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00B050"/>
              </w:rPr>
            </w:pPr>
          </w:p>
        </w:tc>
      </w:tr>
      <w:tr w:rsidR="00B820F5" w:rsidRPr="00094902" w14:paraId="75927DC5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C6723C8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BD47BB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zapisu 3500 badań w pamięci urządzenia</w:t>
            </w:r>
          </w:p>
        </w:tc>
        <w:tc>
          <w:tcPr>
            <w:tcW w:w="497" w:type="pct"/>
          </w:tcPr>
          <w:p w14:paraId="619AB69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75C28B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116C4A71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FEFDC7D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7FEA6CDD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Możliwość zapisu 50 profili w pamięci urządzenia.</w:t>
            </w:r>
          </w:p>
        </w:tc>
        <w:tc>
          <w:tcPr>
            <w:tcW w:w="497" w:type="pct"/>
          </w:tcPr>
          <w:p w14:paraId="5F5F691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A4FC603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FF0000"/>
              </w:rPr>
            </w:pPr>
          </w:p>
        </w:tc>
      </w:tr>
      <w:tr w:rsidR="00B820F5" w:rsidRPr="00094902" w14:paraId="03BBDD46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270935E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3D2271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eksportu do szpitalnego systemu informacyjnego (HIS) w standardzie HL7 oraz DICOM przy użyciu kompatybilnego oprogramowania.</w:t>
            </w:r>
          </w:p>
        </w:tc>
        <w:tc>
          <w:tcPr>
            <w:tcW w:w="497" w:type="pct"/>
          </w:tcPr>
          <w:p w14:paraId="20332C3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634696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29AEC825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92485E5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931764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 xml:space="preserve">Współpraca z </w:t>
            </w:r>
            <w:proofErr w:type="spellStart"/>
            <w:r w:rsidRPr="00D84CEF">
              <w:t>worklistą</w:t>
            </w:r>
            <w:proofErr w:type="spellEnd"/>
            <w:r w:rsidRPr="00094902">
              <w:t xml:space="preserve"> systemu szpitalnego.</w:t>
            </w:r>
          </w:p>
        </w:tc>
        <w:tc>
          <w:tcPr>
            <w:tcW w:w="497" w:type="pct"/>
          </w:tcPr>
          <w:p w14:paraId="2992BA8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D0AFD9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20483E65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314101E4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5F2687D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eksportu raportu z badania w formacie PDF.</w:t>
            </w:r>
          </w:p>
        </w:tc>
        <w:tc>
          <w:tcPr>
            <w:tcW w:w="497" w:type="pct"/>
          </w:tcPr>
          <w:p w14:paraId="5F9F430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BDB1F2F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26FBFFF1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E8E66F6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8109CAC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Obsługa zewnętrznych nośników danych USB z systemem plików FAT32.</w:t>
            </w:r>
          </w:p>
        </w:tc>
        <w:tc>
          <w:tcPr>
            <w:tcW w:w="497" w:type="pct"/>
          </w:tcPr>
          <w:p w14:paraId="005739E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D54BDA4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1DB868FB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C968DBA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6C7F5D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Filtr sieciowy (</w:t>
            </w:r>
            <w:proofErr w:type="spellStart"/>
            <w:r w:rsidRPr="00094902">
              <w:t>mains</w:t>
            </w:r>
            <w:proofErr w:type="spellEnd"/>
            <w:r w:rsidRPr="00094902">
              <w:t>): Brak, ~ 50/60 </w:t>
            </w:r>
            <w:proofErr w:type="spellStart"/>
            <w:r w:rsidRPr="00094902">
              <w:t>Hz</w:t>
            </w:r>
            <w:proofErr w:type="spellEnd"/>
            <w:r w:rsidRPr="00094902">
              <w:t>, adaptacyjny.</w:t>
            </w:r>
          </w:p>
        </w:tc>
        <w:tc>
          <w:tcPr>
            <w:tcW w:w="497" w:type="pct"/>
          </w:tcPr>
          <w:p w14:paraId="602FB1DE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20C76D4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548DD4" w:themeColor="text2" w:themeTint="99"/>
              </w:rPr>
            </w:pPr>
          </w:p>
        </w:tc>
      </w:tr>
      <w:tr w:rsidR="00B820F5" w:rsidRPr="00094902" w14:paraId="64851B28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6A02865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93A81E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 xml:space="preserve">Filtr </w:t>
            </w:r>
            <w:proofErr w:type="spellStart"/>
            <w:r w:rsidRPr="00094902">
              <w:t>miopotencjałów</w:t>
            </w:r>
            <w:proofErr w:type="spellEnd"/>
            <w:r w:rsidRPr="00094902">
              <w:t xml:space="preserve"> (</w:t>
            </w:r>
            <w:proofErr w:type="spellStart"/>
            <w:r w:rsidRPr="00094902">
              <w:t>myo</w:t>
            </w:r>
            <w:proofErr w:type="spellEnd"/>
            <w:r w:rsidRPr="00094902">
              <w:t>): 170 </w:t>
            </w:r>
            <w:proofErr w:type="spellStart"/>
            <w:r w:rsidRPr="00094902">
              <w:t>Hz</w:t>
            </w:r>
            <w:proofErr w:type="spellEnd"/>
            <w:r w:rsidRPr="00094902">
              <w:t>, 90 </w:t>
            </w:r>
            <w:proofErr w:type="spellStart"/>
            <w:r w:rsidRPr="00094902">
              <w:t>Hz</w:t>
            </w:r>
            <w:proofErr w:type="spellEnd"/>
            <w:r w:rsidRPr="00094902">
              <w:t>, adaptacyjny, 20 </w:t>
            </w:r>
            <w:proofErr w:type="spellStart"/>
            <w:r w:rsidRPr="00094902">
              <w:t>Hz</w:t>
            </w:r>
            <w:proofErr w:type="spellEnd"/>
            <w:r w:rsidRPr="00094902">
              <w:t>, 25 </w:t>
            </w:r>
            <w:proofErr w:type="spellStart"/>
            <w:r w:rsidRPr="00094902">
              <w:t>Hz</w:t>
            </w:r>
            <w:proofErr w:type="spellEnd"/>
            <w:r w:rsidRPr="00094902">
              <w:t>, 35 </w:t>
            </w:r>
            <w:proofErr w:type="spellStart"/>
            <w:r w:rsidRPr="00094902">
              <w:t>Hz</w:t>
            </w:r>
            <w:proofErr w:type="spellEnd"/>
            <w:r w:rsidRPr="00094902">
              <w:t>.</w:t>
            </w:r>
          </w:p>
        </w:tc>
        <w:tc>
          <w:tcPr>
            <w:tcW w:w="497" w:type="pct"/>
          </w:tcPr>
          <w:p w14:paraId="24968B9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3E76897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523F7308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16FC7D0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1851613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77C60">
              <w:t>Filtr przesunięcia (</w:t>
            </w:r>
            <w:proofErr w:type="spellStart"/>
            <w:r w:rsidRPr="00977C60">
              <w:t>drift</w:t>
            </w:r>
            <w:proofErr w:type="spellEnd"/>
            <w:r w:rsidRPr="00977C60">
              <w:t>): 0.049 </w:t>
            </w:r>
            <w:proofErr w:type="spellStart"/>
            <w:r w:rsidRPr="00977C60">
              <w:t>Hz</w:t>
            </w:r>
            <w:proofErr w:type="spellEnd"/>
            <w:r w:rsidRPr="00977C60">
              <w:t>, 0.07 </w:t>
            </w:r>
            <w:proofErr w:type="spellStart"/>
            <w:r w:rsidRPr="00977C60">
              <w:t>Hz</w:t>
            </w:r>
            <w:proofErr w:type="spellEnd"/>
            <w:r w:rsidRPr="00977C60">
              <w:t xml:space="preserve"> </w:t>
            </w:r>
            <w:proofErr w:type="spellStart"/>
            <w:r w:rsidRPr="00977C60">
              <w:t>Cubic</w:t>
            </w:r>
            <w:proofErr w:type="spellEnd"/>
            <w:r w:rsidRPr="00977C60">
              <w:t xml:space="preserve"> </w:t>
            </w:r>
            <w:proofErr w:type="spellStart"/>
            <w:r w:rsidRPr="00977C60">
              <w:t>Spline</w:t>
            </w:r>
            <w:proofErr w:type="spellEnd"/>
            <w:r w:rsidRPr="00977C60">
              <w:t>, 0.25 </w:t>
            </w:r>
            <w:proofErr w:type="spellStart"/>
            <w:r w:rsidRPr="00977C60">
              <w:t>Hz</w:t>
            </w:r>
            <w:proofErr w:type="spellEnd"/>
            <w:r w:rsidRPr="00977C60">
              <w:t xml:space="preserve"> adaptacyjny, 0.05 </w:t>
            </w:r>
            <w:proofErr w:type="spellStart"/>
            <w:r w:rsidRPr="00977C60">
              <w:t>Hz</w:t>
            </w:r>
            <w:proofErr w:type="spellEnd"/>
            <w:r w:rsidRPr="00977C60">
              <w:t>, 0.15 </w:t>
            </w:r>
            <w:proofErr w:type="spellStart"/>
            <w:r w:rsidRPr="00977C60">
              <w:t>Hz</w:t>
            </w:r>
            <w:proofErr w:type="spellEnd"/>
            <w:r w:rsidRPr="00977C60">
              <w:t xml:space="preserve"> adaptacyjny, wariancja.</w:t>
            </w:r>
          </w:p>
        </w:tc>
        <w:tc>
          <w:tcPr>
            <w:tcW w:w="497" w:type="pct"/>
          </w:tcPr>
          <w:p w14:paraId="050A342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37E604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131D4FEB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72CD671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E2B936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10-odprowadzeniowy kabel pacjenta o długości 3-metrów z wtykiem bananowym lub ze złączem zaciskowym</w:t>
            </w:r>
          </w:p>
        </w:tc>
        <w:tc>
          <w:tcPr>
            <w:tcW w:w="497" w:type="pct"/>
          </w:tcPr>
          <w:p w14:paraId="28C2B4E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50A2DDA1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FF0000"/>
              </w:rPr>
            </w:pPr>
          </w:p>
        </w:tc>
      </w:tr>
      <w:tr w:rsidR="00B820F5" w:rsidRPr="00094902" w14:paraId="2718E20E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68FA975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064EB7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Kompatybilność z podciśnieniowym systemem elektrod.</w:t>
            </w:r>
          </w:p>
        </w:tc>
        <w:tc>
          <w:tcPr>
            <w:tcW w:w="497" w:type="pct"/>
          </w:tcPr>
          <w:p w14:paraId="2AA9CE4F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4F5C684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3BD6D989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0A4F567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53671A61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Zakres częstotliwości pomiaru: 0.049–250 </w:t>
            </w:r>
            <w:proofErr w:type="spellStart"/>
            <w:r w:rsidRPr="00094902">
              <w:t>Hz</w:t>
            </w:r>
            <w:proofErr w:type="spellEnd"/>
            <w:r w:rsidRPr="00094902">
              <w:t>.</w:t>
            </w:r>
          </w:p>
        </w:tc>
        <w:tc>
          <w:tcPr>
            <w:tcW w:w="497" w:type="pct"/>
          </w:tcPr>
          <w:p w14:paraId="356BCA4A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33C5007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0BA39501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3C643111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ABB30EA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Cyfrowa rozdzielczość przetwornika: 24</w:t>
            </w:r>
            <w:r>
              <w:t xml:space="preserve"> </w:t>
            </w:r>
            <w:r w:rsidRPr="00094902">
              <w:t>bity.</w:t>
            </w:r>
          </w:p>
        </w:tc>
        <w:tc>
          <w:tcPr>
            <w:tcW w:w="497" w:type="pct"/>
          </w:tcPr>
          <w:p w14:paraId="2A5075BF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BC1FA1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0F0EF78D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D9802A2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6BA9CE53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Częstotliwość próbkowania sygnału na kanał przetwornika: 1000 SPS.</w:t>
            </w:r>
          </w:p>
        </w:tc>
        <w:tc>
          <w:tcPr>
            <w:tcW w:w="497" w:type="pct"/>
          </w:tcPr>
          <w:p w14:paraId="6C5D3F4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5052AEF6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FF0000"/>
              </w:rPr>
            </w:pPr>
          </w:p>
        </w:tc>
      </w:tr>
      <w:tr w:rsidR="00B820F5" w:rsidRPr="00094902" w14:paraId="7A868C28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4C3B8A14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32D0167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Łączna częstotliwość próbkowania sygnału wszystkich kanałów przetwornika: 8000 SPS.</w:t>
            </w:r>
          </w:p>
        </w:tc>
        <w:tc>
          <w:tcPr>
            <w:tcW w:w="497" w:type="pct"/>
          </w:tcPr>
          <w:p w14:paraId="109B819F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38C862E4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145E2FA1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6BBD7BD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F503538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Sprzętowa detekcja impulsu kardiostymulatora o parametrach: 0.1 – 2 ms, 2 – 250 </w:t>
            </w:r>
            <w:proofErr w:type="spellStart"/>
            <w:r w:rsidRPr="00094902">
              <w:t>mV</w:t>
            </w:r>
            <w:proofErr w:type="spellEnd"/>
            <w:r w:rsidRPr="00094902">
              <w:t>, równoważna z 100 000 SPS</w:t>
            </w:r>
          </w:p>
        </w:tc>
        <w:tc>
          <w:tcPr>
            <w:tcW w:w="497" w:type="pct"/>
          </w:tcPr>
          <w:p w14:paraId="03166AB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E09430E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7FF9656C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C55FF2A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A2AD9A2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Możliwość regulacji punktu +J od +40 do +100 ms</w:t>
            </w:r>
          </w:p>
        </w:tc>
        <w:tc>
          <w:tcPr>
            <w:tcW w:w="497" w:type="pct"/>
          </w:tcPr>
          <w:p w14:paraId="28EBDA91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B2CC7C9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1D5F9556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DB4E6BC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0046F9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Zakres pomiaru tętna: 30-300 BPM.</w:t>
            </w:r>
          </w:p>
        </w:tc>
        <w:tc>
          <w:tcPr>
            <w:tcW w:w="497" w:type="pct"/>
          </w:tcPr>
          <w:p w14:paraId="05391380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9ADD8B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i/>
                <w:iCs/>
                <w:color w:val="00B050"/>
              </w:rPr>
            </w:pPr>
          </w:p>
        </w:tc>
      </w:tr>
      <w:tr w:rsidR="00B820F5" w:rsidRPr="00094902" w14:paraId="368B3CE1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76F0C833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E3D4311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Możliwość zastosowania c</w:t>
            </w:r>
            <w:r w:rsidRPr="00094902">
              <w:t>zytnik</w:t>
            </w:r>
            <w:r>
              <w:t>a</w:t>
            </w:r>
            <w:r w:rsidRPr="00094902">
              <w:t xml:space="preserve"> kodów kreskowych zgodny ze standardami: </w:t>
            </w:r>
            <w:proofErr w:type="spellStart"/>
            <w:r w:rsidRPr="00094902">
              <w:t>CodeQr</w:t>
            </w:r>
            <w:proofErr w:type="spellEnd"/>
            <w:r w:rsidRPr="00094902">
              <w:t xml:space="preserve">, PDF417, Code128, Code39NC, Code39C, obsługujący znaki ASCII </w:t>
            </w:r>
          </w:p>
        </w:tc>
        <w:tc>
          <w:tcPr>
            <w:tcW w:w="497" w:type="pct"/>
          </w:tcPr>
          <w:p w14:paraId="5F42A47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1AAB3E8C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FF0000"/>
              </w:rPr>
            </w:pPr>
          </w:p>
        </w:tc>
      </w:tr>
      <w:tr w:rsidR="00B820F5" w:rsidRPr="00094902" w14:paraId="3CA85BF5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16AB4A2C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44949E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Minimalna ilość wydrukowanych stron raportów na zasilaniu akumulatorowym: 420 raportów</w:t>
            </w:r>
          </w:p>
        </w:tc>
        <w:tc>
          <w:tcPr>
            <w:tcW w:w="497" w:type="pct"/>
          </w:tcPr>
          <w:p w14:paraId="4AA6286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3688AF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605706CF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1DC9641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267D03B2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Minimalny czas wydruku w trybie ręcznym na zasilaniu akumulatorowym: 150 minut.</w:t>
            </w:r>
          </w:p>
        </w:tc>
        <w:tc>
          <w:tcPr>
            <w:tcW w:w="497" w:type="pct"/>
          </w:tcPr>
          <w:p w14:paraId="25039377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153D00DE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2022644B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5AD1BF4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5D161091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Minimalny czas nieprzerwanego monitorowania sygnału w trybie ręcznym na zasilaniu akumulatorowym: 350 minut.</w:t>
            </w:r>
          </w:p>
        </w:tc>
        <w:tc>
          <w:tcPr>
            <w:tcW w:w="497" w:type="pct"/>
          </w:tcPr>
          <w:p w14:paraId="32867BF8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C4EA52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316743E8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26E61CB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FAA8CB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Czas ładowania: 4 godziny.</w:t>
            </w:r>
          </w:p>
        </w:tc>
        <w:tc>
          <w:tcPr>
            <w:tcW w:w="497" w:type="pct"/>
          </w:tcPr>
          <w:p w14:paraId="0CE494B5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3829A9E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3F98A378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61A4D7F9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0BFE4A3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094902">
              <w:t>3 gniazda USB (5 V, 1 A)</w:t>
            </w:r>
          </w:p>
        </w:tc>
        <w:tc>
          <w:tcPr>
            <w:tcW w:w="497" w:type="pct"/>
          </w:tcPr>
          <w:p w14:paraId="3572FDBF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177D5E5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16CBB7E1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5DC3FC19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42AB2C3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Gniazdo LAN</w:t>
            </w:r>
          </w:p>
        </w:tc>
        <w:tc>
          <w:tcPr>
            <w:tcW w:w="497" w:type="pct"/>
          </w:tcPr>
          <w:p w14:paraId="3BCB16DD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7938E590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6EB4069A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205A023D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3814AD49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proofErr w:type="spellStart"/>
            <w:r w:rsidRPr="00094902">
              <w:t>Trigger</w:t>
            </w:r>
            <w:proofErr w:type="spellEnd"/>
            <w:r w:rsidRPr="00094902">
              <w:t xml:space="preserve"> QRS / wyjście TTL</w:t>
            </w:r>
          </w:p>
        </w:tc>
        <w:tc>
          <w:tcPr>
            <w:tcW w:w="497" w:type="pct"/>
          </w:tcPr>
          <w:p w14:paraId="0C489C2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589BDE8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20F5" w:rsidRPr="00094902" w14:paraId="0A6E1F57" w14:textId="77777777" w:rsidTr="00231E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0B6E38EF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</w:pPr>
          </w:p>
        </w:tc>
        <w:tc>
          <w:tcPr>
            <w:tcW w:w="2061" w:type="pct"/>
          </w:tcPr>
          <w:p w14:paraId="1E8AED63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94902">
              <w:t>Komunikacja Wi-Fi</w:t>
            </w:r>
          </w:p>
        </w:tc>
        <w:tc>
          <w:tcPr>
            <w:tcW w:w="497" w:type="pct"/>
          </w:tcPr>
          <w:p w14:paraId="52C1AA28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6AA9AD66" w14:textId="77777777" w:rsidR="00B820F5" w:rsidRPr="00094902" w:rsidRDefault="00B820F5" w:rsidP="00231EB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820F5" w:rsidRPr="00094902" w14:paraId="69C1F2C1" w14:textId="77777777" w:rsidTr="00231E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0" w:type="pct"/>
          </w:tcPr>
          <w:p w14:paraId="3DB4F4B1" w14:textId="77777777" w:rsidR="00B820F5" w:rsidRPr="008555C0" w:rsidRDefault="00B820F5" w:rsidP="00B820F5">
            <w:pPr>
              <w:pStyle w:val="Akapitzlist"/>
              <w:numPr>
                <w:ilvl w:val="0"/>
                <w:numId w:val="10"/>
              </w:numPr>
              <w:spacing w:line="276" w:lineRule="auto"/>
              <w:rPr>
                <w:b w:val="0"/>
              </w:rPr>
            </w:pPr>
          </w:p>
        </w:tc>
        <w:tc>
          <w:tcPr>
            <w:tcW w:w="2061" w:type="pct"/>
          </w:tcPr>
          <w:p w14:paraId="621C0AF5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Oryginalny stolik producenta aparatu EKG</w:t>
            </w:r>
          </w:p>
        </w:tc>
        <w:tc>
          <w:tcPr>
            <w:tcW w:w="497" w:type="pct"/>
          </w:tcPr>
          <w:p w14:paraId="68DD3EFB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062" w:type="pct"/>
          </w:tcPr>
          <w:p w14:paraId="0AC60532" w14:textId="77777777" w:rsidR="00B820F5" w:rsidRPr="00094902" w:rsidRDefault="00B820F5" w:rsidP="00231EB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7ED87C1F" w14:textId="77777777" w:rsidR="00B820F5" w:rsidRPr="00B820F5" w:rsidRDefault="00B820F5" w:rsidP="00B820F5"/>
    <w:p w14:paraId="4334862D" w14:textId="77777777" w:rsidR="00043C9C" w:rsidRDefault="00000000">
      <w:pPr>
        <w:pStyle w:val="Nagwek2"/>
      </w:pPr>
      <w:r>
        <w:t xml:space="preserve">2. </w:t>
      </w:r>
      <w:proofErr w:type="spellStart"/>
      <w:r>
        <w:t>Zestaw</w:t>
      </w:r>
      <w:proofErr w:type="spellEnd"/>
      <w:r>
        <w:t xml:space="preserve"> video-</w:t>
      </w:r>
      <w:proofErr w:type="spellStart"/>
      <w:r>
        <w:t>endoskopowy</w:t>
      </w:r>
      <w:proofErr w:type="spellEnd"/>
      <w:r>
        <w:t xml:space="preserve"> – 1 </w:t>
      </w:r>
      <w:proofErr w:type="spellStart"/>
      <w:r>
        <w:t>kpl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1B04A9F8" w14:textId="77777777">
        <w:tc>
          <w:tcPr>
            <w:tcW w:w="2880" w:type="dxa"/>
          </w:tcPr>
          <w:p w14:paraId="510C51CD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60AAFD10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1ABB359E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418726E" w14:textId="77777777">
        <w:tc>
          <w:tcPr>
            <w:tcW w:w="2880" w:type="dxa"/>
          </w:tcPr>
          <w:p w14:paraId="1CF95215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23CEB1F1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B8D3AE0" w14:textId="77777777" w:rsidR="00043C9C" w:rsidRDefault="00043C9C"/>
        </w:tc>
      </w:tr>
      <w:tr w:rsidR="00043C9C" w14:paraId="029A8478" w14:textId="77777777">
        <w:tc>
          <w:tcPr>
            <w:tcW w:w="2880" w:type="dxa"/>
          </w:tcPr>
          <w:p w14:paraId="38EA8B47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18EDE7CE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9E28879" w14:textId="77777777" w:rsidR="00043C9C" w:rsidRDefault="00043C9C"/>
        </w:tc>
      </w:tr>
      <w:tr w:rsidR="00043C9C" w14:paraId="2EB75180" w14:textId="77777777">
        <w:tc>
          <w:tcPr>
            <w:tcW w:w="2880" w:type="dxa"/>
          </w:tcPr>
          <w:p w14:paraId="7CD8A277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DDDBC40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5E8BA7F5" w14:textId="77777777" w:rsidR="00043C9C" w:rsidRDefault="00043C9C"/>
        </w:tc>
      </w:tr>
      <w:tr w:rsidR="00043C9C" w14:paraId="1F9333AF" w14:textId="77777777">
        <w:tc>
          <w:tcPr>
            <w:tcW w:w="2880" w:type="dxa"/>
          </w:tcPr>
          <w:p w14:paraId="49BE59C4" w14:textId="77777777" w:rsidR="00043C9C" w:rsidRDefault="00000000">
            <w:proofErr w:type="spellStart"/>
            <w:r>
              <w:t>Wózek</w:t>
            </w:r>
            <w:proofErr w:type="spellEnd"/>
            <w:r>
              <w:t xml:space="preserve"> </w:t>
            </w:r>
            <w:proofErr w:type="spellStart"/>
            <w:r>
              <w:t>endoskopowy</w:t>
            </w:r>
            <w:proofErr w:type="spellEnd"/>
          </w:p>
        </w:tc>
        <w:tc>
          <w:tcPr>
            <w:tcW w:w="2880" w:type="dxa"/>
          </w:tcPr>
          <w:p w14:paraId="26868BDF" w14:textId="156445F6" w:rsidR="00043C9C" w:rsidRDefault="00000000">
            <w:r>
              <w:t xml:space="preserve">Z </w:t>
            </w:r>
            <w:proofErr w:type="spellStart"/>
            <w:r>
              <w:t>zasobnikami</w:t>
            </w:r>
            <w:proofErr w:type="spellEnd"/>
            <w:r>
              <w:t xml:space="preserve">, </w:t>
            </w:r>
            <w:proofErr w:type="spellStart"/>
            <w:r>
              <w:t>uchwytem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kamerę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monitor</w:t>
            </w:r>
            <w:r w:rsidR="002A6FE3">
              <w:t xml:space="preserve"> (</w:t>
            </w:r>
            <w:proofErr w:type="spellStart"/>
            <w:r w:rsidR="002A6FE3">
              <w:t>regulowany</w:t>
            </w:r>
            <w:proofErr w:type="spellEnd"/>
            <w:r w:rsidR="002A6FE3">
              <w:t xml:space="preserve">), </w:t>
            </w:r>
          </w:p>
        </w:tc>
        <w:tc>
          <w:tcPr>
            <w:tcW w:w="2880" w:type="dxa"/>
          </w:tcPr>
          <w:p w14:paraId="12B0B16C" w14:textId="77777777" w:rsidR="00043C9C" w:rsidRDefault="00043C9C"/>
        </w:tc>
      </w:tr>
      <w:tr w:rsidR="00043C9C" w14:paraId="60C2D295" w14:textId="77777777">
        <w:tc>
          <w:tcPr>
            <w:tcW w:w="2880" w:type="dxa"/>
          </w:tcPr>
          <w:p w14:paraId="6D3283EF" w14:textId="7031A805" w:rsidR="00043C9C" w:rsidRDefault="002A6FE3">
            <w:r>
              <w:t xml:space="preserve">System </w:t>
            </w:r>
          </w:p>
        </w:tc>
        <w:tc>
          <w:tcPr>
            <w:tcW w:w="2880" w:type="dxa"/>
          </w:tcPr>
          <w:p w14:paraId="45FC4CFA" w14:textId="2BEA2358" w:rsidR="00043C9C" w:rsidRDefault="002A6FE3">
            <w:proofErr w:type="spellStart"/>
            <w:r>
              <w:t>ENDOdigi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</w:p>
        </w:tc>
        <w:tc>
          <w:tcPr>
            <w:tcW w:w="2880" w:type="dxa"/>
          </w:tcPr>
          <w:p w14:paraId="7B21F50C" w14:textId="77777777" w:rsidR="00043C9C" w:rsidRDefault="00043C9C"/>
        </w:tc>
      </w:tr>
      <w:tr w:rsidR="00043C9C" w14:paraId="3CC40F64" w14:textId="77777777">
        <w:tc>
          <w:tcPr>
            <w:tcW w:w="2880" w:type="dxa"/>
          </w:tcPr>
          <w:p w14:paraId="2D157679" w14:textId="77777777" w:rsidR="00043C9C" w:rsidRDefault="00000000">
            <w:proofErr w:type="spellStart"/>
            <w:r>
              <w:t>Komputer</w:t>
            </w:r>
            <w:proofErr w:type="spellEnd"/>
            <w:r>
              <w:t xml:space="preserve"> </w:t>
            </w:r>
            <w:proofErr w:type="spellStart"/>
            <w:r>
              <w:t>sterujący</w:t>
            </w:r>
            <w:proofErr w:type="spellEnd"/>
          </w:p>
        </w:tc>
        <w:tc>
          <w:tcPr>
            <w:tcW w:w="2880" w:type="dxa"/>
          </w:tcPr>
          <w:p w14:paraId="2B6EB95B" w14:textId="4C52EDFA" w:rsidR="00043C9C" w:rsidRDefault="00000000">
            <w:proofErr w:type="spellStart"/>
            <w:r>
              <w:t>Dedykowany</w:t>
            </w:r>
            <w:proofErr w:type="spellEnd"/>
            <w:r>
              <w:t xml:space="preserve"> do </w:t>
            </w:r>
            <w:r w:rsidR="002A6FE3">
              <w:t xml:space="preserve">system, </w:t>
            </w:r>
            <w:proofErr w:type="spellStart"/>
            <w:r w:rsidR="002A6FE3">
              <w:t>typu</w:t>
            </w:r>
            <w:proofErr w:type="spellEnd"/>
            <w:r w:rsidR="002A6FE3">
              <w:t xml:space="preserve"> All in One, </w:t>
            </w:r>
            <w:proofErr w:type="spellStart"/>
            <w:r w:rsidR="002A6FE3">
              <w:t>przekątna</w:t>
            </w:r>
            <w:proofErr w:type="spellEnd"/>
            <w:r w:rsidR="002A6FE3">
              <w:t xml:space="preserve"> </w:t>
            </w:r>
            <w:proofErr w:type="spellStart"/>
            <w:r w:rsidR="002A6FE3">
              <w:t>ekranu</w:t>
            </w:r>
            <w:proofErr w:type="spellEnd"/>
            <w:r w:rsidR="002A6FE3">
              <w:t xml:space="preserve"> min. 23 cale, </w:t>
            </w:r>
            <w:proofErr w:type="spellStart"/>
            <w:r w:rsidR="002A6FE3">
              <w:t>wraz</w:t>
            </w:r>
            <w:proofErr w:type="spellEnd"/>
            <w:r w:rsidR="002A6FE3">
              <w:t xml:space="preserve"> z </w:t>
            </w:r>
            <w:proofErr w:type="spellStart"/>
            <w:r w:rsidR="002A6FE3">
              <w:t>systemem</w:t>
            </w:r>
            <w:proofErr w:type="spellEnd"/>
            <w:r w:rsidR="002A6FE3">
              <w:t xml:space="preserve"> </w:t>
            </w:r>
            <w:proofErr w:type="spellStart"/>
            <w:r w:rsidR="002A6FE3">
              <w:t>operacyjnym</w:t>
            </w:r>
            <w:proofErr w:type="spellEnd"/>
            <w:r w:rsidR="002A6FE3">
              <w:t>.</w:t>
            </w:r>
          </w:p>
        </w:tc>
        <w:tc>
          <w:tcPr>
            <w:tcW w:w="2880" w:type="dxa"/>
          </w:tcPr>
          <w:p w14:paraId="51C990C7" w14:textId="77777777" w:rsidR="00043C9C" w:rsidRDefault="00043C9C"/>
        </w:tc>
      </w:tr>
      <w:tr w:rsidR="00043C9C" w14:paraId="037F0A4B" w14:textId="77777777">
        <w:tc>
          <w:tcPr>
            <w:tcW w:w="2880" w:type="dxa"/>
          </w:tcPr>
          <w:p w14:paraId="488F34C9" w14:textId="77777777" w:rsidR="00043C9C" w:rsidRDefault="00000000">
            <w:proofErr w:type="spellStart"/>
            <w:r>
              <w:t>Źródło</w:t>
            </w:r>
            <w:proofErr w:type="spellEnd"/>
            <w:r>
              <w:t xml:space="preserve"> </w:t>
            </w:r>
            <w:proofErr w:type="spellStart"/>
            <w:r>
              <w:t>światła</w:t>
            </w:r>
            <w:proofErr w:type="spellEnd"/>
          </w:p>
        </w:tc>
        <w:tc>
          <w:tcPr>
            <w:tcW w:w="2880" w:type="dxa"/>
          </w:tcPr>
          <w:p w14:paraId="38E8EB78" w14:textId="5CD1F4AB" w:rsidR="00043C9C" w:rsidRDefault="002A6FE3">
            <w:proofErr w:type="spellStart"/>
            <w:r>
              <w:t>Technologia</w:t>
            </w:r>
            <w:proofErr w:type="spellEnd"/>
            <w:r>
              <w:t xml:space="preserve"> LED, </w:t>
            </w:r>
            <w:proofErr w:type="spellStart"/>
            <w:r>
              <w:t>moc</w:t>
            </w:r>
            <w:proofErr w:type="spellEnd"/>
            <w:r>
              <w:t xml:space="preserve"> min. 80W, </w:t>
            </w:r>
            <w:proofErr w:type="spellStart"/>
            <w:r>
              <w:t>barwa</w:t>
            </w:r>
            <w:proofErr w:type="spellEnd"/>
            <w:r>
              <w:t xml:space="preserve"> 6 000oK, </w:t>
            </w:r>
            <w:proofErr w:type="spellStart"/>
            <w:r>
              <w:t>wyjścia</w:t>
            </w:r>
            <w:proofErr w:type="spellEnd"/>
            <w:r>
              <w:t xml:space="preserve"> </w:t>
            </w:r>
            <w:proofErr w:type="spellStart"/>
            <w:r>
              <w:t>śwaitłowodu</w:t>
            </w:r>
            <w:proofErr w:type="spellEnd"/>
            <w:r>
              <w:t xml:space="preserve"> </w:t>
            </w:r>
            <w:proofErr w:type="spellStart"/>
            <w:r>
              <w:t>typu</w:t>
            </w:r>
            <w:proofErr w:type="spellEnd"/>
            <w:r>
              <w:t xml:space="preserve"> Storz, Olympus, Wolf, </w:t>
            </w:r>
            <w:proofErr w:type="spellStart"/>
            <w:r>
              <w:t>żywotność</w:t>
            </w:r>
            <w:proofErr w:type="spellEnd"/>
            <w:r>
              <w:t xml:space="preserve"> </w:t>
            </w:r>
            <w:proofErr w:type="spellStart"/>
            <w:r>
              <w:t>diody</w:t>
            </w:r>
            <w:proofErr w:type="spellEnd"/>
            <w:r>
              <w:t xml:space="preserve"> LED &gt;50.000h</w:t>
            </w:r>
          </w:p>
        </w:tc>
        <w:tc>
          <w:tcPr>
            <w:tcW w:w="2880" w:type="dxa"/>
          </w:tcPr>
          <w:p w14:paraId="5A9E3C60" w14:textId="77777777" w:rsidR="00043C9C" w:rsidRDefault="00043C9C"/>
        </w:tc>
      </w:tr>
      <w:tr w:rsidR="00043C9C" w14:paraId="3D1DB7ED" w14:textId="77777777">
        <w:tc>
          <w:tcPr>
            <w:tcW w:w="2880" w:type="dxa"/>
          </w:tcPr>
          <w:p w14:paraId="3BBA8370" w14:textId="77777777" w:rsidR="00043C9C" w:rsidRDefault="00000000">
            <w:r>
              <w:t xml:space="preserve">Kamera </w:t>
            </w:r>
            <w:proofErr w:type="spellStart"/>
            <w:r>
              <w:t>endoskopowa</w:t>
            </w:r>
            <w:proofErr w:type="spellEnd"/>
          </w:p>
        </w:tc>
        <w:tc>
          <w:tcPr>
            <w:tcW w:w="2880" w:type="dxa"/>
          </w:tcPr>
          <w:p w14:paraId="7D512F42" w14:textId="2A9EE704" w:rsidR="00043C9C" w:rsidRDefault="00000000">
            <w:r>
              <w:t xml:space="preserve">W </w:t>
            </w:r>
            <w:r w:rsidR="00B820F5">
              <w:t xml:space="preserve">full HD, </w:t>
            </w:r>
            <w:r w:rsidR="002A6FE3">
              <w:t xml:space="preserve">60FPS, </w:t>
            </w:r>
            <w:proofErr w:type="spellStart"/>
            <w:r w:rsidR="002A6FE3">
              <w:t>czułość</w:t>
            </w:r>
            <w:proofErr w:type="spellEnd"/>
            <w:r w:rsidR="002A6FE3">
              <w:t xml:space="preserve"> 2 LUX</w:t>
            </w:r>
          </w:p>
        </w:tc>
        <w:tc>
          <w:tcPr>
            <w:tcW w:w="2880" w:type="dxa"/>
          </w:tcPr>
          <w:p w14:paraId="2E8EF36F" w14:textId="77777777" w:rsidR="00043C9C" w:rsidRDefault="00043C9C"/>
        </w:tc>
      </w:tr>
      <w:tr w:rsidR="00043C9C" w14:paraId="072858A4" w14:textId="77777777">
        <w:tc>
          <w:tcPr>
            <w:tcW w:w="2880" w:type="dxa"/>
          </w:tcPr>
          <w:p w14:paraId="3825C754" w14:textId="77777777" w:rsidR="00043C9C" w:rsidRDefault="00000000">
            <w:proofErr w:type="spellStart"/>
            <w:r>
              <w:t>Fiberoskop</w:t>
            </w:r>
            <w:proofErr w:type="spellEnd"/>
            <w:r>
              <w:t xml:space="preserve"> </w:t>
            </w:r>
            <w:proofErr w:type="spellStart"/>
            <w:r>
              <w:t>laryngologiczny</w:t>
            </w:r>
            <w:proofErr w:type="spellEnd"/>
          </w:p>
        </w:tc>
        <w:tc>
          <w:tcPr>
            <w:tcW w:w="2880" w:type="dxa"/>
          </w:tcPr>
          <w:p w14:paraId="1C5CBF41" w14:textId="0EA6AB69" w:rsidR="00043C9C" w:rsidRDefault="00340E5D">
            <w:proofErr w:type="spellStart"/>
            <w:r>
              <w:t>Autoklawowalna</w:t>
            </w:r>
            <w:proofErr w:type="spellEnd"/>
            <w:r>
              <w:t xml:space="preserve"> </w:t>
            </w:r>
            <w:proofErr w:type="spellStart"/>
            <w:r>
              <w:t>optyka</w:t>
            </w:r>
            <w:proofErr w:type="spellEnd"/>
            <w:r>
              <w:t xml:space="preserve"> </w:t>
            </w:r>
            <w:proofErr w:type="spellStart"/>
            <w:r>
              <w:t>jakości</w:t>
            </w:r>
            <w:proofErr w:type="spellEnd"/>
            <w:r>
              <w:t xml:space="preserve"> HD</w:t>
            </w:r>
          </w:p>
        </w:tc>
        <w:tc>
          <w:tcPr>
            <w:tcW w:w="2880" w:type="dxa"/>
          </w:tcPr>
          <w:p w14:paraId="2D21DD02" w14:textId="77777777" w:rsidR="00043C9C" w:rsidRDefault="00043C9C"/>
        </w:tc>
      </w:tr>
      <w:tr w:rsidR="00043C9C" w14:paraId="23994C2B" w14:textId="77777777">
        <w:tc>
          <w:tcPr>
            <w:tcW w:w="2880" w:type="dxa"/>
          </w:tcPr>
          <w:p w14:paraId="31DD46EC" w14:textId="77777777" w:rsidR="00043C9C" w:rsidRDefault="00000000">
            <w:proofErr w:type="spellStart"/>
            <w:r>
              <w:t>Endoskopy</w:t>
            </w:r>
            <w:proofErr w:type="spellEnd"/>
            <w:r>
              <w:t xml:space="preserve"> </w:t>
            </w:r>
            <w:proofErr w:type="spellStart"/>
            <w:r>
              <w:t>sztywne</w:t>
            </w:r>
            <w:proofErr w:type="spellEnd"/>
          </w:p>
        </w:tc>
        <w:tc>
          <w:tcPr>
            <w:tcW w:w="2880" w:type="dxa"/>
          </w:tcPr>
          <w:p w14:paraId="10F6A02F" w14:textId="668BCC31" w:rsidR="00043C9C" w:rsidRDefault="00000000">
            <w:r>
              <w:t xml:space="preserve">0° –  2 </w:t>
            </w:r>
            <w:proofErr w:type="spellStart"/>
            <w:r>
              <w:t>szt</w:t>
            </w:r>
            <w:proofErr w:type="spellEnd"/>
            <w:r>
              <w:t xml:space="preserve">., 30° – 1 </w:t>
            </w:r>
            <w:proofErr w:type="spellStart"/>
            <w:r>
              <w:t>szt</w:t>
            </w:r>
            <w:proofErr w:type="spellEnd"/>
            <w:r>
              <w:t xml:space="preserve">., 90° – 1 </w:t>
            </w:r>
            <w:proofErr w:type="spellStart"/>
            <w:r>
              <w:t>szt</w:t>
            </w:r>
            <w:proofErr w:type="spellEnd"/>
            <w:r>
              <w:t>.</w:t>
            </w:r>
            <w:r w:rsidR="00B820F5">
              <w:t xml:space="preserve">, 0° 2,7/110mm – 1 </w:t>
            </w:r>
            <w:proofErr w:type="spellStart"/>
            <w:r w:rsidR="00B820F5">
              <w:t>szt</w:t>
            </w:r>
            <w:proofErr w:type="spellEnd"/>
            <w:r w:rsidR="00B820F5">
              <w:t>., 90° 4/175 mm</w:t>
            </w:r>
          </w:p>
        </w:tc>
        <w:tc>
          <w:tcPr>
            <w:tcW w:w="2880" w:type="dxa"/>
          </w:tcPr>
          <w:p w14:paraId="606BD362" w14:textId="77777777" w:rsidR="00043C9C" w:rsidRDefault="00043C9C"/>
        </w:tc>
      </w:tr>
      <w:tr w:rsidR="00043C9C" w14:paraId="45F9987B" w14:textId="77777777">
        <w:tc>
          <w:tcPr>
            <w:tcW w:w="2880" w:type="dxa"/>
          </w:tcPr>
          <w:p w14:paraId="4B0BC0DF" w14:textId="77777777" w:rsidR="00043C9C" w:rsidRDefault="00000000">
            <w:proofErr w:type="spellStart"/>
            <w:r>
              <w:t>Drukarka</w:t>
            </w:r>
            <w:proofErr w:type="spellEnd"/>
          </w:p>
        </w:tc>
        <w:tc>
          <w:tcPr>
            <w:tcW w:w="2880" w:type="dxa"/>
          </w:tcPr>
          <w:p w14:paraId="1CF30E25" w14:textId="77777777" w:rsidR="00043C9C" w:rsidRDefault="00000000">
            <w:proofErr w:type="spellStart"/>
            <w:r>
              <w:t>Laserowa</w:t>
            </w:r>
            <w:proofErr w:type="spellEnd"/>
            <w:r>
              <w:t xml:space="preserve">, </w:t>
            </w:r>
            <w:proofErr w:type="spellStart"/>
            <w:r>
              <w:t>kolorowa</w:t>
            </w:r>
            <w:proofErr w:type="spellEnd"/>
          </w:p>
        </w:tc>
        <w:tc>
          <w:tcPr>
            <w:tcW w:w="2880" w:type="dxa"/>
          </w:tcPr>
          <w:p w14:paraId="337260D5" w14:textId="77777777" w:rsidR="00043C9C" w:rsidRDefault="00043C9C"/>
        </w:tc>
      </w:tr>
      <w:tr w:rsidR="00043C9C" w14:paraId="4ECEB4B0" w14:textId="77777777">
        <w:tc>
          <w:tcPr>
            <w:tcW w:w="2880" w:type="dxa"/>
          </w:tcPr>
          <w:p w14:paraId="135B7D01" w14:textId="77777777" w:rsidR="00043C9C" w:rsidRDefault="00000000">
            <w:r>
              <w:t xml:space="preserve">System </w:t>
            </w:r>
            <w:proofErr w:type="spellStart"/>
            <w:r>
              <w:t>archiwizacji</w:t>
            </w:r>
            <w:proofErr w:type="spellEnd"/>
          </w:p>
        </w:tc>
        <w:tc>
          <w:tcPr>
            <w:tcW w:w="2880" w:type="dxa"/>
          </w:tcPr>
          <w:p w14:paraId="37D74C6E" w14:textId="77777777" w:rsidR="00043C9C" w:rsidRDefault="00000000">
            <w:proofErr w:type="spellStart"/>
            <w:r>
              <w:t>ENDOdigi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</w:p>
        </w:tc>
        <w:tc>
          <w:tcPr>
            <w:tcW w:w="2880" w:type="dxa"/>
          </w:tcPr>
          <w:p w14:paraId="599BF339" w14:textId="77777777" w:rsidR="00043C9C" w:rsidRDefault="00043C9C"/>
        </w:tc>
      </w:tr>
      <w:tr w:rsidR="00043C9C" w14:paraId="1E3D32E3" w14:textId="77777777">
        <w:tc>
          <w:tcPr>
            <w:tcW w:w="2880" w:type="dxa"/>
          </w:tcPr>
          <w:p w14:paraId="6AF69BC0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11C21076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5CFE2E25" w14:textId="77777777" w:rsidR="00043C9C" w:rsidRDefault="00043C9C"/>
        </w:tc>
      </w:tr>
      <w:tr w:rsidR="00043C9C" w14:paraId="5B1A8DB6" w14:textId="77777777">
        <w:tc>
          <w:tcPr>
            <w:tcW w:w="2880" w:type="dxa"/>
          </w:tcPr>
          <w:p w14:paraId="2CD5E218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244F6BF7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15EDB3E1" w14:textId="77777777" w:rsidR="00043C9C" w:rsidRDefault="00043C9C"/>
        </w:tc>
      </w:tr>
      <w:tr w:rsidR="00043C9C" w14:paraId="2FD46F06" w14:textId="77777777">
        <w:tc>
          <w:tcPr>
            <w:tcW w:w="2880" w:type="dxa"/>
          </w:tcPr>
          <w:p w14:paraId="24BB6A31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44E5A2EE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38A86917" w14:textId="77777777" w:rsidR="00043C9C" w:rsidRDefault="00043C9C"/>
        </w:tc>
      </w:tr>
    </w:tbl>
    <w:p w14:paraId="03B40097" w14:textId="77777777" w:rsidR="00043C9C" w:rsidRDefault="00000000">
      <w:pPr>
        <w:pStyle w:val="Nagwek2"/>
      </w:pPr>
      <w:r>
        <w:t xml:space="preserve">3. </w:t>
      </w:r>
      <w:proofErr w:type="spellStart"/>
      <w:r>
        <w:t>Dermatoskop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168FE403" w14:textId="77777777">
        <w:tc>
          <w:tcPr>
            <w:tcW w:w="2880" w:type="dxa"/>
          </w:tcPr>
          <w:p w14:paraId="2B87584E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02536BB3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555770D1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75534EA0" w14:textId="77777777">
        <w:tc>
          <w:tcPr>
            <w:tcW w:w="2880" w:type="dxa"/>
          </w:tcPr>
          <w:p w14:paraId="292B08A7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72F7C60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2675192B" w14:textId="77777777" w:rsidR="00043C9C" w:rsidRDefault="00043C9C"/>
        </w:tc>
      </w:tr>
      <w:tr w:rsidR="00043C9C" w14:paraId="256D4F37" w14:textId="77777777">
        <w:tc>
          <w:tcPr>
            <w:tcW w:w="2880" w:type="dxa"/>
          </w:tcPr>
          <w:p w14:paraId="17FC3F52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4315F58B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C79BDA6" w14:textId="77777777" w:rsidR="00043C9C" w:rsidRDefault="00043C9C"/>
        </w:tc>
      </w:tr>
      <w:tr w:rsidR="00043C9C" w14:paraId="3D893AA0" w14:textId="77777777">
        <w:tc>
          <w:tcPr>
            <w:tcW w:w="2880" w:type="dxa"/>
          </w:tcPr>
          <w:p w14:paraId="6D84B683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75AAF03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0CF8BD77" w14:textId="77777777" w:rsidR="00043C9C" w:rsidRDefault="00043C9C"/>
        </w:tc>
      </w:tr>
      <w:tr w:rsidR="00043C9C" w14:paraId="2E39D361" w14:textId="77777777">
        <w:tc>
          <w:tcPr>
            <w:tcW w:w="2880" w:type="dxa"/>
          </w:tcPr>
          <w:p w14:paraId="549ACF09" w14:textId="77777777" w:rsidR="00043C9C" w:rsidRDefault="00000000">
            <w:proofErr w:type="spellStart"/>
            <w:r>
              <w:t>Soczewka</w:t>
            </w:r>
            <w:proofErr w:type="spellEnd"/>
          </w:p>
        </w:tc>
        <w:tc>
          <w:tcPr>
            <w:tcW w:w="2880" w:type="dxa"/>
          </w:tcPr>
          <w:p w14:paraId="52056DFA" w14:textId="77777777" w:rsidR="00043C9C" w:rsidRDefault="00000000">
            <w:proofErr w:type="spellStart"/>
            <w:r>
              <w:t>Achromatyczna</w:t>
            </w:r>
            <w:proofErr w:type="spellEnd"/>
          </w:p>
        </w:tc>
        <w:tc>
          <w:tcPr>
            <w:tcW w:w="2880" w:type="dxa"/>
          </w:tcPr>
          <w:p w14:paraId="3558E444" w14:textId="77777777" w:rsidR="00043C9C" w:rsidRDefault="00043C9C"/>
        </w:tc>
      </w:tr>
      <w:tr w:rsidR="00043C9C" w14:paraId="695F9145" w14:textId="77777777">
        <w:tc>
          <w:tcPr>
            <w:tcW w:w="2880" w:type="dxa"/>
          </w:tcPr>
          <w:p w14:paraId="7B6EFF6F" w14:textId="77777777" w:rsidR="00043C9C" w:rsidRDefault="00000000">
            <w:proofErr w:type="spellStart"/>
            <w:r>
              <w:t>Oświetlenie</w:t>
            </w:r>
            <w:proofErr w:type="spellEnd"/>
          </w:p>
        </w:tc>
        <w:tc>
          <w:tcPr>
            <w:tcW w:w="2880" w:type="dxa"/>
          </w:tcPr>
          <w:p w14:paraId="6C4A454D" w14:textId="77777777" w:rsidR="00043C9C" w:rsidRDefault="00000000">
            <w:r>
              <w:t>UV 365 nm</w:t>
            </w:r>
          </w:p>
        </w:tc>
        <w:tc>
          <w:tcPr>
            <w:tcW w:w="2880" w:type="dxa"/>
          </w:tcPr>
          <w:p w14:paraId="78517E1A" w14:textId="77777777" w:rsidR="00043C9C" w:rsidRDefault="00043C9C"/>
        </w:tc>
      </w:tr>
      <w:tr w:rsidR="00043C9C" w14:paraId="63636989" w14:textId="77777777">
        <w:tc>
          <w:tcPr>
            <w:tcW w:w="2880" w:type="dxa"/>
          </w:tcPr>
          <w:p w14:paraId="1254FE94" w14:textId="77777777" w:rsidR="00043C9C" w:rsidRDefault="00000000">
            <w:proofErr w:type="spellStart"/>
            <w:r>
              <w:t>Tryby</w:t>
            </w:r>
            <w:proofErr w:type="spellEnd"/>
            <w:r>
              <w:t xml:space="preserve"> </w:t>
            </w:r>
            <w:proofErr w:type="spellStart"/>
            <w:r>
              <w:t>oświetlenia</w:t>
            </w:r>
            <w:proofErr w:type="spellEnd"/>
          </w:p>
        </w:tc>
        <w:tc>
          <w:tcPr>
            <w:tcW w:w="2880" w:type="dxa"/>
          </w:tcPr>
          <w:p w14:paraId="61B72691" w14:textId="77777777" w:rsidR="00043C9C" w:rsidRDefault="00000000">
            <w:proofErr w:type="spellStart"/>
            <w:r>
              <w:t>Niespolaryzowane</w:t>
            </w:r>
            <w:proofErr w:type="spellEnd"/>
            <w:r>
              <w:t xml:space="preserve">, </w:t>
            </w:r>
            <w:proofErr w:type="spellStart"/>
            <w:r>
              <w:t>spolaryzowane</w:t>
            </w:r>
            <w:proofErr w:type="spellEnd"/>
            <w:r>
              <w:t xml:space="preserve"> </w:t>
            </w:r>
            <w:proofErr w:type="spellStart"/>
            <w:r>
              <w:t>równolegle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lastRenderedPageBreak/>
              <w:t>krzyżowo</w:t>
            </w:r>
            <w:proofErr w:type="spellEnd"/>
          </w:p>
        </w:tc>
        <w:tc>
          <w:tcPr>
            <w:tcW w:w="2880" w:type="dxa"/>
          </w:tcPr>
          <w:p w14:paraId="4A4F685C" w14:textId="77777777" w:rsidR="00043C9C" w:rsidRDefault="00043C9C"/>
        </w:tc>
      </w:tr>
      <w:tr w:rsidR="00043C9C" w14:paraId="7E193BA6" w14:textId="77777777">
        <w:tc>
          <w:tcPr>
            <w:tcW w:w="2880" w:type="dxa"/>
          </w:tcPr>
          <w:p w14:paraId="77D49DFC" w14:textId="77777777" w:rsidR="00043C9C" w:rsidRDefault="00000000">
            <w:proofErr w:type="spellStart"/>
            <w:r>
              <w:t>Funkcje</w:t>
            </w:r>
            <w:proofErr w:type="spellEnd"/>
            <w:r>
              <w:t xml:space="preserve"> </w:t>
            </w:r>
            <w:proofErr w:type="spellStart"/>
            <w:r>
              <w:t>dodatkowe</w:t>
            </w:r>
            <w:proofErr w:type="spellEnd"/>
          </w:p>
        </w:tc>
        <w:tc>
          <w:tcPr>
            <w:tcW w:w="2880" w:type="dxa"/>
          </w:tcPr>
          <w:p w14:paraId="32BDB7FF" w14:textId="77777777" w:rsidR="00043C9C" w:rsidRDefault="00000000">
            <w:proofErr w:type="spellStart"/>
            <w:r>
              <w:t>Linijka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latarka</w:t>
            </w:r>
            <w:proofErr w:type="spellEnd"/>
            <w:r>
              <w:t xml:space="preserve"> </w:t>
            </w:r>
            <w:proofErr w:type="spellStart"/>
            <w:r>
              <w:t>diagnostyczna</w:t>
            </w:r>
            <w:proofErr w:type="spellEnd"/>
          </w:p>
        </w:tc>
        <w:tc>
          <w:tcPr>
            <w:tcW w:w="2880" w:type="dxa"/>
          </w:tcPr>
          <w:p w14:paraId="33487765" w14:textId="77777777" w:rsidR="00043C9C" w:rsidRDefault="00043C9C"/>
        </w:tc>
      </w:tr>
      <w:tr w:rsidR="00043C9C" w14:paraId="08170BEB" w14:textId="77777777">
        <w:tc>
          <w:tcPr>
            <w:tcW w:w="2880" w:type="dxa"/>
          </w:tcPr>
          <w:p w14:paraId="291246F8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3D394EB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5A8DAC47" w14:textId="77777777" w:rsidR="00043C9C" w:rsidRDefault="00043C9C"/>
        </w:tc>
      </w:tr>
      <w:tr w:rsidR="00043C9C" w14:paraId="00166FDE" w14:textId="77777777">
        <w:tc>
          <w:tcPr>
            <w:tcW w:w="2880" w:type="dxa"/>
          </w:tcPr>
          <w:p w14:paraId="7730EDF7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2B261464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6EE91D50" w14:textId="77777777" w:rsidR="00043C9C" w:rsidRDefault="00043C9C"/>
        </w:tc>
      </w:tr>
      <w:tr w:rsidR="00043C9C" w14:paraId="5172A516" w14:textId="77777777">
        <w:tc>
          <w:tcPr>
            <w:tcW w:w="2880" w:type="dxa"/>
          </w:tcPr>
          <w:p w14:paraId="77CE370A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3D227EF5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6F6D5C16" w14:textId="77777777" w:rsidR="00043C9C" w:rsidRDefault="00043C9C"/>
        </w:tc>
      </w:tr>
    </w:tbl>
    <w:p w14:paraId="363428D1" w14:textId="77777777" w:rsidR="00043C9C" w:rsidRDefault="00000000">
      <w:pPr>
        <w:pStyle w:val="Nagwek2"/>
      </w:pPr>
      <w:r>
        <w:t xml:space="preserve">4. </w:t>
      </w:r>
      <w:proofErr w:type="spellStart"/>
      <w:r>
        <w:t>Aparat</w:t>
      </w:r>
      <w:proofErr w:type="spellEnd"/>
      <w:r>
        <w:t xml:space="preserve"> </w:t>
      </w:r>
      <w:proofErr w:type="spellStart"/>
      <w:r>
        <w:t>kriochirurgiczny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49F48E27" w14:textId="77777777">
        <w:tc>
          <w:tcPr>
            <w:tcW w:w="2880" w:type="dxa"/>
          </w:tcPr>
          <w:p w14:paraId="0A0E9C04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6D8400DE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7C22466C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D819811" w14:textId="77777777">
        <w:tc>
          <w:tcPr>
            <w:tcW w:w="2880" w:type="dxa"/>
          </w:tcPr>
          <w:p w14:paraId="45FE3DD1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459657F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3BA4F51" w14:textId="77777777" w:rsidR="00043C9C" w:rsidRDefault="00043C9C"/>
        </w:tc>
      </w:tr>
      <w:tr w:rsidR="00043C9C" w14:paraId="02B0D608" w14:textId="77777777">
        <w:tc>
          <w:tcPr>
            <w:tcW w:w="2880" w:type="dxa"/>
          </w:tcPr>
          <w:p w14:paraId="3FB37C26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63AE8B94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A2D9B6F" w14:textId="77777777" w:rsidR="00043C9C" w:rsidRDefault="00043C9C"/>
        </w:tc>
      </w:tr>
      <w:tr w:rsidR="007A7970" w14:paraId="6A117126" w14:textId="77777777">
        <w:tc>
          <w:tcPr>
            <w:tcW w:w="2880" w:type="dxa"/>
          </w:tcPr>
          <w:p w14:paraId="4D27D583" w14:textId="316D7A6B" w:rsidR="007A7970" w:rsidRDefault="007A7970">
            <w:r>
              <w:t>Typu</w:t>
            </w:r>
          </w:p>
        </w:tc>
        <w:tc>
          <w:tcPr>
            <w:tcW w:w="2880" w:type="dxa"/>
          </w:tcPr>
          <w:p w14:paraId="0C36E1FA" w14:textId="47B42C5B" w:rsidR="007A7970" w:rsidRDefault="007A7970">
            <w:proofErr w:type="spellStart"/>
            <w:r>
              <w:t>Kriopol</w:t>
            </w:r>
            <w:proofErr w:type="spellEnd"/>
            <w:r>
              <w:t xml:space="preserve"> K-30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</w:p>
        </w:tc>
        <w:tc>
          <w:tcPr>
            <w:tcW w:w="2880" w:type="dxa"/>
          </w:tcPr>
          <w:p w14:paraId="3087F010" w14:textId="77777777" w:rsidR="007A7970" w:rsidRDefault="007A7970"/>
        </w:tc>
      </w:tr>
      <w:tr w:rsidR="00043C9C" w14:paraId="233486CA" w14:textId="77777777">
        <w:tc>
          <w:tcPr>
            <w:tcW w:w="2880" w:type="dxa"/>
          </w:tcPr>
          <w:p w14:paraId="550FA92D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54DA0CFF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4C3187D3" w14:textId="77777777" w:rsidR="00043C9C" w:rsidRDefault="00043C9C"/>
        </w:tc>
      </w:tr>
      <w:tr w:rsidR="00043C9C" w14:paraId="21805ECE" w14:textId="77777777">
        <w:tc>
          <w:tcPr>
            <w:tcW w:w="2880" w:type="dxa"/>
          </w:tcPr>
          <w:p w14:paraId="3123C4C2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444003FE" w14:textId="77777777" w:rsidR="00043C9C" w:rsidRDefault="00000000">
            <w:proofErr w:type="spellStart"/>
            <w:r>
              <w:t>Wymrażanie</w:t>
            </w:r>
            <w:proofErr w:type="spellEnd"/>
            <w:r>
              <w:t xml:space="preserve"> </w:t>
            </w:r>
            <w:proofErr w:type="spellStart"/>
            <w:r>
              <w:t>zmian</w:t>
            </w:r>
            <w:proofErr w:type="spellEnd"/>
            <w:r>
              <w:t xml:space="preserve"> </w:t>
            </w:r>
            <w:proofErr w:type="spellStart"/>
            <w:r>
              <w:t>skórnych</w:t>
            </w:r>
            <w:proofErr w:type="spellEnd"/>
          </w:p>
        </w:tc>
        <w:tc>
          <w:tcPr>
            <w:tcW w:w="2880" w:type="dxa"/>
          </w:tcPr>
          <w:p w14:paraId="66E605FB" w14:textId="77777777" w:rsidR="00043C9C" w:rsidRDefault="00043C9C"/>
        </w:tc>
      </w:tr>
      <w:tr w:rsidR="00043C9C" w14:paraId="09C945C6" w14:textId="77777777">
        <w:tc>
          <w:tcPr>
            <w:tcW w:w="2880" w:type="dxa"/>
          </w:tcPr>
          <w:p w14:paraId="54C1B889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26D14659" w14:textId="77777777" w:rsidR="00043C9C" w:rsidRDefault="00000000">
            <w:r>
              <w:t xml:space="preserve">Min. 6 </w:t>
            </w:r>
            <w:proofErr w:type="spellStart"/>
            <w:r>
              <w:t>aplikatorów</w:t>
            </w:r>
            <w:proofErr w:type="spellEnd"/>
            <w:r>
              <w:t xml:space="preserve"> </w:t>
            </w:r>
            <w:proofErr w:type="spellStart"/>
            <w:r>
              <w:t>kontaktowych</w:t>
            </w:r>
            <w:proofErr w:type="spellEnd"/>
            <w:r>
              <w:t xml:space="preserve"> + 1 </w:t>
            </w:r>
            <w:proofErr w:type="spellStart"/>
            <w:r>
              <w:t>natryskowy</w:t>
            </w:r>
            <w:proofErr w:type="spellEnd"/>
          </w:p>
        </w:tc>
        <w:tc>
          <w:tcPr>
            <w:tcW w:w="2880" w:type="dxa"/>
          </w:tcPr>
          <w:p w14:paraId="4584915C" w14:textId="77777777" w:rsidR="00043C9C" w:rsidRDefault="00043C9C"/>
        </w:tc>
      </w:tr>
      <w:tr w:rsidR="00043C9C" w14:paraId="6EE402BC" w14:textId="77777777">
        <w:tc>
          <w:tcPr>
            <w:tcW w:w="2880" w:type="dxa"/>
          </w:tcPr>
          <w:p w14:paraId="09867E1F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07A11FCA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B4D4885" w14:textId="77777777" w:rsidR="00043C9C" w:rsidRDefault="00043C9C"/>
        </w:tc>
      </w:tr>
      <w:tr w:rsidR="00043C9C" w14:paraId="7F68EECB" w14:textId="77777777">
        <w:tc>
          <w:tcPr>
            <w:tcW w:w="2880" w:type="dxa"/>
          </w:tcPr>
          <w:p w14:paraId="3C49E021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79283950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172B9E69" w14:textId="77777777" w:rsidR="00043C9C" w:rsidRDefault="00043C9C"/>
        </w:tc>
      </w:tr>
      <w:tr w:rsidR="00043C9C" w14:paraId="4DE80E37" w14:textId="77777777">
        <w:tc>
          <w:tcPr>
            <w:tcW w:w="2880" w:type="dxa"/>
          </w:tcPr>
          <w:p w14:paraId="779DDAFA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7DE6A51F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1459A3A8" w14:textId="77777777" w:rsidR="00043C9C" w:rsidRDefault="00043C9C"/>
        </w:tc>
      </w:tr>
    </w:tbl>
    <w:p w14:paraId="5A7637EF" w14:textId="77777777" w:rsidR="00043C9C" w:rsidRDefault="00000000">
      <w:pPr>
        <w:pStyle w:val="Nagwek2"/>
      </w:pPr>
      <w:r>
        <w:t xml:space="preserve">5. </w:t>
      </w:r>
      <w:proofErr w:type="spellStart"/>
      <w:r>
        <w:t>Aparat</w:t>
      </w:r>
      <w:proofErr w:type="spellEnd"/>
      <w:r>
        <w:t xml:space="preserve"> </w:t>
      </w:r>
      <w:proofErr w:type="spellStart"/>
      <w:r>
        <w:t>elektrochirurgiczny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5950C7F5" w14:textId="77777777">
        <w:tc>
          <w:tcPr>
            <w:tcW w:w="2880" w:type="dxa"/>
          </w:tcPr>
          <w:p w14:paraId="044CB182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0D426800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479C7C13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3E05F434" w14:textId="77777777">
        <w:tc>
          <w:tcPr>
            <w:tcW w:w="2880" w:type="dxa"/>
          </w:tcPr>
          <w:p w14:paraId="0B13E0CB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14A3769C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5E09EE40" w14:textId="77777777" w:rsidR="00043C9C" w:rsidRDefault="00043C9C"/>
        </w:tc>
      </w:tr>
      <w:tr w:rsidR="00043C9C" w14:paraId="4173730D" w14:textId="77777777">
        <w:tc>
          <w:tcPr>
            <w:tcW w:w="2880" w:type="dxa"/>
          </w:tcPr>
          <w:p w14:paraId="05763866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235E5BC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5F48A88" w14:textId="77777777" w:rsidR="00043C9C" w:rsidRDefault="00043C9C"/>
        </w:tc>
      </w:tr>
      <w:tr w:rsidR="00043C9C" w14:paraId="38D538EA" w14:textId="77777777">
        <w:tc>
          <w:tcPr>
            <w:tcW w:w="2880" w:type="dxa"/>
          </w:tcPr>
          <w:p w14:paraId="05118614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0C516444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980449E" w14:textId="77777777" w:rsidR="00043C9C" w:rsidRDefault="00043C9C"/>
        </w:tc>
      </w:tr>
      <w:tr w:rsidR="00043C9C" w14:paraId="41E52223" w14:textId="77777777">
        <w:tc>
          <w:tcPr>
            <w:tcW w:w="2880" w:type="dxa"/>
          </w:tcPr>
          <w:p w14:paraId="66F548D7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6AF84628" w14:textId="77777777" w:rsidR="00043C9C" w:rsidRDefault="00000000">
            <w:r>
              <w:t xml:space="preserve">Cięcie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koagulacja</w:t>
            </w:r>
            <w:proofErr w:type="spellEnd"/>
          </w:p>
        </w:tc>
        <w:tc>
          <w:tcPr>
            <w:tcW w:w="2880" w:type="dxa"/>
          </w:tcPr>
          <w:p w14:paraId="51A85581" w14:textId="77777777" w:rsidR="00043C9C" w:rsidRDefault="00043C9C"/>
        </w:tc>
      </w:tr>
      <w:tr w:rsidR="00043C9C" w14:paraId="24B6816D" w14:textId="77777777">
        <w:tc>
          <w:tcPr>
            <w:tcW w:w="2880" w:type="dxa"/>
          </w:tcPr>
          <w:p w14:paraId="0E5B5E40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623B864E" w14:textId="77777777" w:rsidR="00043C9C" w:rsidRDefault="00000000">
            <w:r>
              <w:t xml:space="preserve">Min. 10 </w:t>
            </w:r>
            <w:proofErr w:type="spellStart"/>
            <w:r>
              <w:t>elektrod</w:t>
            </w:r>
            <w:proofErr w:type="spellEnd"/>
            <w:r>
              <w:t xml:space="preserve"> </w:t>
            </w:r>
            <w:proofErr w:type="spellStart"/>
            <w:r>
              <w:t>dermatologicznych</w:t>
            </w:r>
            <w:proofErr w:type="spellEnd"/>
          </w:p>
        </w:tc>
        <w:tc>
          <w:tcPr>
            <w:tcW w:w="2880" w:type="dxa"/>
          </w:tcPr>
          <w:p w14:paraId="209C3C00" w14:textId="77777777" w:rsidR="00043C9C" w:rsidRDefault="00043C9C"/>
        </w:tc>
      </w:tr>
      <w:tr w:rsidR="00043C9C" w14:paraId="4F3256E5" w14:textId="77777777">
        <w:tc>
          <w:tcPr>
            <w:tcW w:w="2880" w:type="dxa"/>
          </w:tcPr>
          <w:p w14:paraId="088FF9A2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166876D3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0A32E41" w14:textId="77777777" w:rsidR="00043C9C" w:rsidRDefault="00043C9C"/>
        </w:tc>
      </w:tr>
      <w:tr w:rsidR="00043C9C" w14:paraId="1139370C" w14:textId="77777777">
        <w:tc>
          <w:tcPr>
            <w:tcW w:w="2880" w:type="dxa"/>
          </w:tcPr>
          <w:p w14:paraId="593C5C84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7BB61F2C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14D6D86B" w14:textId="77777777" w:rsidR="00043C9C" w:rsidRDefault="00043C9C"/>
        </w:tc>
      </w:tr>
      <w:tr w:rsidR="00043C9C" w14:paraId="325623A5" w14:textId="77777777">
        <w:tc>
          <w:tcPr>
            <w:tcW w:w="2880" w:type="dxa"/>
          </w:tcPr>
          <w:p w14:paraId="5B018759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64B23FD1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254710A4" w14:textId="77777777" w:rsidR="00043C9C" w:rsidRDefault="00043C9C"/>
        </w:tc>
      </w:tr>
    </w:tbl>
    <w:p w14:paraId="2DA23008" w14:textId="27617466" w:rsidR="00043C9C" w:rsidRDefault="00000000">
      <w:pPr>
        <w:pStyle w:val="Nagwek2"/>
      </w:pPr>
      <w:r>
        <w:t xml:space="preserve">6. Lampa </w:t>
      </w:r>
      <w:proofErr w:type="spellStart"/>
      <w:r>
        <w:t>diagnostyczna</w:t>
      </w:r>
      <w:proofErr w:type="spellEnd"/>
      <w:r>
        <w:t xml:space="preserve"> </w:t>
      </w:r>
      <w:r w:rsidR="007A7970">
        <w:t>(</w:t>
      </w:r>
      <w:proofErr w:type="spellStart"/>
      <w:r w:rsidR="007A7970">
        <w:t>otolaryngologia</w:t>
      </w:r>
      <w:proofErr w:type="spellEnd"/>
      <w:r w:rsidR="007A7970">
        <w:t xml:space="preserve">) </w:t>
      </w:r>
      <w:r>
        <w:t xml:space="preserve">– 3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6C9D7D3F" w14:textId="77777777">
        <w:tc>
          <w:tcPr>
            <w:tcW w:w="2880" w:type="dxa"/>
          </w:tcPr>
          <w:p w14:paraId="42197A7F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667D40F0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6E31191E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4312008C" w14:textId="77777777">
        <w:tc>
          <w:tcPr>
            <w:tcW w:w="2880" w:type="dxa"/>
          </w:tcPr>
          <w:p w14:paraId="70DAC2B5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136C9E74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90795FE" w14:textId="77777777" w:rsidR="00043C9C" w:rsidRDefault="00043C9C"/>
        </w:tc>
      </w:tr>
      <w:tr w:rsidR="00043C9C" w14:paraId="28116D6C" w14:textId="77777777">
        <w:tc>
          <w:tcPr>
            <w:tcW w:w="2880" w:type="dxa"/>
          </w:tcPr>
          <w:p w14:paraId="24ABDB72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700E5D0F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214EE93" w14:textId="77777777" w:rsidR="00043C9C" w:rsidRDefault="00043C9C"/>
        </w:tc>
      </w:tr>
      <w:tr w:rsidR="007A7970" w14:paraId="7958C16A" w14:textId="77777777">
        <w:tc>
          <w:tcPr>
            <w:tcW w:w="2880" w:type="dxa"/>
          </w:tcPr>
          <w:p w14:paraId="15FEEDAB" w14:textId="32C89562" w:rsidR="007A7970" w:rsidRDefault="007A7970">
            <w:proofErr w:type="spellStart"/>
            <w:r>
              <w:t>Typ</w:t>
            </w:r>
            <w:proofErr w:type="spellEnd"/>
          </w:p>
        </w:tc>
        <w:tc>
          <w:tcPr>
            <w:tcW w:w="2880" w:type="dxa"/>
          </w:tcPr>
          <w:p w14:paraId="6FF085C5" w14:textId="4F7078CC" w:rsidR="007A7970" w:rsidRDefault="007A7970">
            <w:r>
              <w:t xml:space="preserve">L88-LED-M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równoważna</w:t>
            </w:r>
            <w:proofErr w:type="spellEnd"/>
          </w:p>
        </w:tc>
        <w:tc>
          <w:tcPr>
            <w:tcW w:w="2880" w:type="dxa"/>
          </w:tcPr>
          <w:p w14:paraId="7948CFCC" w14:textId="77777777" w:rsidR="007A7970" w:rsidRDefault="007A7970"/>
        </w:tc>
      </w:tr>
      <w:tr w:rsidR="00043C9C" w14:paraId="549BCFBD" w14:textId="77777777">
        <w:tc>
          <w:tcPr>
            <w:tcW w:w="2880" w:type="dxa"/>
          </w:tcPr>
          <w:p w14:paraId="3F9F90FD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678A220F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394985B9" w14:textId="77777777" w:rsidR="00043C9C" w:rsidRDefault="00043C9C"/>
        </w:tc>
      </w:tr>
      <w:tr w:rsidR="00043C9C" w14:paraId="0F9C133E" w14:textId="77777777">
        <w:tc>
          <w:tcPr>
            <w:tcW w:w="2880" w:type="dxa"/>
          </w:tcPr>
          <w:p w14:paraId="787D7513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00015DEE" w14:textId="77777777" w:rsidR="00043C9C" w:rsidRDefault="00000000">
            <w:proofErr w:type="spellStart"/>
            <w:r>
              <w:t>Technologia</w:t>
            </w:r>
            <w:proofErr w:type="spellEnd"/>
            <w:r>
              <w:t xml:space="preserve"> LED</w:t>
            </w:r>
          </w:p>
        </w:tc>
        <w:tc>
          <w:tcPr>
            <w:tcW w:w="2880" w:type="dxa"/>
          </w:tcPr>
          <w:p w14:paraId="4F7D2909" w14:textId="77777777" w:rsidR="00043C9C" w:rsidRDefault="00043C9C"/>
        </w:tc>
      </w:tr>
      <w:tr w:rsidR="00043C9C" w14:paraId="114967F5" w14:textId="77777777">
        <w:tc>
          <w:tcPr>
            <w:tcW w:w="2880" w:type="dxa"/>
          </w:tcPr>
          <w:p w14:paraId="719AF21C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60470C0A" w14:textId="77777777" w:rsidR="00043C9C" w:rsidRDefault="00000000">
            <w:r>
              <w:t>CRI ≥95</w:t>
            </w:r>
          </w:p>
        </w:tc>
        <w:tc>
          <w:tcPr>
            <w:tcW w:w="2880" w:type="dxa"/>
          </w:tcPr>
          <w:p w14:paraId="20A5BCD1" w14:textId="77777777" w:rsidR="00043C9C" w:rsidRDefault="00043C9C"/>
        </w:tc>
      </w:tr>
      <w:tr w:rsidR="00043C9C" w14:paraId="106D6EEF" w14:textId="77777777">
        <w:tc>
          <w:tcPr>
            <w:tcW w:w="2880" w:type="dxa"/>
          </w:tcPr>
          <w:p w14:paraId="4825E72A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712202D5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0D397A5" w14:textId="77777777" w:rsidR="00043C9C" w:rsidRDefault="00043C9C"/>
        </w:tc>
      </w:tr>
      <w:tr w:rsidR="00043C9C" w14:paraId="1B7FE6DF" w14:textId="77777777">
        <w:tc>
          <w:tcPr>
            <w:tcW w:w="2880" w:type="dxa"/>
          </w:tcPr>
          <w:p w14:paraId="51458012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724F03AF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5C4D45E9" w14:textId="77777777" w:rsidR="00043C9C" w:rsidRDefault="00043C9C"/>
        </w:tc>
      </w:tr>
      <w:tr w:rsidR="00043C9C" w14:paraId="11D9AA8B" w14:textId="77777777">
        <w:tc>
          <w:tcPr>
            <w:tcW w:w="2880" w:type="dxa"/>
          </w:tcPr>
          <w:p w14:paraId="14C8A9B8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7123ADDD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00D1F611" w14:textId="77777777" w:rsidR="00043C9C" w:rsidRDefault="00043C9C"/>
        </w:tc>
      </w:tr>
    </w:tbl>
    <w:p w14:paraId="66704B18" w14:textId="77777777" w:rsidR="00043C9C" w:rsidRDefault="00000000">
      <w:pPr>
        <w:pStyle w:val="Nagwek2"/>
      </w:pPr>
      <w:r>
        <w:lastRenderedPageBreak/>
        <w:t xml:space="preserve">7. </w:t>
      </w:r>
      <w:proofErr w:type="spellStart"/>
      <w:r>
        <w:t>Zestaw</w:t>
      </w:r>
      <w:proofErr w:type="spellEnd"/>
      <w:r>
        <w:t xml:space="preserve"> </w:t>
      </w:r>
      <w:proofErr w:type="spellStart"/>
      <w:r>
        <w:t>okulistyczny</w:t>
      </w:r>
      <w:proofErr w:type="spellEnd"/>
      <w:r>
        <w:t xml:space="preserve"> – 1 </w:t>
      </w:r>
      <w:proofErr w:type="spellStart"/>
      <w:r>
        <w:t>kpl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3037"/>
        <w:gridCol w:w="2717"/>
      </w:tblGrid>
      <w:tr w:rsidR="00043C9C" w14:paraId="5835CC96" w14:textId="77777777" w:rsidTr="00F51821">
        <w:tc>
          <w:tcPr>
            <w:tcW w:w="2880" w:type="dxa"/>
          </w:tcPr>
          <w:p w14:paraId="7CFDD0B0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3040" w:type="dxa"/>
          </w:tcPr>
          <w:p w14:paraId="303BE6E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720" w:type="dxa"/>
          </w:tcPr>
          <w:p w14:paraId="0516D6A9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48668C3" w14:textId="77777777" w:rsidTr="00F51821">
        <w:tc>
          <w:tcPr>
            <w:tcW w:w="2880" w:type="dxa"/>
          </w:tcPr>
          <w:p w14:paraId="22F6835D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3040" w:type="dxa"/>
          </w:tcPr>
          <w:p w14:paraId="661A5DB3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720" w:type="dxa"/>
          </w:tcPr>
          <w:p w14:paraId="1C8990D8" w14:textId="77777777" w:rsidR="00043C9C" w:rsidRDefault="00043C9C"/>
        </w:tc>
      </w:tr>
      <w:tr w:rsidR="00043C9C" w14:paraId="05DF31ED" w14:textId="77777777" w:rsidTr="00F51821">
        <w:tc>
          <w:tcPr>
            <w:tcW w:w="2880" w:type="dxa"/>
          </w:tcPr>
          <w:p w14:paraId="136DE6D2" w14:textId="77777777" w:rsidR="00043C9C" w:rsidRDefault="00000000">
            <w:r>
              <w:t>Producent</w:t>
            </w:r>
          </w:p>
        </w:tc>
        <w:tc>
          <w:tcPr>
            <w:tcW w:w="3040" w:type="dxa"/>
          </w:tcPr>
          <w:p w14:paraId="7A3CC1EE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720" w:type="dxa"/>
          </w:tcPr>
          <w:p w14:paraId="07E8B7C8" w14:textId="77777777" w:rsidR="00043C9C" w:rsidRDefault="00043C9C"/>
        </w:tc>
      </w:tr>
      <w:tr w:rsidR="00043C9C" w14:paraId="13FB1498" w14:textId="77777777" w:rsidTr="00F51821">
        <w:tc>
          <w:tcPr>
            <w:tcW w:w="2880" w:type="dxa"/>
          </w:tcPr>
          <w:p w14:paraId="5E8B026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3040" w:type="dxa"/>
          </w:tcPr>
          <w:p w14:paraId="15E7F0D4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720" w:type="dxa"/>
          </w:tcPr>
          <w:p w14:paraId="7E0EAC76" w14:textId="77777777" w:rsidR="00043C9C" w:rsidRDefault="00043C9C"/>
        </w:tc>
      </w:tr>
      <w:tr w:rsidR="00043C9C" w14:paraId="58C6A3E5" w14:textId="77777777" w:rsidTr="00F51821">
        <w:tc>
          <w:tcPr>
            <w:tcW w:w="2880" w:type="dxa"/>
          </w:tcPr>
          <w:p w14:paraId="2251CA16" w14:textId="66C94AB2" w:rsidR="00043C9C" w:rsidRDefault="00F51821">
            <w:r>
              <w:t>Unit</w:t>
            </w:r>
          </w:p>
        </w:tc>
        <w:tc>
          <w:tcPr>
            <w:tcW w:w="3040" w:type="dxa"/>
          </w:tcPr>
          <w:p w14:paraId="36C270AE" w14:textId="349CBA2F" w:rsidR="00043C9C" w:rsidRDefault="00F51821">
            <w:r>
              <w:t xml:space="preserve">Z </w:t>
            </w:r>
            <w:proofErr w:type="spellStart"/>
            <w:r>
              <w:t>fotelem</w:t>
            </w:r>
            <w:proofErr w:type="spellEnd"/>
            <w:r>
              <w:t xml:space="preserve"> </w:t>
            </w:r>
            <w:proofErr w:type="spellStart"/>
            <w:r>
              <w:t>rozkładanym</w:t>
            </w:r>
            <w:proofErr w:type="spellEnd"/>
            <w:r>
              <w:t xml:space="preserve"> </w:t>
            </w:r>
            <w:proofErr w:type="spellStart"/>
            <w:r>
              <w:t>ręcznie</w:t>
            </w:r>
            <w:proofErr w:type="spellEnd"/>
            <w:r>
              <w:t xml:space="preserve">, </w:t>
            </w:r>
            <w:proofErr w:type="spellStart"/>
            <w:r>
              <w:t>półką</w:t>
            </w:r>
            <w:proofErr w:type="spellEnd"/>
            <w:r>
              <w:t xml:space="preserve"> pod </w:t>
            </w:r>
            <w:proofErr w:type="spellStart"/>
            <w:r>
              <w:t>rzutnik</w:t>
            </w:r>
            <w:proofErr w:type="spellEnd"/>
            <w:r>
              <w:t xml:space="preserve">, </w:t>
            </w:r>
            <w:proofErr w:type="spellStart"/>
            <w:r>
              <w:t>adapterem</w:t>
            </w:r>
            <w:proofErr w:type="spellEnd"/>
            <w:r>
              <w:t xml:space="preserve"> </w:t>
            </w:r>
            <w:proofErr w:type="spellStart"/>
            <w:r>
              <w:t>podbródka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transporterem</w:t>
            </w:r>
            <w:proofErr w:type="spellEnd"/>
            <w:r>
              <w:t xml:space="preserve"> </w:t>
            </w:r>
            <w:proofErr w:type="spellStart"/>
            <w:r>
              <w:t>kabla</w:t>
            </w:r>
            <w:proofErr w:type="spellEnd"/>
            <w:r>
              <w:t xml:space="preserve"> 230V, </w:t>
            </w:r>
            <w:proofErr w:type="spellStart"/>
            <w:r>
              <w:t>ręczna</w:t>
            </w:r>
            <w:proofErr w:type="spellEnd"/>
            <w:r>
              <w:t xml:space="preserve"> </w:t>
            </w:r>
            <w:proofErr w:type="spellStart"/>
            <w:r>
              <w:t>blokada</w:t>
            </w:r>
            <w:proofErr w:type="spellEnd"/>
            <w:r>
              <w:t xml:space="preserve"> </w:t>
            </w:r>
            <w:proofErr w:type="spellStart"/>
            <w:r>
              <w:t>blatu</w:t>
            </w:r>
            <w:proofErr w:type="spellEnd"/>
            <w:r>
              <w:t xml:space="preserve">. Typu new simplex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</w:p>
        </w:tc>
        <w:tc>
          <w:tcPr>
            <w:tcW w:w="2720" w:type="dxa"/>
          </w:tcPr>
          <w:p w14:paraId="5C699003" w14:textId="77777777" w:rsidR="00043C9C" w:rsidRDefault="00043C9C"/>
        </w:tc>
      </w:tr>
      <w:tr w:rsidR="00F51821" w14:paraId="1BA06BCE" w14:textId="77777777" w:rsidTr="00F51821">
        <w:tc>
          <w:tcPr>
            <w:tcW w:w="2880" w:type="dxa"/>
          </w:tcPr>
          <w:p w14:paraId="2494D35F" w14:textId="0134A506" w:rsidR="00F51821" w:rsidRDefault="00F51821">
            <w:proofErr w:type="spellStart"/>
            <w:r>
              <w:t>Perymetr</w:t>
            </w:r>
            <w:proofErr w:type="spellEnd"/>
          </w:p>
        </w:tc>
        <w:tc>
          <w:tcPr>
            <w:tcW w:w="3040" w:type="dxa"/>
          </w:tcPr>
          <w:p w14:paraId="7C7D9E54" w14:textId="7764BB42" w:rsidR="00F51821" w:rsidRDefault="00F51821">
            <w:proofErr w:type="spellStart"/>
            <w:r>
              <w:t>Perymetr</w:t>
            </w:r>
            <w:proofErr w:type="spellEnd"/>
            <w:r>
              <w:t xml:space="preserve"> </w:t>
            </w:r>
            <w:proofErr w:type="spellStart"/>
            <w:r>
              <w:t>komputerowy</w:t>
            </w:r>
            <w:proofErr w:type="spellEnd"/>
            <w:r>
              <w:t xml:space="preserve">, </w:t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pomiarowy</w:t>
            </w:r>
            <w:proofErr w:type="spellEnd"/>
            <w:r>
              <w:t xml:space="preserve"> 50 </w:t>
            </w:r>
            <w:proofErr w:type="spellStart"/>
            <w:r>
              <w:t>stopni</w:t>
            </w:r>
            <w:proofErr w:type="spellEnd"/>
            <w:r>
              <w:t xml:space="preserve"> w </w:t>
            </w:r>
            <w:proofErr w:type="spellStart"/>
            <w:r>
              <w:t>stronę</w:t>
            </w:r>
            <w:proofErr w:type="spellEnd"/>
            <w:r>
              <w:t xml:space="preserve"> </w:t>
            </w:r>
            <w:proofErr w:type="spellStart"/>
            <w:r>
              <w:t>nosa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80 w </w:t>
            </w:r>
            <w:proofErr w:type="spellStart"/>
            <w:r>
              <w:t>stronę</w:t>
            </w:r>
            <w:proofErr w:type="spellEnd"/>
            <w:r>
              <w:t xml:space="preserve"> </w:t>
            </w:r>
            <w:proofErr w:type="spellStart"/>
            <w:r>
              <w:t>skroni</w:t>
            </w:r>
            <w:proofErr w:type="spellEnd"/>
            <w:r>
              <w:t xml:space="preserve">, </w:t>
            </w:r>
            <w:proofErr w:type="spellStart"/>
            <w:r>
              <w:t>wielkość</w:t>
            </w:r>
            <w:proofErr w:type="spellEnd"/>
            <w:r>
              <w:t xml:space="preserve"> </w:t>
            </w:r>
            <w:proofErr w:type="spellStart"/>
            <w:r>
              <w:t>bodźca</w:t>
            </w:r>
            <w:proofErr w:type="spellEnd"/>
            <w:r>
              <w:t xml:space="preserve"> II </w:t>
            </w:r>
            <w:proofErr w:type="spellStart"/>
            <w:r>
              <w:t>wg</w:t>
            </w:r>
            <w:proofErr w:type="spellEnd"/>
            <w:r>
              <w:t xml:space="preserve"> </w:t>
            </w:r>
            <w:proofErr w:type="spellStart"/>
            <w:r>
              <w:t>Goldmana</w:t>
            </w:r>
            <w:proofErr w:type="spellEnd"/>
            <w:r>
              <w:t xml:space="preserve">. </w:t>
            </w:r>
            <w:proofErr w:type="spellStart"/>
            <w:r>
              <w:t>Rodzaj</w:t>
            </w:r>
            <w:proofErr w:type="spellEnd"/>
            <w:r>
              <w:t xml:space="preserve"> </w:t>
            </w:r>
            <w:proofErr w:type="spellStart"/>
            <w:r>
              <w:t>bodźca</w:t>
            </w:r>
            <w:proofErr w:type="spellEnd"/>
            <w:r>
              <w:t xml:space="preserve">: </w:t>
            </w:r>
            <w:proofErr w:type="spellStart"/>
            <w:r>
              <w:t>dioda</w:t>
            </w:r>
            <w:proofErr w:type="spellEnd"/>
            <w:r>
              <w:t xml:space="preserve"> LED 575 nm(</w:t>
            </w:r>
            <w:proofErr w:type="spellStart"/>
            <w:r>
              <w:t>kolor</w:t>
            </w:r>
            <w:proofErr w:type="spellEnd"/>
            <w:r>
              <w:t xml:space="preserve"> </w:t>
            </w:r>
            <w:proofErr w:type="spellStart"/>
            <w:r>
              <w:t>zielony</w:t>
            </w:r>
            <w:proofErr w:type="spellEnd"/>
            <w:r>
              <w:t xml:space="preserve">). </w:t>
            </w:r>
            <w:proofErr w:type="spellStart"/>
            <w:r>
              <w:t>Wbudowana</w:t>
            </w:r>
            <w:proofErr w:type="spellEnd"/>
            <w:r>
              <w:t xml:space="preserve"> </w:t>
            </w:r>
            <w:proofErr w:type="spellStart"/>
            <w:r>
              <w:t>kamera</w:t>
            </w:r>
            <w:proofErr w:type="spellEnd"/>
            <w:r>
              <w:t xml:space="preserve"> CCD</w:t>
            </w:r>
          </w:p>
        </w:tc>
        <w:tc>
          <w:tcPr>
            <w:tcW w:w="2720" w:type="dxa"/>
          </w:tcPr>
          <w:p w14:paraId="7A2FECE8" w14:textId="77777777" w:rsidR="00F51821" w:rsidRDefault="00F51821"/>
        </w:tc>
      </w:tr>
      <w:tr w:rsidR="00F51821" w14:paraId="411B2EB9" w14:textId="77777777" w:rsidTr="00F51821">
        <w:tc>
          <w:tcPr>
            <w:tcW w:w="2880" w:type="dxa"/>
          </w:tcPr>
          <w:p w14:paraId="7D512DDB" w14:textId="637373EA" w:rsidR="00F51821" w:rsidRDefault="00F51821">
            <w:proofErr w:type="spellStart"/>
            <w:r>
              <w:t>Stolik</w:t>
            </w:r>
            <w:proofErr w:type="spellEnd"/>
            <w:r>
              <w:t xml:space="preserve"> </w:t>
            </w:r>
            <w:proofErr w:type="spellStart"/>
            <w:r>
              <w:t>elektryczny</w:t>
            </w:r>
            <w:proofErr w:type="spellEnd"/>
            <w:r>
              <w:t xml:space="preserve"> </w:t>
            </w:r>
          </w:p>
        </w:tc>
        <w:tc>
          <w:tcPr>
            <w:tcW w:w="3040" w:type="dxa"/>
          </w:tcPr>
          <w:p w14:paraId="2E59255E" w14:textId="50185730" w:rsidR="00F51821" w:rsidRDefault="00F51821">
            <w:proofErr w:type="spellStart"/>
            <w:r>
              <w:t>Miejsce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czaszę</w:t>
            </w:r>
            <w:proofErr w:type="spellEnd"/>
            <w:r>
              <w:t xml:space="preserve"> </w:t>
            </w:r>
            <w:proofErr w:type="spellStart"/>
            <w:r>
              <w:t>Perymetru</w:t>
            </w:r>
            <w:proofErr w:type="spellEnd"/>
            <w:r>
              <w:t xml:space="preserve">, </w:t>
            </w:r>
            <w:proofErr w:type="spellStart"/>
            <w:r>
              <w:t>stolik</w:t>
            </w:r>
            <w:proofErr w:type="spellEnd"/>
            <w:r>
              <w:t xml:space="preserve"> pod </w:t>
            </w:r>
            <w:proofErr w:type="spellStart"/>
            <w:r>
              <w:t>jeden</w:t>
            </w:r>
            <w:proofErr w:type="spellEnd"/>
            <w:r>
              <w:t xml:space="preserve"> instrument, </w:t>
            </w:r>
            <w:proofErr w:type="spellStart"/>
            <w:r>
              <w:t>podnoszony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opuszczany</w:t>
            </w:r>
            <w:proofErr w:type="spellEnd"/>
            <w:r>
              <w:t xml:space="preserve"> </w:t>
            </w:r>
            <w:proofErr w:type="spellStart"/>
            <w:r>
              <w:t>elektrycznie</w:t>
            </w:r>
            <w:proofErr w:type="spellEnd"/>
            <w:r>
              <w:t xml:space="preserve">, z </w:t>
            </w:r>
            <w:proofErr w:type="spellStart"/>
            <w:r>
              <w:t>asymetrcznie</w:t>
            </w:r>
            <w:proofErr w:type="spellEnd"/>
            <w:r>
              <w:t xml:space="preserve"> </w:t>
            </w:r>
            <w:proofErr w:type="spellStart"/>
            <w:r>
              <w:t>umieszczoną</w:t>
            </w:r>
            <w:proofErr w:type="spellEnd"/>
            <w:r>
              <w:t xml:space="preserve"> </w:t>
            </w:r>
            <w:proofErr w:type="spellStart"/>
            <w:r>
              <w:t>kolumną</w:t>
            </w:r>
            <w:proofErr w:type="spellEnd"/>
            <w:r>
              <w:t xml:space="preserve"> </w:t>
            </w:r>
            <w:proofErr w:type="spellStart"/>
            <w:r>
              <w:t>podnoszącą</w:t>
            </w:r>
            <w:proofErr w:type="spellEnd"/>
            <w:r w:rsidR="003E50D5">
              <w:t>.</w:t>
            </w:r>
          </w:p>
        </w:tc>
        <w:tc>
          <w:tcPr>
            <w:tcW w:w="2720" w:type="dxa"/>
          </w:tcPr>
          <w:p w14:paraId="2CFB55E6" w14:textId="77777777" w:rsidR="00F51821" w:rsidRDefault="00F51821"/>
        </w:tc>
      </w:tr>
      <w:tr w:rsidR="003E50D5" w14:paraId="46FE9817" w14:textId="77777777" w:rsidTr="00F51821">
        <w:tc>
          <w:tcPr>
            <w:tcW w:w="2880" w:type="dxa"/>
          </w:tcPr>
          <w:p w14:paraId="1E24C0D1" w14:textId="1F5466C1" w:rsidR="003E50D5" w:rsidRDefault="003E50D5">
            <w:proofErr w:type="spellStart"/>
            <w:r>
              <w:t>Autorefraktometr</w:t>
            </w:r>
            <w:proofErr w:type="spellEnd"/>
            <w:r>
              <w:t xml:space="preserve"> </w:t>
            </w:r>
          </w:p>
        </w:tc>
        <w:tc>
          <w:tcPr>
            <w:tcW w:w="3040" w:type="dxa"/>
          </w:tcPr>
          <w:p w14:paraId="0305C10F" w14:textId="2A472292" w:rsidR="003E50D5" w:rsidRDefault="003E50D5">
            <w:proofErr w:type="spellStart"/>
            <w:r>
              <w:t>Możliwośc</w:t>
            </w:r>
            <w:proofErr w:type="spellEnd"/>
            <w:r>
              <w:t xml:space="preserve"> </w:t>
            </w:r>
            <w:proofErr w:type="spellStart"/>
            <w:r>
              <w:t>pomiaru</w:t>
            </w:r>
            <w:proofErr w:type="spellEnd"/>
            <w:r>
              <w:t xml:space="preserve"> w </w:t>
            </w:r>
            <w:proofErr w:type="spellStart"/>
            <w:r>
              <w:t>trybie</w:t>
            </w:r>
            <w:proofErr w:type="spellEnd"/>
            <w:r>
              <w:t xml:space="preserve"> IOL, </w:t>
            </w:r>
            <w:proofErr w:type="spellStart"/>
            <w:r>
              <w:t>kolorowy</w:t>
            </w:r>
            <w:proofErr w:type="spellEnd"/>
            <w:r>
              <w:t xml:space="preserve">, </w:t>
            </w:r>
            <w:proofErr w:type="spellStart"/>
            <w:r>
              <w:t>dotykowy</w:t>
            </w:r>
            <w:proofErr w:type="spellEnd"/>
            <w:r>
              <w:t xml:space="preserve">, </w:t>
            </w:r>
            <w:proofErr w:type="spellStart"/>
            <w:r>
              <w:t>uchylno-obrotowy</w:t>
            </w:r>
            <w:proofErr w:type="spellEnd"/>
            <w:r>
              <w:t xml:space="preserve"> </w:t>
            </w:r>
            <w:proofErr w:type="spellStart"/>
            <w:r>
              <w:t>wyświetlacz</w:t>
            </w:r>
            <w:proofErr w:type="spellEnd"/>
            <w:r>
              <w:t xml:space="preserve"> LCD. </w:t>
            </w:r>
            <w:proofErr w:type="spellStart"/>
            <w:r>
              <w:t>Wbudowana</w:t>
            </w:r>
            <w:proofErr w:type="spellEnd"/>
            <w:r>
              <w:t xml:space="preserve"> </w:t>
            </w:r>
            <w:proofErr w:type="spellStart"/>
            <w:r>
              <w:t>drukarka</w:t>
            </w:r>
            <w:proofErr w:type="spellEnd"/>
            <w:r>
              <w:t xml:space="preserve"> </w:t>
            </w:r>
            <w:proofErr w:type="spellStart"/>
            <w:r>
              <w:t>termiczna</w:t>
            </w:r>
            <w:proofErr w:type="spellEnd"/>
          </w:p>
        </w:tc>
        <w:tc>
          <w:tcPr>
            <w:tcW w:w="2720" w:type="dxa"/>
          </w:tcPr>
          <w:p w14:paraId="0ECC1998" w14:textId="77777777" w:rsidR="003E50D5" w:rsidRDefault="003E50D5"/>
        </w:tc>
      </w:tr>
      <w:tr w:rsidR="00043C9C" w14:paraId="50CC6C65" w14:textId="77777777" w:rsidTr="00F51821">
        <w:tc>
          <w:tcPr>
            <w:tcW w:w="2880" w:type="dxa"/>
          </w:tcPr>
          <w:p w14:paraId="578A7C1B" w14:textId="25A7203D" w:rsidR="00043C9C" w:rsidRDefault="003E50D5">
            <w:proofErr w:type="spellStart"/>
            <w:r>
              <w:t>Tonometr</w:t>
            </w:r>
            <w:proofErr w:type="spellEnd"/>
            <w:r>
              <w:t xml:space="preserve"> </w:t>
            </w:r>
            <w:proofErr w:type="spellStart"/>
            <w:r>
              <w:t>bezkontaktowy</w:t>
            </w:r>
            <w:proofErr w:type="spellEnd"/>
          </w:p>
        </w:tc>
        <w:tc>
          <w:tcPr>
            <w:tcW w:w="3040" w:type="dxa"/>
          </w:tcPr>
          <w:p w14:paraId="76C7F192" w14:textId="62D8A002" w:rsidR="00043C9C" w:rsidRDefault="003E50D5">
            <w:proofErr w:type="spellStart"/>
            <w:r>
              <w:t>Autmatyczny</w:t>
            </w:r>
            <w:proofErr w:type="spellEnd"/>
            <w:r>
              <w:t xml:space="preserve"> </w:t>
            </w:r>
            <w:proofErr w:type="spellStart"/>
            <w:r>
              <w:t>pomiar</w:t>
            </w:r>
            <w:proofErr w:type="spellEnd"/>
            <w:r>
              <w:t xml:space="preserve">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wewnątrzgałkowego</w:t>
            </w:r>
            <w:proofErr w:type="spellEnd"/>
            <w:r>
              <w:t xml:space="preserve">, </w:t>
            </w:r>
            <w:proofErr w:type="spellStart"/>
            <w:r>
              <w:t>kolorowy</w:t>
            </w:r>
            <w:proofErr w:type="spellEnd"/>
            <w:r>
              <w:t xml:space="preserve">, </w:t>
            </w:r>
            <w:proofErr w:type="spellStart"/>
            <w:r>
              <w:t>dotykowy</w:t>
            </w:r>
            <w:proofErr w:type="spellEnd"/>
            <w:r>
              <w:t xml:space="preserve">, </w:t>
            </w:r>
            <w:proofErr w:type="spellStart"/>
            <w:r>
              <w:t>uchylno-obrotowy</w:t>
            </w:r>
            <w:proofErr w:type="spellEnd"/>
            <w:r>
              <w:t xml:space="preserve"> </w:t>
            </w:r>
            <w:proofErr w:type="spellStart"/>
            <w:r>
              <w:t>wyświetlacz</w:t>
            </w:r>
            <w:proofErr w:type="spellEnd"/>
            <w:r>
              <w:t xml:space="preserve"> LCD. </w:t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pomiaru</w:t>
            </w:r>
            <w:proofErr w:type="spellEnd"/>
            <w:r>
              <w:t xml:space="preserve"> 1mmHg-60mmHg</w:t>
            </w:r>
          </w:p>
        </w:tc>
        <w:tc>
          <w:tcPr>
            <w:tcW w:w="2720" w:type="dxa"/>
          </w:tcPr>
          <w:p w14:paraId="6F8B5F1A" w14:textId="77777777" w:rsidR="00043C9C" w:rsidRDefault="00043C9C"/>
        </w:tc>
      </w:tr>
      <w:tr w:rsidR="00043C9C" w14:paraId="1BC6E8E0" w14:textId="77777777" w:rsidTr="00F51821">
        <w:tc>
          <w:tcPr>
            <w:tcW w:w="2880" w:type="dxa"/>
          </w:tcPr>
          <w:p w14:paraId="4D673396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3040" w:type="dxa"/>
          </w:tcPr>
          <w:p w14:paraId="0B32D39E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720" w:type="dxa"/>
          </w:tcPr>
          <w:p w14:paraId="37ED0ADF" w14:textId="77777777" w:rsidR="00043C9C" w:rsidRDefault="00043C9C"/>
        </w:tc>
      </w:tr>
      <w:tr w:rsidR="00043C9C" w14:paraId="3FCF33A3" w14:textId="77777777" w:rsidTr="00F51821">
        <w:tc>
          <w:tcPr>
            <w:tcW w:w="2880" w:type="dxa"/>
          </w:tcPr>
          <w:p w14:paraId="38E0A760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3040" w:type="dxa"/>
          </w:tcPr>
          <w:p w14:paraId="1D81EB17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720" w:type="dxa"/>
          </w:tcPr>
          <w:p w14:paraId="1C248356" w14:textId="77777777" w:rsidR="00043C9C" w:rsidRDefault="00043C9C"/>
        </w:tc>
      </w:tr>
      <w:tr w:rsidR="00043C9C" w14:paraId="72802011" w14:textId="77777777" w:rsidTr="00F51821">
        <w:tc>
          <w:tcPr>
            <w:tcW w:w="2880" w:type="dxa"/>
          </w:tcPr>
          <w:p w14:paraId="0AFCD34D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3040" w:type="dxa"/>
          </w:tcPr>
          <w:p w14:paraId="2042F7B5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720" w:type="dxa"/>
          </w:tcPr>
          <w:p w14:paraId="4425A036" w14:textId="77777777" w:rsidR="00043C9C" w:rsidRDefault="00043C9C"/>
        </w:tc>
      </w:tr>
    </w:tbl>
    <w:p w14:paraId="385B0DF5" w14:textId="77777777" w:rsidR="00043C9C" w:rsidRDefault="00000000">
      <w:pPr>
        <w:pStyle w:val="Nagwek2"/>
      </w:pPr>
      <w:r>
        <w:t xml:space="preserve">8. Kabina </w:t>
      </w:r>
      <w:proofErr w:type="spellStart"/>
      <w:r>
        <w:t>wyciszająca</w:t>
      </w:r>
      <w:proofErr w:type="spellEnd"/>
      <w:r>
        <w:t xml:space="preserve"> z </w:t>
      </w:r>
      <w:proofErr w:type="spellStart"/>
      <w:r>
        <w:t>audiometrem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7"/>
        <w:gridCol w:w="2876"/>
        <w:gridCol w:w="2877"/>
      </w:tblGrid>
      <w:tr w:rsidR="00043C9C" w14:paraId="26755149" w14:textId="77777777">
        <w:tc>
          <w:tcPr>
            <w:tcW w:w="2880" w:type="dxa"/>
          </w:tcPr>
          <w:p w14:paraId="18334B7E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02E3F24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7DD3190F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19183EE3" w14:textId="77777777">
        <w:tc>
          <w:tcPr>
            <w:tcW w:w="2880" w:type="dxa"/>
          </w:tcPr>
          <w:p w14:paraId="7DBC193C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34210A15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28CA80F" w14:textId="77777777" w:rsidR="00043C9C" w:rsidRDefault="00043C9C"/>
        </w:tc>
      </w:tr>
      <w:tr w:rsidR="00043C9C" w14:paraId="51713145" w14:textId="77777777">
        <w:tc>
          <w:tcPr>
            <w:tcW w:w="2880" w:type="dxa"/>
          </w:tcPr>
          <w:p w14:paraId="5231529F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493B7487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8F245EC" w14:textId="77777777" w:rsidR="00043C9C" w:rsidRDefault="00043C9C"/>
        </w:tc>
      </w:tr>
      <w:tr w:rsidR="00043C9C" w14:paraId="4883CFC5" w14:textId="77777777">
        <w:tc>
          <w:tcPr>
            <w:tcW w:w="2880" w:type="dxa"/>
          </w:tcPr>
          <w:p w14:paraId="7E7C094B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777D6B4B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18A0F90" w14:textId="77777777" w:rsidR="00043C9C" w:rsidRDefault="00043C9C"/>
        </w:tc>
      </w:tr>
      <w:tr w:rsidR="00043C9C" w14:paraId="4232A2EE" w14:textId="77777777">
        <w:tc>
          <w:tcPr>
            <w:tcW w:w="2880" w:type="dxa"/>
          </w:tcPr>
          <w:p w14:paraId="03C684D9" w14:textId="77777777" w:rsidR="00043C9C" w:rsidRDefault="00000000">
            <w:proofErr w:type="spellStart"/>
            <w:r>
              <w:lastRenderedPageBreak/>
              <w:t>Przeznaczenie</w:t>
            </w:r>
            <w:proofErr w:type="spellEnd"/>
          </w:p>
        </w:tc>
        <w:tc>
          <w:tcPr>
            <w:tcW w:w="2880" w:type="dxa"/>
          </w:tcPr>
          <w:p w14:paraId="71E328DC" w14:textId="77777777" w:rsidR="00043C9C" w:rsidRDefault="00000000">
            <w:proofErr w:type="spellStart"/>
            <w:r>
              <w:t>Audiometria</w:t>
            </w:r>
            <w:proofErr w:type="spellEnd"/>
            <w:r>
              <w:t xml:space="preserve"> </w:t>
            </w:r>
            <w:proofErr w:type="spellStart"/>
            <w:r>
              <w:t>powietrzna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kostna</w:t>
            </w:r>
            <w:proofErr w:type="spellEnd"/>
          </w:p>
        </w:tc>
        <w:tc>
          <w:tcPr>
            <w:tcW w:w="2880" w:type="dxa"/>
          </w:tcPr>
          <w:p w14:paraId="32A36A52" w14:textId="77777777" w:rsidR="00043C9C" w:rsidRDefault="00043C9C"/>
        </w:tc>
      </w:tr>
      <w:tr w:rsidR="00043C9C" w14:paraId="3A5304DB" w14:textId="77777777">
        <w:tc>
          <w:tcPr>
            <w:tcW w:w="2880" w:type="dxa"/>
          </w:tcPr>
          <w:p w14:paraId="2BA167D1" w14:textId="128F3FBF" w:rsidR="00043C9C" w:rsidRDefault="002003BE">
            <w:proofErr w:type="spellStart"/>
            <w:r>
              <w:t>Audiometr</w:t>
            </w:r>
            <w:proofErr w:type="spellEnd"/>
          </w:p>
        </w:tc>
        <w:tc>
          <w:tcPr>
            <w:tcW w:w="2880" w:type="dxa"/>
          </w:tcPr>
          <w:p w14:paraId="6A189138" w14:textId="1999C8E3" w:rsidR="00043C9C" w:rsidRDefault="002003BE">
            <w:proofErr w:type="spellStart"/>
            <w:r>
              <w:t>Urządzenie</w:t>
            </w:r>
            <w:proofErr w:type="spellEnd"/>
            <w:r>
              <w:t xml:space="preserve"> </w:t>
            </w:r>
            <w:proofErr w:type="spellStart"/>
            <w:r>
              <w:t>samodzielne</w:t>
            </w:r>
            <w:proofErr w:type="spellEnd"/>
            <w:r>
              <w:t xml:space="preserve">, </w:t>
            </w:r>
            <w:proofErr w:type="spellStart"/>
            <w:r>
              <w:t>wbudowany</w:t>
            </w:r>
            <w:proofErr w:type="spellEnd"/>
            <w:r>
              <w:t xml:space="preserve"> </w:t>
            </w:r>
            <w:proofErr w:type="spellStart"/>
            <w:r>
              <w:t>wyświetlacz</w:t>
            </w:r>
            <w:proofErr w:type="spellEnd"/>
            <w:r>
              <w:t xml:space="preserve">, </w:t>
            </w:r>
            <w:proofErr w:type="spellStart"/>
            <w:r>
              <w:t>przewodnictwo</w:t>
            </w:r>
            <w:proofErr w:type="spellEnd"/>
            <w:r>
              <w:t xml:space="preserve"> </w:t>
            </w:r>
            <w:proofErr w:type="spellStart"/>
            <w:r>
              <w:t>powietrzne</w:t>
            </w:r>
            <w:proofErr w:type="spellEnd"/>
            <w:r>
              <w:t xml:space="preserve"> DD45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kostne</w:t>
            </w:r>
            <w:proofErr w:type="spellEnd"/>
            <w:r>
              <w:t xml:space="preserve"> B-71, </w:t>
            </w:r>
            <w:proofErr w:type="spellStart"/>
            <w:r>
              <w:t>maskowanie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przewodnictwa</w:t>
            </w:r>
            <w:proofErr w:type="spellEnd"/>
            <w:r>
              <w:t xml:space="preserve"> </w:t>
            </w:r>
            <w:proofErr w:type="spellStart"/>
            <w:r>
              <w:t>powietrznego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kostnego</w:t>
            </w:r>
            <w:proofErr w:type="spellEnd"/>
            <w:r>
              <w:t xml:space="preserve">, </w:t>
            </w:r>
            <w:proofErr w:type="spellStart"/>
            <w:r>
              <w:t>przycisk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  <w:r>
              <w:t xml:space="preserve">, </w:t>
            </w:r>
            <w:proofErr w:type="spellStart"/>
            <w:r>
              <w:t>wbudowany</w:t>
            </w:r>
            <w:proofErr w:type="spellEnd"/>
            <w:r>
              <w:t xml:space="preserve"> </w:t>
            </w:r>
            <w:proofErr w:type="spellStart"/>
            <w:r>
              <w:t>mikrofon</w:t>
            </w:r>
            <w:proofErr w:type="spellEnd"/>
            <w:r>
              <w:t xml:space="preserve"> do </w:t>
            </w:r>
            <w:proofErr w:type="spellStart"/>
            <w:r>
              <w:t>komunikacji</w:t>
            </w:r>
            <w:proofErr w:type="spellEnd"/>
            <w:r>
              <w:t xml:space="preserve"> z </w:t>
            </w:r>
            <w:proofErr w:type="spellStart"/>
            <w:r>
              <w:t>pacjentem</w:t>
            </w:r>
            <w:proofErr w:type="spellEnd"/>
            <w:r w:rsidR="00041C33">
              <w:t>.</w:t>
            </w:r>
          </w:p>
        </w:tc>
        <w:tc>
          <w:tcPr>
            <w:tcW w:w="2880" w:type="dxa"/>
          </w:tcPr>
          <w:p w14:paraId="4B87F872" w14:textId="77777777" w:rsidR="00043C9C" w:rsidRDefault="00043C9C"/>
        </w:tc>
      </w:tr>
      <w:tr w:rsidR="00041C33" w14:paraId="6D549A2B" w14:textId="77777777">
        <w:tc>
          <w:tcPr>
            <w:tcW w:w="2880" w:type="dxa"/>
          </w:tcPr>
          <w:p w14:paraId="33B1CC28" w14:textId="11C58621" w:rsidR="00041C33" w:rsidRDefault="00041C33">
            <w:r>
              <w:t xml:space="preserve">Kabina </w:t>
            </w:r>
            <w:proofErr w:type="spellStart"/>
            <w:r>
              <w:t>wyciszająca</w:t>
            </w:r>
            <w:proofErr w:type="spellEnd"/>
          </w:p>
        </w:tc>
        <w:tc>
          <w:tcPr>
            <w:tcW w:w="2880" w:type="dxa"/>
          </w:tcPr>
          <w:p w14:paraId="46F1DEA4" w14:textId="02899C7D" w:rsidR="00041C33" w:rsidRDefault="00041C33">
            <w:r>
              <w:t xml:space="preserve">Kabina </w:t>
            </w:r>
            <w:proofErr w:type="spellStart"/>
            <w:r>
              <w:t>przystosowana</w:t>
            </w:r>
            <w:proofErr w:type="spellEnd"/>
            <w:r>
              <w:t xml:space="preserve"> do </w:t>
            </w:r>
            <w:proofErr w:type="spellStart"/>
            <w:r>
              <w:t>wykonywania</w:t>
            </w:r>
            <w:proofErr w:type="spellEnd"/>
            <w:r>
              <w:t xml:space="preserve"> badan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użyciu</w:t>
            </w:r>
            <w:proofErr w:type="spellEnd"/>
            <w:r>
              <w:t xml:space="preserve"> </w:t>
            </w:r>
            <w:proofErr w:type="spellStart"/>
            <w:r>
              <w:t>audiometru</w:t>
            </w:r>
            <w:proofErr w:type="spellEnd"/>
            <w:r>
              <w:t>.</w:t>
            </w:r>
          </w:p>
        </w:tc>
        <w:tc>
          <w:tcPr>
            <w:tcW w:w="2880" w:type="dxa"/>
          </w:tcPr>
          <w:p w14:paraId="47F717B0" w14:textId="77777777" w:rsidR="00041C33" w:rsidRDefault="00041C33"/>
        </w:tc>
      </w:tr>
      <w:tr w:rsidR="00043C9C" w14:paraId="728D75F4" w14:textId="77777777">
        <w:tc>
          <w:tcPr>
            <w:tcW w:w="2880" w:type="dxa"/>
          </w:tcPr>
          <w:p w14:paraId="1DEE1E6D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5311FF6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74802161" w14:textId="77777777" w:rsidR="00043C9C" w:rsidRDefault="00043C9C"/>
        </w:tc>
      </w:tr>
      <w:tr w:rsidR="00043C9C" w14:paraId="74F02CDE" w14:textId="77777777">
        <w:tc>
          <w:tcPr>
            <w:tcW w:w="2880" w:type="dxa"/>
          </w:tcPr>
          <w:p w14:paraId="37F30B40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0203689A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57D080F5" w14:textId="77777777" w:rsidR="00043C9C" w:rsidRDefault="00043C9C"/>
        </w:tc>
      </w:tr>
      <w:tr w:rsidR="00043C9C" w14:paraId="07DE3331" w14:textId="77777777">
        <w:tc>
          <w:tcPr>
            <w:tcW w:w="2880" w:type="dxa"/>
          </w:tcPr>
          <w:p w14:paraId="3CF626C7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4A3A69F2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3DFF57F5" w14:textId="77777777" w:rsidR="00043C9C" w:rsidRDefault="00043C9C"/>
        </w:tc>
      </w:tr>
    </w:tbl>
    <w:p w14:paraId="725E8277" w14:textId="77777777" w:rsidR="00043C9C" w:rsidRDefault="00000000">
      <w:pPr>
        <w:pStyle w:val="Nagwek2"/>
      </w:pPr>
      <w:r>
        <w:t xml:space="preserve">9. </w:t>
      </w:r>
      <w:proofErr w:type="spellStart"/>
      <w:r>
        <w:t>Spirometr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369"/>
        <w:gridCol w:w="4782"/>
        <w:gridCol w:w="2029"/>
      </w:tblGrid>
      <w:tr w:rsidR="00043C9C" w14:paraId="187932B3" w14:textId="77777777" w:rsidTr="00041C33">
        <w:tc>
          <w:tcPr>
            <w:tcW w:w="2588" w:type="dxa"/>
          </w:tcPr>
          <w:p w14:paraId="2EBFFAC1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5175" w:type="dxa"/>
          </w:tcPr>
          <w:p w14:paraId="16038AC5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1417" w:type="dxa"/>
          </w:tcPr>
          <w:p w14:paraId="20EF5413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125E3C4" w14:textId="77777777" w:rsidTr="00041C33">
        <w:tc>
          <w:tcPr>
            <w:tcW w:w="2588" w:type="dxa"/>
          </w:tcPr>
          <w:p w14:paraId="7C9AAFAD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5175" w:type="dxa"/>
          </w:tcPr>
          <w:p w14:paraId="555277F5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417" w:type="dxa"/>
          </w:tcPr>
          <w:p w14:paraId="57D0D26F" w14:textId="77777777" w:rsidR="00043C9C" w:rsidRDefault="00043C9C"/>
        </w:tc>
      </w:tr>
      <w:tr w:rsidR="00043C9C" w14:paraId="490B8800" w14:textId="77777777" w:rsidTr="00041C33">
        <w:tc>
          <w:tcPr>
            <w:tcW w:w="2588" w:type="dxa"/>
          </w:tcPr>
          <w:p w14:paraId="259F77D9" w14:textId="77777777" w:rsidR="00043C9C" w:rsidRDefault="00000000">
            <w:r>
              <w:t>Producent</w:t>
            </w:r>
          </w:p>
        </w:tc>
        <w:tc>
          <w:tcPr>
            <w:tcW w:w="5175" w:type="dxa"/>
          </w:tcPr>
          <w:p w14:paraId="71C588A9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417" w:type="dxa"/>
          </w:tcPr>
          <w:p w14:paraId="4218B604" w14:textId="77777777" w:rsidR="00043C9C" w:rsidRDefault="00043C9C"/>
        </w:tc>
      </w:tr>
      <w:tr w:rsidR="00043C9C" w14:paraId="0B32C82D" w14:textId="77777777" w:rsidTr="00041C33">
        <w:tc>
          <w:tcPr>
            <w:tcW w:w="2588" w:type="dxa"/>
          </w:tcPr>
          <w:p w14:paraId="5A6D4BF4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5175" w:type="dxa"/>
          </w:tcPr>
          <w:p w14:paraId="2E07B552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1417" w:type="dxa"/>
          </w:tcPr>
          <w:p w14:paraId="78C3D0EB" w14:textId="77777777" w:rsidR="00043C9C" w:rsidRDefault="00043C9C"/>
        </w:tc>
      </w:tr>
      <w:tr w:rsidR="00043C9C" w14:paraId="6F486DDD" w14:textId="77777777" w:rsidTr="00041C33">
        <w:tc>
          <w:tcPr>
            <w:tcW w:w="2588" w:type="dxa"/>
          </w:tcPr>
          <w:p w14:paraId="3636231E" w14:textId="0D5856D2" w:rsidR="00043C9C" w:rsidRDefault="00041C33">
            <w:proofErr w:type="spellStart"/>
            <w:r>
              <w:t>Spirometr</w:t>
            </w:r>
            <w:proofErr w:type="spellEnd"/>
          </w:p>
        </w:tc>
        <w:tc>
          <w:tcPr>
            <w:tcW w:w="5175" w:type="dxa"/>
          </w:tcPr>
          <w:p w14:paraId="2CA1C98D" w14:textId="77777777" w:rsidR="00041C33" w:rsidRPr="00041C33" w:rsidRDefault="00041C33" w:rsidP="00041C33">
            <w:pPr>
              <w:numPr>
                <w:ilvl w:val="0"/>
                <w:numId w:val="11"/>
              </w:numPr>
              <w:ind w:left="431" w:hanging="399"/>
              <w:rPr>
                <w:lang w:val="pl-PL"/>
              </w:rPr>
            </w:pPr>
            <w:r w:rsidRPr="00041C33">
              <w:rPr>
                <w:lang w:val="pl-PL"/>
              </w:rPr>
              <w:t xml:space="preserve">Oprogramowanie komputerowe wchodzące w skład platformy medycznej, która zawiera wspólną bazę danych dla spirometrii, </w:t>
            </w:r>
            <w:proofErr w:type="spellStart"/>
            <w:r w:rsidRPr="00041C33">
              <w:rPr>
                <w:lang w:val="pl-PL"/>
              </w:rPr>
              <w:t>holtera</w:t>
            </w:r>
            <w:proofErr w:type="spellEnd"/>
            <w:r w:rsidRPr="00041C33">
              <w:rPr>
                <w:lang w:val="pl-PL"/>
              </w:rPr>
              <w:t xml:space="preserve"> EKG, </w:t>
            </w:r>
            <w:proofErr w:type="spellStart"/>
            <w:r w:rsidRPr="00041C33">
              <w:rPr>
                <w:lang w:val="pl-PL"/>
              </w:rPr>
              <w:t>holtera</w:t>
            </w:r>
            <w:proofErr w:type="spellEnd"/>
            <w:r w:rsidRPr="00041C33">
              <w:rPr>
                <w:lang w:val="pl-PL"/>
              </w:rPr>
              <w:t xml:space="preserve"> ciśnieniowego, próby wysiłkowej i komputerowego EKG.</w:t>
            </w:r>
          </w:p>
          <w:p w14:paraId="55BDFD37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 xml:space="preserve">Pełna spirometria wdechowa i wydechowa, spirometria natężona, swobodna i MVV </w:t>
            </w:r>
          </w:p>
          <w:p w14:paraId="74A7FC65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 xml:space="preserve">Automatyczna interpretacja wg ATS, BTS, </w:t>
            </w:r>
            <w:proofErr w:type="spellStart"/>
            <w:r w:rsidRPr="00041C33">
              <w:rPr>
                <w:lang w:val="pl-PL"/>
              </w:rPr>
              <w:t>Enright</w:t>
            </w:r>
            <w:proofErr w:type="spellEnd"/>
          </w:p>
          <w:p w14:paraId="6B8AB197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>Korekcja BTPS – automatyczne pomiary warunków otoczenia</w:t>
            </w:r>
          </w:p>
          <w:p w14:paraId="42CBD448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 xml:space="preserve">Testy </w:t>
            </w:r>
            <w:proofErr w:type="spellStart"/>
            <w:r w:rsidRPr="00041C33">
              <w:rPr>
                <w:lang w:val="pl-PL"/>
              </w:rPr>
              <w:t>bronchoprowokacyjne</w:t>
            </w:r>
            <w:proofErr w:type="spellEnd"/>
            <w:r w:rsidRPr="00041C33">
              <w:rPr>
                <w:lang w:val="pl-PL"/>
              </w:rPr>
              <w:t xml:space="preserve"> PRE/POST</w:t>
            </w:r>
          </w:p>
          <w:p w14:paraId="209BB3B0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>Zgodność ze standardami ATS/ERS 2005, EN 13826 i normami bezpieczeństwa EN60601-1</w:t>
            </w:r>
          </w:p>
          <w:p w14:paraId="10491F23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0"/>
              <w:rPr>
                <w:lang w:val="pl-PL"/>
              </w:rPr>
            </w:pPr>
            <w:r w:rsidRPr="00041C33">
              <w:rPr>
                <w:lang w:val="pl-PL"/>
              </w:rPr>
              <w:t xml:space="preserve">Spirometria natężona o następujących parametrach: FVC, Best FVC, FEV0.75, FEV1, Best FEV1, FEV3, FEV6, PEF, FEV0.75/FVC, FEV1/FVC, FEV3/FVC, FEV6/FVC, FEV0.75/SVC, FEV1/SVC, FEV3/SVC, FEV6/SVC, PIF, FIVC, FIV1, MEF75, MEF50, MEF25, FEF75, FEF50, FEF25, MMEF, FET25, FET50, MIF75, </w:t>
            </w:r>
            <w:r w:rsidRPr="00041C33">
              <w:rPr>
                <w:lang w:val="pl-PL"/>
              </w:rPr>
              <w:lastRenderedPageBreak/>
              <w:t xml:space="preserve">MIF50, MIF25, PEFT, FIF50, FEF50/FIF50, FEF50/ SVC, FEV0.75/ FEV6, FEV1/ FEV6, FIV1/FIVC, VEXT, </w:t>
            </w:r>
            <w:proofErr w:type="spellStart"/>
            <w:r w:rsidRPr="00041C33">
              <w:rPr>
                <w:lang w:val="pl-PL"/>
              </w:rPr>
              <w:t>Aex</w:t>
            </w:r>
            <w:proofErr w:type="spellEnd"/>
            <w:r w:rsidRPr="00041C33">
              <w:rPr>
                <w:lang w:val="pl-PL"/>
              </w:rPr>
              <w:t>, FEV075/VC, FEV1/VC, FEV3/VC, FEV6/VC, FEF25-75, FEF50/VC, VEXT, T0/PEF, T200/PEF, VEXT/FVC, Wiek płuc</w:t>
            </w:r>
          </w:p>
          <w:p w14:paraId="603C3E08" w14:textId="77777777" w:rsidR="00041C33" w:rsidRPr="00041C33" w:rsidRDefault="00041C33" w:rsidP="00BB3199">
            <w:pPr>
              <w:numPr>
                <w:ilvl w:val="0"/>
                <w:numId w:val="11"/>
              </w:numPr>
              <w:ind w:left="432" w:hanging="404"/>
              <w:rPr>
                <w:lang w:val="pl-PL"/>
              </w:rPr>
            </w:pPr>
            <w:r w:rsidRPr="00041C33">
              <w:rPr>
                <w:lang w:val="pl-PL"/>
              </w:rPr>
              <w:t>Spirometria swobodna – SVC, ERV, IRV, TV, IC, IVC</w:t>
            </w:r>
          </w:p>
          <w:p w14:paraId="02249B37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Maksymalna wentylacja dowolna MVV – MVV, </w:t>
            </w:r>
            <w:proofErr w:type="spellStart"/>
            <w:r w:rsidRPr="00041C33">
              <w:rPr>
                <w:lang w:val="pl-PL"/>
              </w:rPr>
              <w:t>MVVf</w:t>
            </w:r>
            <w:proofErr w:type="spellEnd"/>
            <w:r w:rsidRPr="00041C33">
              <w:rPr>
                <w:lang w:val="pl-PL"/>
              </w:rPr>
              <w:t xml:space="preserve">, </w:t>
            </w:r>
            <w:proofErr w:type="spellStart"/>
            <w:r w:rsidRPr="00041C33">
              <w:rPr>
                <w:lang w:val="pl-PL"/>
              </w:rPr>
              <w:t>MRf</w:t>
            </w:r>
            <w:proofErr w:type="spellEnd"/>
          </w:p>
          <w:p w14:paraId="51634C72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Wartości wzorcowe: ECCS/ERS 1993, ECCS 1983, NHANES III, </w:t>
            </w:r>
            <w:proofErr w:type="spellStart"/>
            <w:r w:rsidRPr="00041C33">
              <w:rPr>
                <w:lang w:val="pl-PL"/>
              </w:rPr>
              <w:t>Knudson</w:t>
            </w:r>
            <w:proofErr w:type="spellEnd"/>
            <w:r w:rsidRPr="00041C33">
              <w:rPr>
                <w:lang w:val="pl-PL"/>
              </w:rPr>
              <w:t xml:space="preserve"> 1983, </w:t>
            </w:r>
            <w:proofErr w:type="spellStart"/>
            <w:r w:rsidRPr="00041C33">
              <w:rPr>
                <w:lang w:val="pl-PL"/>
              </w:rPr>
              <w:t>Knudson</w:t>
            </w:r>
            <w:proofErr w:type="spellEnd"/>
            <w:r w:rsidRPr="00041C33">
              <w:rPr>
                <w:lang w:val="pl-PL"/>
              </w:rPr>
              <w:t xml:space="preserve"> 1976, </w:t>
            </w:r>
            <w:proofErr w:type="spellStart"/>
            <w:r w:rsidRPr="00041C33">
              <w:rPr>
                <w:lang w:val="pl-PL"/>
              </w:rPr>
              <w:t>Roca</w:t>
            </w:r>
            <w:proofErr w:type="spellEnd"/>
            <w:r w:rsidRPr="00041C33">
              <w:rPr>
                <w:lang w:val="pl-PL"/>
              </w:rPr>
              <w:t xml:space="preserve"> 1986, CRAPO 1981, ITS </w:t>
            </w:r>
            <w:proofErr w:type="spellStart"/>
            <w:r w:rsidRPr="00041C33">
              <w:rPr>
                <w:lang w:val="pl-PL"/>
              </w:rPr>
              <w:t>Perreira</w:t>
            </w:r>
            <w:proofErr w:type="spellEnd"/>
            <w:r w:rsidRPr="00041C33">
              <w:rPr>
                <w:lang w:val="pl-PL"/>
              </w:rPr>
              <w:t xml:space="preserve"> – Brazylia, LAM, </w:t>
            </w:r>
            <w:proofErr w:type="spellStart"/>
            <w:r w:rsidRPr="00041C33">
              <w:rPr>
                <w:lang w:val="pl-PL"/>
              </w:rPr>
              <w:t>Gore</w:t>
            </w:r>
            <w:proofErr w:type="spellEnd"/>
            <w:r w:rsidRPr="00041C33">
              <w:rPr>
                <w:lang w:val="pl-PL"/>
              </w:rPr>
              <w:t xml:space="preserve"> – Australia, </w:t>
            </w:r>
            <w:proofErr w:type="spellStart"/>
            <w:r w:rsidRPr="00041C33">
              <w:rPr>
                <w:lang w:val="pl-PL"/>
              </w:rPr>
              <w:t>Zapletal</w:t>
            </w:r>
            <w:proofErr w:type="spellEnd"/>
            <w:r w:rsidRPr="00041C33">
              <w:rPr>
                <w:lang w:val="pl-PL"/>
              </w:rPr>
              <w:t xml:space="preserve"> 1977</w:t>
            </w:r>
          </w:p>
          <w:p w14:paraId="6978857C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Pamięć zapisów:   nieograniczona ilość</w:t>
            </w:r>
          </w:p>
          <w:p w14:paraId="4FA5CF3F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Podłączenie z komputerem poprzez interfejs USB.</w:t>
            </w:r>
          </w:p>
          <w:p w14:paraId="270C7EA0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Profile użytkownika – nieograniczona ilość</w:t>
            </w:r>
          </w:p>
          <w:p w14:paraId="256298B1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Zachęta dla dzieci (2 różne animacje)</w:t>
            </w:r>
          </w:p>
          <w:p w14:paraId="52888C9A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 Zakres przepływu (litry/s) 16 l/s (wdech / wydech). Dokładność (50 ml/s do 16 l/s) ± 5 % lub 50 ml/s</w:t>
            </w:r>
          </w:p>
          <w:p w14:paraId="5B86C2AA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Zakres objętości (litry) 0,025 do 8 litrów. Dokładność (0,025 do 8 l) ± 3 % lub 50 ml </w:t>
            </w:r>
          </w:p>
          <w:p w14:paraId="5BE6E1FA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Opór przepływu &lt; 79 Pa / l/s</w:t>
            </w:r>
          </w:p>
          <w:p w14:paraId="43781514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Czujnik temperatury + 10°C do + 40°C .Dokładność ± 3 % dla 25°C</w:t>
            </w:r>
          </w:p>
          <w:p w14:paraId="70CD7143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Czujnik ciśnienia barometrycznego 700 – 1200 </w:t>
            </w:r>
            <w:proofErr w:type="spellStart"/>
            <w:r w:rsidRPr="00041C33">
              <w:rPr>
                <w:lang w:val="pl-PL"/>
              </w:rPr>
              <w:t>hPa</w:t>
            </w:r>
            <w:proofErr w:type="spellEnd"/>
            <w:r w:rsidRPr="00041C33">
              <w:rPr>
                <w:lang w:val="pl-PL"/>
              </w:rPr>
              <w:t xml:space="preserve"> dokładność ± 2 %</w:t>
            </w:r>
          </w:p>
          <w:p w14:paraId="147EFEBE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 xml:space="preserve">Czujnik wilgotności względnej 0 do 100 % </w:t>
            </w:r>
            <w:proofErr w:type="spellStart"/>
            <w:r w:rsidRPr="00041C33">
              <w:rPr>
                <w:lang w:val="pl-PL"/>
              </w:rPr>
              <w:t>wilgotności.Dokładność</w:t>
            </w:r>
            <w:proofErr w:type="spellEnd"/>
            <w:r w:rsidRPr="00041C33">
              <w:rPr>
                <w:lang w:val="pl-PL"/>
              </w:rPr>
              <w:t xml:space="preserve"> ± 4 % dla 25°C, 30</w:t>
            </w:r>
          </w:p>
          <w:p w14:paraId="66FF8BF9" w14:textId="77777777" w:rsidR="00041C33" w:rsidRPr="00041C33" w:rsidRDefault="00041C33" w:rsidP="00041C33">
            <w:p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do 80  % wilgotności</w:t>
            </w:r>
          </w:p>
          <w:p w14:paraId="74A9BE33" w14:textId="77777777" w:rsidR="00041C33" w:rsidRPr="00041C33" w:rsidRDefault="00041C33" w:rsidP="00041C33">
            <w:pPr>
              <w:numPr>
                <w:ilvl w:val="0"/>
                <w:numId w:val="11"/>
              </w:numPr>
              <w:ind w:hanging="688"/>
              <w:rPr>
                <w:lang w:val="pl-PL"/>
              </w:rPr>
            </w:pPr>
            <w:r w:rsidRPr="00041C33">
              <w:rPr>
                <w:lang w:val="pl-PL"/>
              </w:rPr>
              <w:t>Normy bezpieczeństwa: IEC 601 -1, IEC 601 -1 -2, IEC 601 -1 -4, ISO 14971</w:t>
            </w:r>
          </w:p>
          <w:p w14:paraId="55EDF549" w14:textId="2EF29633" w:rsidR="00043C9C" w:rsidRDefault="00041C33" w:rsidP="00041C33">
            <w:r w:rsidRPr="00041C33">
              <w:rPr>
                <w:lang w:val="pl-PL"/>
              </w:rPr>
              <w:t>W zestawie: 4 sensory z plastikowymi ustnikami, zacisk na nos, pompa kalibracyjna, 100x filtr antybakteryjny</w:t>
            </w:r>
          </w:p>
        </w:tc>
        <w:tc>
          <w:tcPr>
            <w:tcW w:w="1417" w:type="dxa"/>
          </w:tcPr>
          <w:p w14:paraId="24E7E4FC" w14:textId="77777777" w:rsidR="00043C9C" w:rsidRDefault="00043C9C"/>
        </w:tc>
      </w:tr>
      <w:tr w:rsidR="00043C9C" w14:paraId="7CB69537" w14:textId="77777777" w:rsidTr="00041C33">
        <w:tc>
          <w:tcPr>
            <w:tcW w:w="2588" w:type="dxa"/>
          </w:tcPr>
          <w:p w14:paraId="48AB9AB7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5175" w:type="dxa"/>
          </w:tcPr>
          <w:p w14:paraId="7A5B39D1" w14:textId="77777777" w:rsidR="00043C9C" w:rsidRDefault="00000000">
            <w:proofErr w:type="spellStart"/>
            <w:r>
              <w:t>Zintegrowana</w:t>
            </w:r>
            <w:proofErr w:type="spellEnd"/>
            <w:r>
              <w:t xml:space="preserve"> </w:t>
            </w:r>
            <w:proofErr w:type="spellStart"/>
            <w:r>
              <w:t>drukarka</w:t>
            </w:r>
            <w:proofErr w:type="spellEnd"/>
          </w:p>
        </w:tc>
        <w:tc>
          <w:tcPr>
            <w:tcW w:w="1417" w:type="dxa"/>
          </w:tcPr>
          <w:p w14:paraId="18C5F0E1" w14:textId="77777777" w:rsidR="00043C9C" w:rsidRDefault="00043C9C"/>
        </w:tc>
      </w:tr>
      <w:tr w:rsidR="00043C9C" w14:paraId="5E85AE03" w14:textId="77777777" w:rsidTr="00041C33">
        <w:tc>
          <w:tcPr>
            <w:tcW w:w="2588" w:type="dxa"/>
          </w:tcPr>
          <w:p w14:paraId="03876901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5175" w:type="dxa"/>
          </w:tcPr>
          <w:p w14:paraId="7CD3EEF3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1417" w:type="dxa"/>
          </w:tcPr>
          <w:p w14:paraId="6982EB31" w14:textId="77777777" w:rsidR="00043C9C" w:rsidRDefault="00043C9C"/>
        </w:tc>
      </w:tr>
      <w:tr w:rsidR="00043C9C" w14:paraId="755B293B" w14:textId="77777777" w:rsidTr="00041C33">
        <w:tc>
          <w:tcPr>
            <w:tcW w:w="2588" w:type="dxa"/>
          </w:tcPr>
          <w:p w14:paraId="4971828E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5175" w:type="dxa"/>
          </w:tcPr>
          <w:p w14:paraId="22AA56C8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1417" w:type="dxa"/>
          </w:tcPr>
          <w:p w14:paraId="7BCFFE49" w14:textId="77777777" w:rsidR="00043C9C" w:rsidRDefault="00043C9C"/>
        </w:tc>
      </w:tr>
      <w:tr w:rsidR="00043C9C" w14:paraId="76EBB667" w14:textId="77777777" w:rsidTr="00041C33">
        <w:tc>
          <w:tcPr>
            <w:tcW w:w="2588" w:type="dxa"/>
          </w:tcPr>
          <w:p w14:paraId="4549C03C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5175" w:type="dxa"/>
          </w:tcPr>
          <w:p w14:paraId="396084C1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1417" w:type="dxa"/>
          </w:tcPr>
          <w:p w14:paraId="46D1BA7A" w14:textId="77777777" w:rsidR="00043C9C" w:rsidRDefault="00043C9C"/>
        </w:tc>
      </w:tr>
    </w:tbl>
    <w:p w14:paraId="4BC196B0" w14:textId="77777777" w:rsidR="00043C9C" w:rsidRDefault="00000000">
      <w:pPr>
        <w:pStyle w:val="Nagwek2"/>
      </w:pPr>
      <w:r>
        <w:t xml:space="preserve">10. </w:t>
      </w:r>
      <w:proofErr w:type="spellStart"/>
      <w:r>
        <w:t>Diatermia</w:t>
      </w:r>
      <w:proofErr w:type="spellEnd"/>
      <w:r>
        <w:t xml:space="preserve"> </w:t>
      </w:r>
      <w:proofErr w:type="spellStart"/>
      <w:r>
        <w:t>chirurgiczna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27"/>
        <w:gridCol w:w="3974"/>
        <w:gridCol w:w="2029"/>
      </w:tblGrid>
      <w:tr w:rsidR="00043C9C" w14:paraId="66B9B227" w14:textId="77777777" w:rsidTr="00041C33">
        <w:tc>
          <w:tcPr>
            <w:tcW w:w="2880" w:type="dxa"/>
          </w:tcPr>
          <w:p w14:paraId="5CBEAEC9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4316" w:type="dxa"/>
          </w:tcPr>
          <w:p w14:paraId="1A442E7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1444" w:type="dxa"/>
          </w:tcPr>
          <w:p w14:paraId="44B8203E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3785AB2" w14:textId="77777777" w:rsidTr="00041C33">
        <w:tc>
          <w:tcPr>
            <w:tcW w:w="2880" w:type="dxa"/>
          </w:tcPr>
          <w:p w14:paraId="7CF474E1" w14:textId="77777777" w:rsidR="00043C9C" w:rsidRDefault="00000000">
            <w:r>
              <w:lastRenderedPageBreak/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4316" w:type="dxa"/>
          </w:tcPr>
          <w:p w14:paraId="4934DF76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444" w:type="dxa"/>
          </w:tcPr>
          <w:p w14:paraId="0C6D984C" w14:textId="77777777" w:rsidR="00043C9C" w:rsidRDefault="00043C9C"/>
        </w:tc>
      </w:tr>
      <w:tr w:rsidR="00043C9C" w14:paraId="3E811FEE" w14:textId="77777777" w:rsidTr="00041C33">
        <w:tc>
          <w:tcPr>
            <w:tcW w:w="2880" w:type="dxa"/>
          </w:tcPr>
          <w:p w14:paraId="1B3C5C9F" w14:textId="77777777" w:rsidR="00043C9C" w:rsidRDefault="00000000">
            <w:r>
              <w:t>Producent</w:t>
            </w:r>
          </w:p>
        </w:tc>
        <w:tc>
          <w:tcPr>
            <w:tcW w:w="4316" w:type="dxa"/>
          </w:tcPr>
          <w:p w14:paraId="75BA0032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444" w:type="dxa"/>
          </w:tcPr>
          <w:p w14:paraId="7BA68675" w14:textId="77777777" w:rsidR="00043C9C" w:rsidRDefault="00043C9C"/>
        </w:tc>
      </w:tr>
      <w:tr w:rsidR="00043C9C" w14:paraId="72471B3C" w14:textId="77777777" w:rsidTr="00041C33">
        <w:tc>
          <w:tcPr>
            <w:tcW w:w="2880" w:type="dxa"/>
          </w:tcPr>
          <w:p w14:paraId="7AB2B6D0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4316" w:type="dxa"/>
          </w:tcPr>
          <w:p w14:paraId="351C4319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1444" w:type="dxa"/>
          </w:tcPr>
          <w:p w14:paraId="1846E18A" w14:textId="77777777" w:rsidR="00043C9C" w:rsidRDefault="00043C9C"/>
        </w:tc>
      </w:tr>
      <w:tr w:rsidR="00043C9C" w14:paraId="0F359E59" w14:textId="77777777" w:rsidTr="00041C33">
        <w:tc>
          <w:tcPr>
            <w:tcW w:w="2880" w:type="dxa"/>
          </w:tcPr>
          <w:p w14:paraId="2CECBE2A" w14:textId="0431051B" w:rsidR="00043C9C" w:rsidRDefault="00041C33">
            <w:proofErr w:type="spellStart"/>
            <w:r>
              <w:t>Diatermia</w:t>
            </w:r>
            <w:proofErr w:type="spellEnd"/>
          </w:p>
        </w:tc>
        <w:tc>
          <w:tcPr>
            <w:tcW w:w="4316" w:type="dxa"/>
          </w:tcPr>
          <w:p w14:paraId="1148245B" w14:textId="57BC5AEA" w:rsidR="00043C9C" w:rsidRDefault="00041C33">
            <w:proofErr w:type="spellStart"/>
            <w:r>
              <w:t>Platforma</w:t>
            </w:r>
            <w:proofErr w:type="spellEnd"/>
            <w:r>
              <w:t xml:space="preserve"> </w:t>
            </w:r>
            <w:proofErr w:type="spellStart"/>
            <w:r>
              <w:t>elektrochirurgiczna</w:t>
            </w:r>
            <w:proofErr w:type="spellEnd"/>
            <w:r>
              <w:t xml:space="preserve"> </w:t>
            </w:r>
            <w:proofErr w:type="spellStart"/>
            <w:r>
              <w:t>dostarczająca</w:t>
            </w:r>
            <w:proofErr w:type="spellEnd"/>
            <w:r>
              <w:t xml:space="preserve"> </w:t>
            </w:r>
            <w:proofErr w:type="spellStart"/>
            <w:r>
              <w:t>energię</w:t>
            </w:r>
            <w:proofErr w:type="spellEnd"/>
            <w:r>
              <w:t xml:space="preserve"> RF ma </w:t>
            </w:r>
            <w:proofErr w:type="spellStart"/>
            <w:r>
              <w:t>potrzeby</w:t>
            </w:r>
            <w:proofErr w:type="spellEnd"/>
            <w:r>
              <w:t xml:space="preserve"> </w:t>
            </w:r>
            <w:proofErr w:type="spellStart"/>
            <w:r>
              <w:t>zabiegów</w:t>
            </w:r>
            <w:proofErr w:type="spellEnd"/>
            <w:r>
              <w:t xml:space="preserve"> </w:t>
            </w:r>
            <w:proofErr w:type="spellStart"/>
            <w:r>
              <w:t>chirurgicznych</w:t>
            </w:r>
            <w:proofErr w:type="spellEnd"/>
            <w:r>
              <w:t xml:space="preserve"> z </w:t>
            </w:r>
            <w:proofErr w:type="spellStart"/>
            <w:r>
              <w:t>użyciem</w:t>
            </w:r>
            <w:proofErr w:type="spellEnd"/>
            <w:r>
              <w:t xml:space="preserve"> </w:t>
            </w:r>
            <w:proofErr w:type="spellStart"/>
            <w:r>
              <w:t>energii</w:t>
            </w:r>
            <w:proofErr w:type="spellEnd"/>
            <w:r>
              <w:t xml:space="preserve"> mono-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bipolaralnej</w:t>
            </w:r>
            <w:proofErr w:type="spellEnd"/>
            <w:r>
              <w:t xml:space="preserve">, a </w:t>
            </w:r>
            <w:proofErr w:type="spellStart"/>
            <w:r>
              <w:t>także</w:t>
            </w:r>
            <w:proofErr w:type="spellEnd"/>
            <w:r>
              <w:t xml:space="preserve"> </w:t>
            </w:r>
            <w:proofErr w:type="spellStart"/>
            <w:r>
              <w:t>zabieg</w:t>
            </w:r>
            <w:proofErr w:type="spellEnd"/>
            <w:r>
              <w:t xml:space="preserve"> +12:20ów </w:t>
            </w:r>
            <w:proofErr w:type="spellStart"/>
            <w:r>
              <w:t>zespalania</w:t>
            </w:r>
            <w:proofErr w:type="spellEnd"/>
            <w:r>
              <w:t xml:space="preserve"> </w:t>
            </w:r>
            <w:proofErr w:type="spellStart"/>
            <w:r>
              <w:t>tkanek</w:t>
            </w:r>
            <w:proofErr w:type="spellEnd"/>
            <w:r>
              <w:t xml:space="preserve"> I </w:t>
            </w:r>
            <w:proofErr w:type="spellStart"/>
            <w:r>
              <w:t>naczyń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zabiegów</w:t>
            </w:r>
            <w:proofErr w:type="spellEnd"/>
            <w:r>
              <w:t xml:space="preserve"> </w:t>
            </w:r>
            <w:proofErr w:type="spellStart"/>
            <w:r>
              <w:t>kadiologicznych</w:t>
            </w:r>
            <w:proofErr w:type="spellEnd"/>
            <w:r>
              <w:t xml:space="preserve">. </w:t>
            </w:r>
            <w:proofErr w:type="spellStart"/>
            <w:r>
              <w:t>Platformaenergetyczna</w:t>
            </w:r>
            <w:proofErr w:type="spellEnd"/>
            <w:r>
              <w:t xml:space="preserve"> </w:t>
            </w:r>
            <w:proofErr w:type="spellStart"/>
            <w:r>
              <w:t>autmatycznie</w:t>
            </w:r>
            <w:proofErr w:type="spellEnd"/>
            <w:r>
              <w:t xml:space="preserve"> </w:t>
            </w:r>
            <w:proofErr w:type="spellStart"/>
            <w:r>
              <w:t>wykrywa</w:t>
            </w:r>
            <w:proofErr w:type="spellEnd"/>
            <w:r>
              <w:t xml:space="preserve"> </w:t>
            </w:r>
            <w:proofErr w:type="spellStart"/>
            <w:r>
              <w:t>narzędzia</w:t>
            </w:r>
            <w:proofErr w:type="spellEnd"/>
            <w:r>
              <w:t xml:space="preserve"> z </w:t>
            </w:r>
            <w:proofErr w:type="spellStart"/>
            <w:r>
              <w:t>zakodowanymi</w:t>
            </w:r>
            <w:proofErr w:type="spellEnd"/>
            <w:r>
              <w:t xml:space="preserve"> </w:t>
            </w:r>
            <w:proofErr w:type="spellStart"/>
            <w:r>
              <w:t>finkcjami</w:t>
            </w:r>
            <w:proofErr w:type="spellEnd"/>
            <w:r>
              <w:t xml:space="preserve"> I </w:t>
            </w:r>
            <w:proofErr w:type="spellStart"/>
            <w:r>
              <w:t>odpiwiednio</w:t>
            </w:r>
            <w:proofErr w:type="spellEnd"/>
            <w:r>
              <w:t xml:space="preserve"> </w:t>
            </w:r>
            <w:proofErr w:type="spellStart"/>
            <w:r>
              <w:t>dostosowuje</w:t>
            </w:r>
            <w:proofErr w:type="spellEnd"/>
            <w:r>
              <w:t xml:space="preserve"> </w:t>
            </w:r>
            <w:proofErr w:type="spellStart"/>
            <w:r>
              <w:t>swoją</w:t>
            </w:r>
            <w:proofErr w:type="spellEnd"/>
            <w:r>
              <w:t xml:space="preserve"> </w:t>
            </w:r>
            <w:proofErr w:type="spellStart"/>
            <w:r>
              <w:t>konfigurację</w:t>
            </w:r>
            <w:proofErr w:type="spellEnd"/>
            <w:r>
              <w:t xml:space="preserve">. </w:t>
            </w:r>
            <w:proofErr w:type="spellStart"/>
            <w:r>
              <w:t>Wózek</w:t>
            </w:r>
            <w:proofErr w:type="spellEnd"/>
            <w:r>
              <w:t xml:space="preserve"> </w:t>
            </w:r>
            <w:proofErr w:type="spellStart"/>
            <w:r>
              <w:t>przxnaczony</w:t>
            </w:r>
            <w:proofErr w:type="spellEnd"/>
            <w:r>
              <w:t xml:space="preserve"> do platformy </w:t>
            </w:r>
            <w:proofErr w:type="spellStart"/>
            <w:r>
              <w:t>elekochirurgicznych</w:t>
            </w:r>
            <w:proofErr w:type="spellEnd"/>
            <w:r>
              <w:t xml:space="preserve">, </w:t>
            </w:r>
            <w:proofErr w:type="spellStart"/>
            <w:r>
              <w:t>włącznik</w:t>
            </w:r>
            <w:proofErr w:type="spellEnd"/>
            <w:r>
              <w:t xml:space="preserve"> </w:t>
            </w:r>
            <w:proofErr w:type="spellStart"/>
            <w:r>
              <w:t>nożny</w:t>
            </w:r>
            <w:proofErr w:type="spellEnd"/>
            <w:r>
              <w:t xml:space="preserve"> </w:t>
            </w:r>
            <w:proofErr w:type="spellStart"/>
            <w:r>
              <w:t>monopolarny</w:t>
            </w:r>
            <w:proofErr w:type="spellEnd"/>
            <w:r>
              <w:t xml:space="preserve">, </w:t>
            </w:r>
            <w:proofErr w:type="spellStart"/>
            <w:r>
              <w:t>dł</w:t>
            </w:r>
            <w:proofErr w:type="spellEnd"/>
            <w:r>
              <w:t xml:space="preserve">. </w:t>
            </w:r>
            <w:proofErr w:type="spellStart"/>
            <w:r>
              <w:t>Przewodu</w:t>
            </w:r>
            <w:proofErr w:type="spellEnd"/>
            <w:r>
              <w:t xml:space="preserve"> min 4,6m, </w:t>
            </w:r>
            <w:proofErr w:type="spellStart"/>
            <w:r>
              <w:t>włącznik</w:t>
            </w:r>
            <w:proofErr w:type="spellEnd"/>
            <w:r>
              <w:t xml:space="preserve"> </w:t>
            </w:r>
            <w:proofErr w:type="spellStart"/>
            <w:r>
              <w:t>nożny</w:t>
            </w:r>
            <w:proofErr w:type="spellEnd"/>
            <w:r>
              <w:t xml:space="preserve"> </w:t>
            </w:r>
            <w:proofErr w:type="spellStart"/>
            <w:r>
              <w:t>bipolarny</w:t>
            </w:r>
            <w:proofErr w:type="spellEnd"/>
            <w:r>
              <w:t xml:space="preserve">, </w:t>
            </w:r>
            <w:proofErr w:type="spellStart"/>
            <w:r>
              <w:t>dł</w:t>
            </w:r>
            <w:proofErr w:type="spellEnd"/>
            <w:r>
              <w:t xml:space="preserve">. </w:t>
            </w:r>
            <w:proofErr w:type="spellStart"/>
            <w:r>
              <w:t>Przewodu</w:t>
            </w:r>
            <w:proofErr w:type="spellEnd"/>
            <w:r>
              <w:t xml:space="preserve"> min. 4,6m, </w:t>
            </w:r>
            <w:proofErr w:type="spellStart"/>
            <w:r>
              <w:t>klema</w:t>
            </w:r>
            <w:proofErr w:type="spellEnd"/>
            <w:r>
              <w:t xml:space="preserve"> </w:t>
            </w:r>
            <w:proofErr w:type="spellStart"/>
            <w:r>
              <w:t>wielorazowa</w:t>
            </w:r>
            <w:proofErr w:type="spellEnd"/>
            <w:r>
              <w:t xml:space="preserve"> do </w:t>
            </w:r>
            <w:proofErr w:type="spellStart"/>
            <w:r>
              <w:t>zabiegówoperacyjnych</w:t>
            </w:r>
            <w:proofErr w:type="spellEnd"/>
            <w:r>
              <w:t xml:space="preserve"> 1szt., </w:t>
            </w:r>
            <w:proofErr w:type="spellStart"/>
            <w:r>
              <w:t>nakładka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wielorazową</w:t>
            </w:r>
            <w:proofErr w:type="spellEnd"/>
            <w:r>
              <w:t xml:space="preserve"> </w:t>
            </w:r>
            <w:proofErr w:type="spellStart"/>
            <w:r>
              <w:t>klemę</w:t>
            </w:r>
            <w:proofErr w:type="spellEnd"/>
            <w:r>
              <w:t xml:space="preserve"> </w:t>
            </w:r>
            <w:proofErr w:type="spellStart"/>
            <w:r>
              <w:t>rekomendowana</w:t>
            </w:r>
            <w:proofErr w:type="spellEnd"/>
            <w:r>
              <w:t xml:space="preserve"> do </w:t>
            </w:r>
            <w:proofErr w:type="spellStart"/>
            <w:r>
              <w:t>zabiegów</w:t>
            </w:r>
            <w:proofErr w:type="spellEnd"/>
            <w:r>
              <w:t xml:space="preserve"> </w:t>
            </w:r>
            <w:proofErr w:type="spellStart"/>
            <w:r>
              <w:t>histerektomi</w:t>
            </w:r>
            <w:proofErr w:type="spellEnd"/>
            <w:r>
              <w:t xml:space="preserve"> </w:t>
            </w:r>
            <w:proofErr w:type="spellStart"/>
            <w:r>
              <w:t>vaginalnych</w:t>
            </w:r>
            <w:proofErr w:type="spellEnd"/>
            <w:r>
              <w:t xml:space="preserve">, </w:t>
            </w:r>
            <w:proofErr w:type="spellStart"/>
            <w:r>
              <w:t>elektroda</w:t>
            </w:r>
            <w:proofErr w:type="spellEnd"/>
            <w:r>
              <w:t xml:space="preserve"> </w:t>
            </w:r>
            <w:proofErr w:type="spellStart"/>
            <w:r>
              <w:t>powrotna</w:t>
            </w:r>
            <w:proofErr w:type="spellEnd"/>
            <w:r>
              <w:t xml:space="preserve"> </w:t>
            </w:r>
            <w:proofErr w:type="spellStart"/>
            <w:r>
              <w:t>uniwersalna</w:t>
            </w:r>
            <w:proofErr w:type="spellEnd"/>
            <w:r>
              <w:t xml:space="preserve">, </w:t>
            </w:r>
            <w:proofErr w:type="spellStart"/>
            <w:r>
              <w:t>jednorazowa</w:t>
            </w:r>
            <w:proofErr w:type="spellEnd"/>
            <w:r>
              <w:t xml:space="preserve"> 200szt., </w:t>
            </w:r>
            <w:proofErr w:type="spellStart"/>
            <w:r>
              <w:t>jednorazowa</w:t>
            </w:r>
            <w:proofErr w:type="spellEnd"/>
            <w:r>
              <w:t xml:space="preserve"> </w:t>
            </w:r>
            <w:proofErr w:type="spellStart"/>
            <w:r>
              <w:t>rękojeść</w:t>
            </w:r>
            <w:proofErr w:type="spellEnd"/>
            <w:r>
              <w:t xml:space="preserve"> 100szt.</w:t>
            </w:r>
          </w:p>
        </w:tc>
        <w:tc>
          <w:tcPr>
            <w:tcW w:w="1444" w:type="dxa"/>
          </w:tcPr>
          <w:p w14:paraId="17A77B65" w14:textId="77777777" w:rsidR="00043C9C" w:rsidRDefault="00043C9C"/>
        </w:tc>
      </w:tr>
      <w:tr w:rsidR="00043C9C" w14:paraId="0994FFCA" w14:textId="77777777" w:rsidTr="00041C33">
        <w:tc>
          <w:tcPr>
            <w:tcW w:w="2880" w:type="dxa"/>
          </w:tcPr>
          <w:p w14:paraId="170868D8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4316" w:type="dxa"/>
          </w:tcPr>
          <w:p w14:paraId="38AAD5E6" w14:textId="77777777" w:rsidR="00043C9C" w:rsidRDefault="00000000">
            <w:proofErr w:type="spellStart"/>
            <w:r>
              <w:t>Tryby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  <w:r>
              <w:t xml:space="preserve"> </w:t>
            </w:r>
            <w:proofErr w:type="spellStart"/>
            <w:r>
              <w:t>uniwersalne</w:t>
            </w:r>
            <w:proofErr w:type="spellEnd"/>
          </w:p>
        </w:tc>
        <w:tc>
          <w:tcPr>
            <w:tcW w:w="1444" w:type="dxa"/>
          </w:tcPr>
          <w:p w14:paraId="0CDCB193" w14:textId="77777777" w:rsidR="00043C9C" w:rsidRDefault="00043C9C"/>
        </w:tc>
      </w:tr>
      <w:tr w:rsidR="00043C9C" w14:paraId="21F0688A" w14:textId="77777777" w:rsidTr="00041C33">
        <w:tc>
          <w:tcPr>
            <w:tcW w:w="2880" w:type="dxa"/>
          </w:tcPr>
          <w:p w14:paraId="3425A261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4316" w:type="dxa"/>
          </w:tcPr>
          <w:p w14:paraId="22D32D5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1444" w:type="dxa"/>
          </w:tcPr>
          <w:p w14:paraId="1A7F5519" w14:textId="77777777" w:rsidR="00043C9C" w:rsidRDefault="00043C9C"/>
        </w:tc>
      </w:tr>
      <w:tr w:rsidR="00043C9C" w14:paraId="68729EC3" w14:textId="77777777" w:rsidTr="00041C33">
        <w:tc>
          <w:tcPr>
            <w:tcW w:w="2880" w:type="dxa"/>
          </w:tcPr>
          <w:p w14:paraId="1EE7426A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4316" w:type="dxa"/>
          </w:tcPr>
          <w:p w14:paraId="28EB8C8A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1444" w:type="dxa"/>
          </w:tcPr>
          <w:p w14:paraId="6F7B4E2A" w14:textId="77777777" w:rsidR="00043C9C" w:rsidRDefault="00043C9C"/>
        </w:tc>
      </w:tr>
      <w:tr w:rsidR="00043C9C" w14:paraId="134EA0F5" w14:textId="77777777" w:rsidTr="00041C33">
        <w:tc>
          <w:tcPr>
            <w:tcW w:w="2880" w:type="dxa"/>
          </w:tcPr>
          <w:p w14:paraId="10418246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4316" w:type="dxa"/>
          </w:tcPr>
          <w:p w14:paraId="3C2F6C54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1444" w:type="dxa"/>
          </w:tcPr>
          <w:p w14:paraId="025BB580" w14:textId="77777777" w:rsidR="00043C9C" w:rsidRDefault="00043C9C"/>
        </w:tc>
      </w:tr>
    </w:tbl>
    <w:p w14:paraId="4A8185FC" w14:textId="77777777" w:rsidR="00043C9C" w:rsidRDefault="00000000">
      <w:pPr>
        <w:pStyle w:val="Nagwek2"/>
      </w:pPr>
      <w:r>
        <w:t xml:space="preserve">11. Lampa </w:t>
      </w:r>
      <w:proofErr w:type="spellStart"/>
      <w:r>
        <w:t>zabiegowa</w:t>
      </w:r>
      <w:proofErr w:type="spellEnd"/>
      <w:r>
        <w:t xml:space="preserve"> – 2 </w:t>
      </w:r>
      <w:proofErr w:type="spellStart"/>
      <w:r>
        <w:t>szt</w:t>
      </w:r>
      <w:proofErr w:type="spellEnd"/>
      <w:r>
        <w:t>.</w:t>
      </w:r>
    </w:p>
    <w:p w14:paraId="4BD71918" w14:textId="77777777" w:rsidR="00941822" w:rsidRDefault="00941822" w:rsidP="00941822">
      <w:pPr>
        <w:suppressAutoHyphens/>
        <w:overflowPunct w:val="0"/>
        <w:spacing w:after="0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57"/>
        <w:gridCol w:w="3944"/>
        <w:gridCol w:w="2029"/>
      </w:tblGrid>
      <w:tr w:rsidR="004D1A80" w14:paraId="0A5C1A40" w14:textId="77777777" w:rsidTr="00CC4587">
        <w:tc>
          <w:tcPr>
            <w:tcW w:w="2880" w:type="dxa"/>
          </w:tcPr>
          <w:p w14:paraId="6D682E41" w14:textId="77777777" w:rsidR="004D1A80" w:rsidRDefault="004D1A80" w:rsidP="00CC4587">
            <w:proofErr w:type="spellStart"/>
            <w:r>
              <w:t>Parametr</w:t>
            </w:r>
            <w:proofErr w:type="spellEnd"/>
          </w:p>
        </w:tc>
        <w:tc>
          <w:tcPr>
            <w:tcW w:w="4316" w:type="dxa"/>
          </w:tcPr>
          <w:p w14:paraId="50C35B77" w14:textId="77777777" w:rsidR="004D1A80" w:rsidRDefault="004D1A80" w:rsidP="00CC4587">
            <w:proofErr w:type="spellStart"/>
            <w:r>
              <w:t>Wymaganie</w:t>
            </w:r>
            <w:proofErr w:type="spellEnd"/>
          </w:p>
        </w:tc>
        <w:tc>
          <w:tcPr>
            <w:tcW w:w="1444" w:type="dxa"/>
          </w:tcPr>
          <w:p w14:paraId="7198B4C7" w14:textId="77777777" w:rsidR="004D1A80" w:rsidRDefault="004D1A80" w:rsidP="00CC4587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4D1A80" w14:paraId="6AA55BAC" w14:textId="77777777" w:rsidTr="00CC4587">
        <w:tc>
          <w:tcPr>
            <w:tcW w:w="2880" w:type="dxa"/>
          </w:tcPr>
          <w:p w14:paraId="0A67C8B8" w14:textId="77777777" w:rsidR="004D1A80" w:rsidRDefault="004D1A80" w:rsidP="00CC4587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4316" w:type="dxa"/>
          </w:tcPr>
          <w:p w14:paraId="4A8BE88D" w14:textId="77777777" w:rsidR="004D1A80" w:rsidRDefault="004D1A80" w:rsidP="00CC4587">
            <w:proofErr w:type="spellStart"/>
            <w:r>
              <w:t>Podać</w:t>
            </w:r>
            <w:proofErr w:type="spellEnd"/>
          </w:p>
        </w:tc>
        <w:tc>
          <w:tcPr>
            <w:tcW w:w="1444" w:type="dxa"/>
          </w:tcPr>
          <w:p w14:paraId="74653B6B" w14:textId="77777777" w:rsidR="004D1A80" w:rsidRDefault="004D1A80" w:rsidP="00CC4587"/>
        </w:tc>
      </w:tr>
      <w:tr w:rsidR="004D1A80" w14:paraId="487C226F" w14:textId="77777777" w:rsidTr="00CC4587">
        <w:tc>
          <w:tcPr>
            <w:tcW w:w="2880" w:type="dxa"/>
          </w:tcPr>
          <w:p w14:paraId="64BAD396" w14:textId="77777777" w:rsidR="004D1A80" w:rsidRDefault="004D1A80" w:rsidP="00CC4587">
            <w:r>
              <w:t>Producent</w:t>
            </w:r>
          </w:p>
        </w:tc>
        <w:tc>
          <w:tcPr>
            <w:tcW w:w="4316" w:type="dxa"/>
          </w:tcPr>
          <w:p w14:paraId="6E54163A" w14:textId="77777777" w:rsidR="004D1A80" w:rsidRDefault="004D1A80" w:rsidP="00CC4587">
            <w:proofErr w:type="spellStart"/>
            <w:r>
              <w:t>Podać</w:t>
            </w:r>
            <w:proofErr w:type="spellEnd"/>
          </w:p>
        </w:tc>
        <w:tc>
          <w:tcPr>
            <w:tcW w:w="1444" w:type="dxa"/>
          </w:tcPr>
          <w:p w14:paraId="2AE5AF20" w14:textId="77777777" w:rsidR="004D1A80" w:rsidRDefault="004D1A80" w:rsidP="00CC4587"/>
        </w:tc>
      </w:tr>
      <w:tr w:rsidR="004D1A80" w14:paraId="1E1EF25E" w14:textId="77777777" w:rsidTr="00CC4587">
        <w:tc>
          <w:tcPr>
            <w:tcW w:w="2880" w:type="dxa"/>
          </w:tcPr>
          <w:p w14:paraId="5D41E4EC" w14:textId="77777777" w:rsidR="004D1A80" w:rsidRDefault="004D1A80" w:rsidP="00CC4587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4316" w:type="dxa"/>
          </w:tcPr>
          <w:p w14:paraId="43F82174" w14:textId="77777777" w:rsidR="004D1A80" w:rsidRDefault="004D1A80" w:rsidP="00CC4587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1444" w:type="dxa"/>
          </w:tcPr>
          <w:p w14:paraId="21283250" w14:textId="77777777" w:rsidR="004D1A80" w:rsidRDefault="004D1A80" w:rsidP="00CC4587"/>
        </w:tc>
      </w:tr>
      <w:tr w:rsidR="004D1A80" w14:paraId="637DC6DA" w14:textId="77777777" w:rsidTr="00CC4587">
        <w:tc>
          <w:tcPr>
            <w:tcW w:w="2880" w:type="dxa"/>
          </w:tcPr>
          <w:p w14:paraId="2444C8AE" w14:textId="6B143F54" w:rsidR="004D1A80" w:rsidRDefault="004D1A80" w:rsidP="00CC4587">
            <w:r>
              <w:t xml:space="preserve">Lampa </w:t>
            </w:r>
            <w:proofErr w:type="spellStart"/>
            <w:r>
              <w:t>zabiegowa</w:t>
            </w:r>
            <w:proofErr w:type="spellEnd"/>
          </w:p>
        </w:tc>
        <w:tc>
          <w:tcPr>
            <w:tcW w:w="4316" w:type="dxa"/>
          </w:tcPr>
          <w:p w14:paraId="6836CD90" w14:textId="7D7EE6E2" w:rsidR="004D1A80" w:rsidRPr="00F22FED" w:rsidRDefault="004D1A80" w:rsidP="00CC4587">
            <w:pPr>
              <w:rPr>
                <w:rFonts w:cs="Times New Roman"/>
                <w:color w:val="000000"/>
              </w:rPr>
            </w:pPr>
            <w:r w:rsidRPr="00F22FED">
              <w:rPr>
                <w:rFonts w:cs="Times New Roman"/>
                <w:color w:val="000000"/>
              </w:rPr>
              <w:t xml:space="preserve">Lampa </w:t>
            </w:r>
            <w:proofErr w:type="spellStart"/>
            <w:r w:rsidRPr="00F22FED">
              <w:rPr>
                <w:rFonts w:cs="Times New Roman"/>
                <w:color w:val="000000"/>
              </w:rPr>
              <w:t>operacyjna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jednoczaszowa</w:t>
            </w:r>
            <w:proofErr w:type="spellEnd"/>
          </w:p>
          <w:p w14:paraId="4210DA2F" w14:textId="0C8EA3DF" w:rsidR="004D1A80" w:rsidRPr="00F22FED" w:rsidRDefault="004D1A80" w:rsidP="00CC4587">
            <w:pPr>
              <w:rPr>
                <w:rFonts w:cs="Times New Roman"/>
                <w:color w:val="000000"/>
              </w:rPr>
            </w:pPr>
            <w:proofErr w:type="spellStart"/>
            <w:r w:rsidRPr="00F22FED">
              <w:rPr>
                <w:rFonts w:cs="Times New Roman"/>
                <w:color w:val="000000"/>
              </w:rPr>
              <w:t>Diodowa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lampa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operacyjna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o </w:t>
            </w:r>
            <w:proofErr w:type="spellStart"/>
            <w:r w:rsidRPr="00F22FED">
              <w:rPr>
                <w:rFonts w:cs="Times New Roman"/>
                <w:color w:val="000000"/>
              </w:rPr>
              <w:t>wysokiej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bezcieniowości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dedykowana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do </w:t>
            </w:r>
            <w:proofErr w:type="spellStart"/>
            <w:r w:rsidRPr="00F22FED">
              <w:rPr>
                <w:rFonts w:cs="Times New Roman"/>
                <w:color w:val="000000"/>
              </w:rPr>
              <w:t>sali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operacyjnej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przeznaczona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do </w:t>
            </w:r>
            <w:proofErr w:type="spellStart"/>
            <w:r w:rsidRPr="00F22FED">
              <w:rPr>
                <w:rFonts w:cs="Times New Roman"/>
                <w:color w:val="000000"/>
              </w:rPr>
              <w:t>oświetlenia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pola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operacyjnego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: </w:t>
            </w:r>
            <w:proofErr w:type="spellStart"/>
            <w:r w:rsidRPr="00F22FED">
              <w:rPr>
                <w:rFonts w:cs="Times New Roman"/>
                <w:color w:val="000000"/>
              </w:rPr>
              <w:t>płytkiego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głębokiego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rozległego</w:t>
            </w:r>
            <w:proofErr w:type="spellEnd"/>
            <w:r w:rsidRPr="00F22FED">
              <w:rPr>
                <w:rFonts w:cs="Times New Roman"/>
                <w:color w:val="000000"/>
              </w:rPr>
              <w:t>.</w:t>
            </w:r>
          </w:p>
          <w:p w14:paraId="526D451E" w14:textId="2B836892" w:rsidR="004D1A80" w:rsidRPr="00F22FED" w:rsidRDefault="004D1A80" w:rsidP="00CC4587">
            <w:proofErr w:type="spellStart"/>
            <w:r w:rsidRPr="00F22FED">
              <w:t>Czasza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zawieszona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obrotowym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wysięgniku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dwuramiennym</w:t>
            </w:r>
            <w:proofErr w:type="spellEnd"/>
            <w:r w:rsidRPr="00F22FED">
              <w:t xml:space="preserve">. </w:t>
            </w:r>
            <w:proofErr w:type="spellStart"/>
            <w:r w:rsidRPr="00F22FED">
              <w:t>Wysięgnik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wyposażony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jedno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ramię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uchylne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umożliwiające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regulację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wysokości</w:t>
            </w:r>
            <w:proofErr w:type="spellEnd"/>
            <w:r w:rsidRPr="00F22FED">
              <w:t xml:space="preserve">. System </w:t>
            </w:r>
            <w:proofErr w:type="spellStart"/>
            <w:r w:rsidRPr="00F22FED">
              <w:t>ramion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umożliwiający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pełen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obrót</w:t>
            </w:r>
            <w:proofErr w:type="spellEnd"/>
            <w:r w:rsidRPr="00F22FED">
              <w:t xml:space="preserve"> 360 </w:t>
            </w:r>
            <w:proofErr w:type="spellStart"/>
            <w:r w:rsidRPr="00F22FED">
              <w:t>stopni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osi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lampy</w:t>
            </w:r>
            <w:proofErr w:type="spellEnd"/>
            <w:r w:rsidRPr="00F22FED">
              <w:t>.</w:t>
            </w:r>
          </w:p>
          <w:p w14:paraId="434A9014" w14:textId="77777777" w:rsidR="004D1A80" w:rsidRPr="00F22FED" w:rsidRDefault="004D1A80" w:rsidP="00CC4587"/>
          <w:p w14:paraId="1DEEEAF2" w14:textId="03DEAB69" w:rsidR="004D1A80" w:rsidRPr="00F22FED" w:rsidRDefault="004D1A80" w:rsidP="00CC4587">
            <w:proofErr w:type="spellStart"/>
            <w:r w:rsidRPr="00F22FED">
              <w:lastRenderedPageBreak/>
              <w:t>Czasza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elementami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oświetleniowymi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emitujące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światło</w:t>
            </w:r>
            <w:proofErr w:type="spellEnd"/>
            <w:r w:rsidRPr="00F22FED">
              <w:t xml:space="preserve">, w </w:t>
            </w:r>
            <w:proofErr w:type="spellStart"/>
            <w:r w:rsidRPr="00F22FED">
              <w:t>których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diody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białe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czerwone</w:t>
            </w:r>
            <w:proofErr w:type="spellEnd"/>
            <w:r w:rsidRPr="00F22FED">
              <w:t xml:space="preserve">. </w:t>
            </w:r>
            <w:proofErr w:type="spellStart"/>
            <w:r w:rsidRPr="00F22FED">
              <w:t>Diody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czerwone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mają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celu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poprawę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wizualizacji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czerwonej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tkanki</w:t>
            </w:r>
            <w:proofErr w:type="spellEnd"/>
            <w:r w:rsidRPr="00F22FED">
              <w:t xml:space="preserve">. </w:t>
            </w:r>
            <w:proofErr w:type="spellStart"/>
            <w:r w:rsidRPr="00F22FED">
              <w:t>Możliwość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całkowitego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wygaszenia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barwy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czerwonej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oświetlenia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celu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uzyskania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białej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barwy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światła</w:t>
            </w:r>
            <w:proofErr w:type="spellEnd"/>
            <w:r w:rsidRPr="00F22FED">
              <w:t>.</w:t>
            </w:r>
          </w:p>
          <w:p w14:paraId="31A9E88E" w14:textId="7B478B60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Natężenie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światła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Ec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max. z </w:t>
            </w:r>
            <w:proofErr w:type="spellStart"/>
            <w:r w:rsidRPr="00F22FED">
              <w:rPr>
                <w:rFonts w:cs="Times New Roman"/>
                <w:color w:val="000000"/>
              </w:rPr>
              <w:t>odległości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1m: 160 000 lux.</w:t>
            </w:r>
          </w:p>
          <w:p w14:paraId="3C6B2608" w14:textId="3179903A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Natężenie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światła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po </w:t>
            </w:r>
            <w:proofErr w:type="spellStart"/>
            <w:r w:rsidRPr="00F22FED">
              <w:rPr>
                <w:rFonts w:cs="Times New Roman"/>
                <w:color w:val="000000"/>
              </w:rPr>
              <w:t>przysłonięciu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jedną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maską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[%]   - min. 59%. </w:t>
            </w:r>
            <w:proofErr w:type="spellStart"/>
            <w:r w:rsidRPr="00F22FED">
              <w:rPr>
                <w:rFonts w:cs="Times New Roman"/>
                <w:color w:val="000000"/>
              </w:rPr>
              <w:t>Ec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max</w:t>
            </w:r>
          </w:p>
          <w:p w14:paraId="69D327B6" w14:textId="442DB2F5" w:rsidR="004D1A80" w:rsidRPr="00F22FED" w:rsidRDefault="004D1A80" w:rsidP="00CC4587">
            <w:proofErr w:type="spellStart"/>
            <w:r w:rsidRPr="00F22FED">
              <w:t>Natężenie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światła</w:t>
            </w:r>
            <w:proofErr w:type="spellEnd"/>
            <w:r w:rsidRPr="00F22FED">
              <w:t xml:space="preserve"> po </w:t>
            </w:r>
            <w:proofErr w:type="spellStart"/>
            <w:r w:rsidRPr="00F22FED">
              <w:t>przysłonięciu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dwiema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maskami</w:t>
            </w:r>
            <w:proofErr w:type="spellEnd"/>
            <w:r w:rsidRPr="00F22FED">
              <w:t xml:space="preserve"> [%] - min. 47%. </w:t>
            </w:r>
            <w:proofErr w:type="spellStart"/>
            <w:r w:rsidRPr="00F22FED">
              <w:t>Ec</w:t>
            </w:r>
            <w:proofErr w:type="spellEnd"/>
            <w:r w:rsidRPr="00F22FED">
              <w:t xml:space="preserve"> max</w:t>
            </w:r>
          </w:p>
          <w:p w14:paraId="6A046033" w14:textId="16BAD4DD" w:rsidR="004D1A80" w:rsidRPr="00F22FED" w:rsidRDefault="004D1A80" w:rsidP="00CC4587">
            <w:proofErr w:type="spellStart"/>
            <w:r w:rsidRPr="00F22FED">
              <w:rPr>
                <w:rFonts w:cs="Times New Roman"/>
              </w:rPr>
              <w:t>Natężenie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światła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na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dnie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standardowej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tuby</w:t>
            </w:r>
            <w:proofErr w:type="spellEnd"/>
            <w:r w:rsidRPr="00F22FED">
              <w:rPr>
                <w:rFonts w:cs="Times New Roman"/>
              </w:rPr>
              <w:t xml:space="preserve"> po </w:t>
            </w:r>
            <w:proofErr w:type="spellStart"/>
            <w:r w:rsidRPr="00F22FED">
              <w:rPr>
                <w:rFonts w:cs="Times New Roman"/>
              </w:rPr>
              <w:t>przysłonięciu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jedną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maską</w:t>
            </w:r>
            <w:proofErr w:type="spellEnd"/>
            <w:r w:rsidRPr="00F22FED">
              <w:rPr>
                <w:rFonts w:cs="Times New Roman"/>
              </w:rPr>
              <w:t xml:space="preserve"> [%]   - min. 56%. </w:t>
            </w:r>
            <w:proofErr w:type="spellStart"/>
            <w:r w:rsidRPr="00F22FED">
              <w:rPr>
                <w:rFonts w:cs="Times New Roman"/>
              </w:rPr>
              <w:t>Ec</w:t>
            </w:r>
            <w:proofErr w:type="spellEnd"/>
            <w:r w:rsidRPr="00F22FED">
              <w:rPr>
                <w:rFonts w:cs="Times New Roman"/>
              </w:rPr>
              <w:t xml:space="preserve"> max</w:t>
            </w:r>
          </w:p>
          <w:p w14:paraId="05E431C7" w14:textId="617689A8" w:rsidR="004D1A80" w:rsidRPr="00F22FED" w:rsidRDefault="004D1A80" w:rsidP="00CC4587">
            <w:proofErr w:type="spellStart"/>
            <w:r w:rsidRPr="00F22FED">
              <w:rPr>
                <w:rFonts w:cs="Times New Roman"/>
              </w:rPr>
              <w:t>Natężenie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światła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na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dnie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standardowej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tuby</w:t>
            </w:r>
            <w:proofErr w:type="spellEnd"/>
            <w:r w:rsidRPr="00F22FED">
              <w:rPr>
                <w:rFonts w:cs="Times New Roman"/>
              </w:rPr>
              <w:t xml:space="preserve"> po </w:t>
            </w:r>
            <w:proofErr w:type="spellStart"/>
            <w:r w:rsidRPr="00F22FED">
              <w:rPr>
                <w:rFonts w:cs="Times New Roman"/>
              </w:rPr>
              <w:t>przysłonięciu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dwoma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maskami</w:t>
            </w:r>
            <w:proofErr w:type="spellEnd"/>
            <w:r w:rsidRPr="00F22FED">
              <w:rPr>
                <w:rFonts w:cs="Times New Roman"/>
              </w:rPr>
              <w:t xml:space="preserve"> [%] - min. 48%. </w:t>
            </w:r>
            <w:proofErr w:type="spellStart"/>
            <w:r w:rsidRPr="00F22FED">
              <w:rPr>
                <w:rFonts w:cs="Times New Roman"/>
              </w:rPr>
              <w:t>Ec</w:t>
            </w:r>
            <w:proofErr w:type="spellEnd"/>
            <w:r w:rsidRPr="00F22FED">
              <w:rPr>
                <w:rFonts w:cs="Times New Roman"/>
              </w:rPr>
              <w:t xml:space="preserve"> max</w:t>
            </w:r>
          </w:p>
          <w:p w14:paraId="6F19F39A" w14:textId="772F4B46" w:rsidR="004D1A80" w:rsidRPr="00F22FED" w:rsidRDefault="004D1A80" w:rsidP="00CC4587">
            <w:proofErr w:type="spellStart"/>
            <w:r w:rsidRPr="00F22FED">
              <w:rPr>
                <w:rFonts w:cs="Times New Roman"/>
              </w:rPr>
              <w:t>Współczynnik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odwzorowania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barwy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światła</w:t>
            </w:r>
            <w:proofErr w:type="spellEnd"/>
            <w:r w:rsidRPr="00F22FED">
              <w:rPr>
                <w:rFonts w:cs="Times New Roman"/>
              </w:rPr>
              <w:t xml:space="preserve"> </w:t>
            </w:r>
            <w:proofErr w:type="spellStart"/>
            <w:r w:rsidRPr="00F22FED">
              <w:rPr>
                <w:rFonts w:cs="Times New Roman"/>
              </w:rPr>
              <w:t>słonecznego</w:t>
            </w:r>
            <w:proofErr w:type="spellEnd"/>
            <w:r w:rsidRPr="00F22FED">
              <w:rPr>
                <w:rFonts w:cs="Times New Roman"/>
              </w:rPr>
              <w:t xml:space="preserve">   Ra: ≥ 95</w:t>
            </w:r>
          </w:p>
          <w:p w14:paraId="7E9144BA" w14:textId="534653A7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Współczynnik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odwzorowania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barwy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czerwonej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R9: ≥ 95</w:t>
            </w:r>
          </w:p>
          <w:p w14:paraId="64828EB5" w14:textId="7572AE4C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Głębokość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oświetlenia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(L1+L2) </w:t>
            </w:r>
            <w:proofErr w:type="spellStart"/>
            <w:r w:rsidRPr="00F22FED">
              <w:rPr>
                <w:rFonts w:cs="Times New Roman"/>
                <w:color w:val="000000"/>
              </w:rPr>
              <w:t>dla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Ec</w:t>
            </w:r>
            <w:proofErr w:type="spellEnd"/>
            <w:r w:rsidRPr="00F22FED">
              <w:rPr>
                <w:rFonts w:cs="Times New Roman"/>
                <w:color w:val="000000"/>
              </w:rPr>
              <w:t>: 20%: min. 1300 [mm]</w:t>
            </w:r>
          </w:p>
          <w:p w14:paraId="2A8B82A3" w14:textId="59D5B7CC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Ilość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diod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w </w:t>
            </w:r>
            <w:proofErr w:type="spellStart"/>
            <w:r w:rsidRPr="00F22FED">
              <w:rPr>
                <w:rFonts w:cs="Times New Roman"/>
                <w:color w:val="000000"/>
              </w:rPr>
              <w:t>czaszy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min. 90 [</w:t>
            </w:r>
            <w:proofErr w:type="spellStart"/>
            <w:r w:rsidRPr="00F22FED">
              <w:rPr>
                <w:rFonts w:cs="Times New Roman"/>
                <w:color w:val="000000"/>
              </w:rPr>
              <w:t>szt</w:t>
            </w:r>
            <w:proofErr w:type="spellEnd"/>
            <w:r w:rsidRPr="00F22FED">
              <w:rPr>
                <w:rFonts w:cs="Times New Roman"/>
                <w:color w:val="000000"/>
              </w:rPr>
              <w:t>.]</w:t>
            </w:r>
          </w:p>
          <w:p w14:paraId="630E9A1F" w14:textId="42BA9566" w:rsidR="004D1A80" w:rsidRPr="00F22FED" w:rsidRDefault="004D1A80" w:rsidP="00CC4587">
            <w:r w:rsidRPr="00F22FED">
              <w:rPr>
                <w:rFonts w:cs="Times New Roman"/>
                <w:color w:val="000000"/>
              </w:rPr>
              <w:t xml:space="preserve">Elektroniczna </w:t>
            </w:r>
            <w:proofErr w:type="spellStart"/>
            <w:r w:rsidRPr="00F22FED">
              <w:rPr>
                <w:rFonts w:cs="Times New Roman"/>
                <w:color w:val="000000"/>
              </w:rPr>
              <w:t>regulacja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temperatury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barwowej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światła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min. w 5 </w:t>
            </w:r>
            <w:proofErr w:type="spellStart"/>
            <w:r w:rsidRPr="00F22FED">
              <w:rPr>
                <w:rFonts w:cs="Times New Roman"/>
                <w:color w:val="000000"/>
              </w:rPr>
              <w:t>krokach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w </w:t>
            </w:r>
            <w:proofErr w:type="spellStart"/>
            <w:r w:rsidRPr="00F22FED">
              <w:rPr>
                <w:rFonts w:cs="Times New Roman"/>
                <w:color w:val="000000"/>
              </w:rPr>
              <w:t>minimalnym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zakresie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 3100 – 5000 [K].</w:t>
            </w:r>
            <w:r w:rsidRPr="00F22FED">
              <w:rPr>
                <w:rFonts w:cs="Times New Roman"/>
                <w:color w:val="000000"/>
              </w:rPr>
              <w:br/>
              <w:t xml:space="preserve">UWAGA: Nie </w:t>
            </w:r>
            <w:proofErr w:type="spellStart"/>
            <w:r w:rsidRPr="00F22FED">
              <w:rPr>
                <w:rFonts w:cs="Times New Roman"/>
                <w:color w:val="000000"/>
              </w:rPr>
              <w:t>dopuszcza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się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regulacji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mechanicznej</w:t>
            </w:r>
            <w:proofErr w:type="spellEnd"/>
          </w:p>
          <w:p w14:paraId="1AE40E56" w14:textId="0AE0C9DB" w:rsidR="004D1A80" w:rsidRPr="00F22FED" w:rsidRDefault="004D1A80" w:rsidP="00CC4587">
            <w:proofErr w:type="spellStart"/>
            <w:r w:rsidRPr="00F22FED">
              <w:t>Możliwość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płynnej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regulacji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temperatury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barwowej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pełnym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zakresie</w:t>
            </w:r>
            <w:proofErr w:type="spellEnd"/>
            <w:r w:rsidRPr="00F22FED">
              <w:t>.</w:t>
            </w:r>
          </w:p>
          <w:p w14:paraId="6444D22E" w14:textId="320A4F03" w:rsidR="004D1A80" w:rsidRPr="00F22FED" w:rsidRDefault="004D1A80" w:rsidP="00CC4587">
            <w:proofErr w:type="spellStart"/>
            <w:r w:rsidRPr="00F22FED">
              <w:rPr>
                <w:rFonts w:cs="Times New Roman"/>
                <w:color w:val="000000"/>
              </w:rPr>
              <w:t>Możliwość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ustawienia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oświetlenia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do </w:t>
            </w:r>
            <w:proofErr w:type="spellStart"/>
            <w:r w:rsidRPr="00F22FED">
              <w:rPr>
                <w:rFonts w:cs="Times New Roman"/>
                <w:color w:val="000000"/>
              </w:rPr>
              <w:t>zabiegów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endoskopowych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poprzez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obniżenie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wartości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natężenia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do </w:t>
            </w:r>
            <w:proofErr w:type="spellStart"/>
            <w:r w:rsidRPr="00F22FED">
              <w:rPr>
                <w:rFonts w:cs="Times New Roman"/>
                <w:color w:val="000000"/>
              </w:rPr>
              <w:t>wartości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minimalnej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(5%). </w:t>
            </w:r>
            <w:proofErr w:type="spellStart"/>
            <w:r w:rsidRPr="00F22FED">
              <w:rPr>
                <w:rFonts w:cs="Times New Roman"/>
                <w:color w:val="000000"/>
              </w:rPr>
              <w:t>Oświetlenie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endoskopowe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o </w:t>
            </w:r>
            <w:proofErr w:type="spellStart"/>
            <w:r w:rsidRPr="00F22FED">
              <w:rPr>
                <w:rFonts w:cs="Times New Roman"/>
                <w:color w:val="000000"/>
              </w:rPr>
              <w:t>barwie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białej</w:t>
            </w:r>
            <w:proofErr w:type="spellEnd"/>
            <w:r w:rsidRPr="00F22FED">
              <w:rPr>
                <w:rFonts w:cs="Times New Roman"/>
                <w:color w:val="000000"/>
              </w:rPr>
              <w:t>.</w:t>
            </w:r>
          </w:p>
          <w:p w14:paraId="1AF30897" w14:textId="637B4D72" w:rsidR="004D1A80" w:rsidRPr="00F22FED" w:rsidRDefault="004D1A80" w:rsidP="00CC4587">
            <w:proofErr w:type="spellStart"/>
            <w:r w:rsidRPr="00F22FED">
              <w:t>Czasza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wyposażona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technologię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oświetlenia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która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wokół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plamy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świetlnej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tworzy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delikatną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poświatę</w:t>
            </w:r>
            <w:proofErr w:type="spellEnd"/>
            <w:r w:rsidRPr="00F22FED">
              <w:t xml:space="preserve"> o max. </w:t>
            </w:r>
            <w:proofErr w:type="spellStart"/>
            <w:r w:rsidRPr="00F22FED">
              <w:t>średnicy</w:t>
            </w:r>
            <w:proofErr w:type="spellEnd"/>
            <w:r w:rsidRPr="00F22FED">
              <w:t xml:space="preserve"> 200 cm, </w:t>
            </w:r>
            <w:proofErr w:type="spellStart"/>
            <w:r w:rsidRPr="00F22FED">
              <w:t>która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zmniejsza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kontrast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pomiędzy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plamą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świetlną</w:t>
            </w:r>
            <w:proofErr w:type="spellEnd"/>
            <w:r w:rsidRPr="00F22FED">
              <w:t xml:space="preserve"> a </w:t>
            </w:r>
            <w:proofErr w:type="spellStart"/>
            <w:r w:rsidRPr="00F22FED">
              <w:t>oświetleniem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ogólnym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sali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operacyjnej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czym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przyczynia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się</w:t>
            </w:r>
            <w:proofErr w:type="spellEnd"/>
            <w:r w:rsidRPr="00F22FED">
              <w:t xml:space="preserve"> do </w:t>
            </w:r>
            <w:proofErr w:type="spellStart"/>
            <w:r w:rsidRPr="00F22FED">
              <w:t>zmniejszenia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zmęczenia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oczu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chirurga</w:t>
            </w:r>
            <w:proofErr w:type="spellEnd"/>
            <w:r w:rsidRPr="00F22FED">
              <w:t>.</w:t>
            </w:r>
          </w:p>
          <w:p w14:paraId="7DD96E9E" w14:textId="4FDE8A74" w:rsidR="004D1A80" w:rsidRPr="00F22FED" w:rsidRDefault="004D1A80" w:rsidP="00CC4587">
            <w:r w:rsidRPr="00F22FED">
              <w:rPr>
                <w:rFonts w:cs="Times New Roman"/>
                <w:color w:val="000000"/>
              </w:rPr>
              <w:t xml:space="preserve">Panel </w:t>
            </w:r>
            <w:proofErr w:type="spellStart"/>
            <w:r w:rsidRPr="00F22FED">
              <w:rPr>
                <w:rFonts w:cs="Times New Roman"/>
                <w:color w:val="000000"/>
              </w:rPr>
              <w:t>sterowania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umieszczony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czaszy</w:t>
            </w:r>
            <w:proofErr w:type="spellEnd"/>
            <w:r w:rsidRPr="00F22FED">
              <w:rPr>
                <w:rFonts w:cs="Times New Roman"/>
                <w:color w:val="000000"/>
              </w:rPr>
              <w:t>.</w:t>
            </w:r>
          </w:p>
          <w:p w14:paraId="5D578B96" w14:textId="77777777" w:rsidR="004D1A80" w:rsidRPr="00F22FED" w:rsidRDefault="004D1A80" w:rsidP="004D1A80">
            <w:pPr>
              <w:pStyle w:val="Domylny"/>
              <w:widowControl w:val="0"/>
              <w:shd w:val="clear" w:color="auto" w:fill="FFFFFF"/>
              <w:rPr>
                <w:rFonts w:asciiTheme="minorHAnsi" w:hAnsiTheme="minorHAnsi" w:cs="Times New Roman"/>
                <w:color w:val="000000"/>
                <w:sz w:val="22"/>
                <w:szCs w:val="22"/>
              </w:rPr>
            </w:pPr>
            <w:r w:rsidRPr="00F22FED">
              <w:rPr>
                <w:rFonts w:asciiTheme="minorHAnsi" w:hAnsiTheme="minorHAnsi" w:cs="Times New Roman"/>
                <w:color w:val="000000"/>
                <w:sz w:val="22"/>
                <w:szCs w:val="22"/>
              </w:rPr>
              <w:lastRenderedPageBreak/>
              <w:t xml:space="preserve">Panel sterujący oświetleniem powinien być ergonomiczny, umożliwiający intuicyjną i prostą regulację bez potrzeby zagłębiania się w wielopoziomowe menu lub korzystania z instrukcji obsługi. </w:t>
            </w:r>
          </w:p>
          <w:p w14:paraId="44486D3B" w14:textId="0292D1C3" w:rsidR="004D1A80" w:rsidRPr="00F22FED" w:rsidRDefault="004D1A80" w:rsidP="004D1A80">
            <w:proofErr w:type="spellStart"/>
            <w:r w:rsidRPr="00F22FED">
              <w:rPr>
                <w:rFonts w:cs="Times New Roman"/>
                <w:color w:val="000000"/>
              </w:rPr>
              <w:t>Podstawowy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panel </w:t>
            </w:r>
            <w:proofErr w:type="spellStart"/>
            <w:r w:rsidRPr="00F22FED">
              <w:rPr>
                <w:rFonts w:cs="Times New Roman"/>
                <w:color w:val="000000"/>
              </w:rPr>
              <w:t>sterowania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posiadający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funkcje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: min. </w:t>
            </w:r>
            <w:proofErr w:type="spellStart"/>
            <w:r w:rsidRPr="00F22FED">
              <w:rPr>
                <w:rFonts w:cs="Times New Roman"/>
                <w:color w:val="000000"/>
              </w:rPr>
              <w:t>włącz</w:t>
            </w:r>
            <w:proofErr w:type="spellEnd"/>
            <w:r w:rsidRPr="00F22FED">
              <w:rPr>
                <w:rFonts w:cs="Times New Roman"/>
                <w:color w:val="000000"/>
              </w:rPr>
              <w:t>/</w:t>
            </w:r>
            <w:proofErr w:type="spellStart"/>
            <w:r w:rsidRPr="00F22FED">
              <w:rPr>
                <w:rFonts w:cs="Times New Roman"/>
                <w:color w:val="000000"/>
              </w:rPr>
              <w:t>wyłącz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regulacja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natężenia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światła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regulacja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średnicy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pola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światła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</w:t>
            </w:r>
            <w:proofErr w:type="spellStart"/>
            <w:r w:rsidRPr="00F22FED">
              <w:rPr>
                <w:rFonts w:cs="Times New Roman"/>
                <w:color w:val="000000"/>
              </w:rPr>
              <w:t>regulacja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temperatury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barwowej</w:t>
            </w:r>
            <w:proofErr w:type="spellEnd"/>
            <w:r w:rsidRPr="00F22FED">
              <w:rPr>
                <w:rFonts w:cs="Times New Roman"/>
                <w:color w:val="000000"/>
              </w:rPr>
              <w:t>,</w:t>
            </w:r>
          </w:p>
          <w:p w14:paraId="1227F605" w14:textId="0AFDF756" w:rsidR="004D1A80" w:rsidRPr="00F22FED" w:rsidRDefault="004D1A80" w:rsidP="00CC4587">
            <w:r w:rsidRPr="00F22FED">
              <w:t xml:space="preserve">Elektroniczna </w:t>
            </w:r>
            <w:proofErr w:type="spellStart"/>
            <w:r w:rsidRPr="00F22FED">
              <w:t>regulacja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średnicy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pola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bezcieniowego</w:t>
            </w:r>
            <w:proofErr w:type="spellEnd"/>
            <w:r w:rsidRPr="00F22FED">
              <w:t xml:space="preserve"> za </w:t>
            </w:r>
            <w:proofErr w:type="spellStart"/>
            <w:r w:rsidRPr="00F22FED">
              <w:t>pomocą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centralnego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uchwytu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sterylnego</w:t>
            </w:r>
            <w:proofErr w:type="spellEnd"/>
            <w:r w:rsidRPr="00F22FED">
              <w:t>.</w:t>
            </w:r>
          </w:p>
          <w:p w14:paraId="2903F6D2" w14:textId="6B130C96" w:rsidR="004D1A80" w:rsidRPr="00F22FED" w:rsidRDefault="00F22FED" w:rsidP="00CC4587">
            <w:proofErr w:type="spellStart"/>
            <w:r w:rsidRPr="00F22FED">
              <w:t>Pozycjonowanie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wielorazowym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sterylizowanym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uchwytem</w:t>
            </w:r>
            <w:proofErr w:type="spellEnd"/>
            <w:r w:rsidRPr="00F22FED">
              <w:t xml:space="preserve"> (</w:t>
            </w:r>
            <w:proofErr w:type="spellStart"/>
            <w:r w:rsidRPr="00F22FED">
              <w:t>umieszczonym</w:t>
            </w:r>
            <w:proofErr w:type="spellEnd"/>
            <w:r w:rsidRPr="00F22FED">
              <w:t xml:space="preserve"> w </w:t>
            </w:r>
            <w:proofErr w:type="spellStart"/>
            <w:r w:rsidRPr="00F22FED">
              <w:t>punkcie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centralnym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lampy</w:t>
            </w:r>
            <w:proofErr w:type="spellEnd"/>
            <w:r w:rsidRPr="00F22FED">
              <w:t>).</w:t>
            </w:r>
          </w:p>
          <w:p w14:paraId="3593BBE2" w14:textId="2E7CD8AF" w:rsidR="004D1A80" w:rsidRPr="00F22FED" w:rsidRDefault="00F22FED" w:rsidP="00CC4587">
            <w:r w:rsidRPr="00F22FED">
              <w:t>Zasilanie: 230V (+/-) 10%, 50 [Hz]</w:t>
            </w:r>
          </w:p>
          <w:p w14:paraId="0DE80530" w14:textId="2552FCCF" w:rsidR="004D1A80" w:rsidRPr="00F22FED" w:rsidRDefault="00F22FED" w:rsidP="00CC4587">
            <w:proofErr w:type="spellStart"/>
            <w:r w:rsidRPr="00F22FED">
              <w:t>Czasza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zasilana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napięciem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zasilacza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stabilizowanego</w:t>
            </w:r>
            <w:proofErr w:type="spellEnd"/>
            <w:r w:rsidRPr="00F22FED">
              <w:t xml:space="preserve"> 20-28 VDC</w:t>
            </w:r>
          </w:p>
          <w:p w14:paraId="582CD786" w14:textId="62B0DB45" w:rsidR="004D1A80" w:rsidRPr="00F22FED" w:rsidRDefault="00F22FED" w:rsidP="00CC4587">
            <w:proofErr w:type="spellStart"/>
            <w:r w:rsidRPr="00F22FED">
              <w:t>Pobór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mocy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głowicy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świetlnej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powinien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być</w:t>
            </w:r>
            <w:proofErr w:type="spellEnd"/>
            <w:r w:rsidRPr="00F22FED">
              <w:t xml:space="preserve"> jak </w:t>
            </w:r>
            <w:proofErr w:type="spellStart"/>
            <w:r w:rsidRPr="00F22FED">
              <w:t>najmniejszy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przekraczać</w:t>
            </w:r>
            <w:proofErr w:type="spellEnd"/>
            <w:r w:rsidRPr="00F22FED">
              <w:t xml:space="preserve"> 46W.</w:t>
            </w:r>
          </w:p>
          <w:p w14:paraId="17BA0C3C" w14:textId="4E6A9840" w:rsidR="004D1A80" w:rsidRPr="00F22FED" w:rsidRDefault="00F22FED" w:rsidP="00CC4587">
            <w:proofErr w:type="spellStart"/>
            <w:r w:rsidRPr="00F22FED">
              <w:t>Stopień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ochrony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>: min. IP 54.</w:t>
            </w:r>
          </w:p>
          <w:p w14:paraId="1A33C7D8" w14:textId="3A4E8E26" w:rsidR="004D1A80" w:rsidRPr="00F22FED" w:rsidRDefault="00F22FED" w:rsidP="00CC4587">
            <w:proofErr w:type="spellStart"/>
            <w:r w:rsidRPr="00F22FED">
              <w:t>Żywotność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źródeł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światła</w:t>
            </w:r>
            <w:proofErr w:type="spellEnd"/>
            <w:r w:rsidRPr="00F22FED">
              <w:t xml:space="preserve"> ≥ 60 000 [</w:t>
            </w:r>
            <w:proofErr w:type="spellStart"/>
            <w:r w:rsidRPr="00F22FED">
              <w:t>godz</w:t>
            </w:r>
            <w:proofErr w:type="spellEnd"/>
            <w:r w:rsidRPr="00F22FED">
              <w:t>.]</w:t>
            </w:r>
          </w:p>
          <w:p w14:paraId="03B9B7F2" w14:textId="77777777" w:rsidR="00F22FED" w:rsidRPr="00F22FED" w:rsidRDefault="00F22FED" w:rsidP="00F22FED">
            <w:proofErr w:type="spellStart"/>
            <w:r w:rsidRPr="00F22FED">
              <w:t>Powierzchnia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gładka</w:t>
            </w:r>
            <w:proofErr w:type="spellEnd"/>
            <w:r w:rsidRPr="00F22FED">
              <w:t xml:space="preserve">, bez </w:t>
            </w:r>
            <w:proofErr w:type="spellStart"/>
            <w:r w:rsidRPr="00F22FED">
              <w:t>widocznych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śrub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lub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nitów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mocujących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wykonana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materiałów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odpornych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działanie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środków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dezynfekujących</w:t>
            </w:r>
            <w:proofErr w:type="spellEnd"/>
            <w:r w:rsidRPr="00F22FED">
              <w:t>.</w:t>
            </w:r>
          </w:p>
          <w:p w14:paraId="67C5C29B" w14:textId="06D2782A" w:rsidR="00F22FED" w:rsidRPr="00F22FED" w:rsidRDefault="00F22FED" w:rsidP="00F22FED">
            <w:r w:rsidRPr="00F22FED">
              <w:t xml:space="preserve">UWAGA: Nie </w:t>
            </w:r>
            <w:proofErr w:type="spellStart"/>
            <w:r w:rsidRPr="00F22FED">
              <w:t>dopuszcza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się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widocznymi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śrubami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oraz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szczelinami</w:t>
            </w:r>
            <w:proofErr w:type="spellEnd"/>
            <w:r w:rsidRPr="00F22FED">
              <w:t>.</w:t>
            </w:r>
          </w:p>
          <w:p w14:paraId="074E0AF9" w14:textId="74F57491" w:rsidR="00F22FED" w:rsidRPr="00F22FED" w:rsidRDefault="00F22FED" w:rsidP="00F22FED">
            <w:proofErr w:type="spellStart"/>
            <w:r w:rsidRPr="00F22FED">
              <w:t>Obudowa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wykonana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poliwęglanu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dodatkami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antybakteryjnymi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które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zapobiegają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rozwoju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mikroorganizmów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ich </w:t>
            </w:r>
            <w:proofErr w:type="spellStart"/>
            <w:r w:rsidRPr="00F22FED">
              <w:t>powierzchni</w:t>
            </w:r>
            <w:proofErr w:type="spellEnd"/>
            <w:r w:rsidRPr="00F22FED">
              <w:t>.</w:t>
            </w:r>
          </w:p>
          <w:p w14:paraId="3B0AB5C0" w14:textId="77EFBA7A" w:rsidR="00F22FED" w:rsidRPr="00F22FED" w:rsidRDefault="00F22FED" w:rsidP="00F22FED">
            <w:proofErr w:type="spellStart"/>
            <w:r w:rsidRPr="00F22FED">
              <w:t>Obudowa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wykonana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poliwęglanu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dodatkami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antybakteryjnymi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które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zapobiegają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rozwoju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mikroorganizmów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ich </w:t>
            </w:r>
            <w:proofErr w:type="spellStart"/>
            <w:r w:rsidRPr="00F22FED">
              <w:t>powierzchni</w:t>
            </w:r>
            <w:proofErr w:type="spellEnd"/>
            <w:r w:rsidRPr="00F22FED">
              <w:t>.</w:t>
            </w:r>
          </w:p>
          <w:p w14:paraId="751ACE5F" w14:textId="1BB27E4D" w:rsidR="004D1A80" w:rsidRPr="00F22FED" w:rsidRDefault="00F22FED" w:rsidP="00CC4587">
            <w:proofErr w:type="spellStart"/>
            <w:r w:rsidRPr="00F22FED">
              <w:t>Obudowa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wykonana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poliwęglanu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dodatkami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antybakteryjnymi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które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zapobiegają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rozwoju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mikroorganizmów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ich </w:t>
            </w:r>
            <w:proofErr w:type="spellStart"/>
            <w:r w:rsidRPr="00F22FED">
              <w:t>powierzchni</w:t>
            </w:r>
            <w:proofErr w:type="spellEnd"/>
            <w:r w:rsidRPr="00F22FED">
              <w:t>.</w:t>
            </w:r>
          </w:p>
          <w:p w14:paraId="69EC2CB2" w14:textId="4F06F574" w:rsidR="004D1A80" w:rsidRPr="00F22FED" w:rsidRDefault="00F22FED" w:rsidP="00CC4587">
            <w:proofErr w:type="spellStart"/>
            <w:r w:rsidRPr="00F22FED">
              <w:t>Obudowa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wykonana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poliwęglanu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dodatkami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lastRenderedPageBreak/>
              <w:t>antybakteryjnymi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które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zapobiegają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rozwoju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mikroorganizmów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ich </w:t>
            </w:r>
            <w:proofErr w:type="spellStart"/>
            <w:r w:rsidRPr="00F22FED">
              <w:t>powierzchni</w:t>
            </w:r>
            <w:proofErr w:type="spellEnd"/>
          </w:p>
          <w:p w14:paraId="6C303BE3" w14:textId="424FBA8C" w:rsidR="00F22FED" w:rsidRPr="00F22FED" w:rsidRDefault="00F22FED" w:rsidP="00CC4587">
            <w:pPr>
              <w:rPr>
                <w:rFonts w:cs="Times New Roman"/>
                <w:color w:val="000000"/>
              </w:rPr>
            </w:pPr>
            <w:proofErr w:type="spellStart"/>
            <w:r w:rsidRPr="00F22FED">
              <w:rPr>
                <w:rFonts w:cs="Times New Roman"/>
                <w:color w:val="000000"/>
              </w:rPr>
              <w:t>Szyba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osłaniająca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zespoły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diod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LED </w:t>
            </w:r>
            <w:proofErr w:type="spellStart"/>
            <w:r w:rsidRPr="00F22FED">
              <w:rPr>
                <w:rFonts w:cs="Times New Roman"/>
                <w:color w:val="000000"/>
              </w:rPr>
              <w:t>wykonana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z </w:t>
            </w:r>
            <w:proofErr w:type="spellStart"/>
            <w:r w:rsidRPr="00F22FED">
              <w:rPr>
                <w:rFonts w:cs="Times New Roman"/>
                <w:color w:val="000000"/>
              </w:rPr>
              <w:t>poliwęglanu</w:t>
            </w:r>
            <w:proofErr w:type="spellEnd"/>
            <w:r w:rsidRPr="00F22FED">
              <w:rPr>
                <w:rFonts w:cs="Times New Roman"/>
                <w:color w:val="000000"/>
              </w:rPr>
              <w:t>.</w:t>
            </w:r>
          </w:p>
          <w:p w14:paraId="2BEF1411" w14:textId="53E3398F" w:rsidR="00F22FED" w:rsidRPr="00F22FED" w:rsidRDefault="00F22FED" w:rsidP="00CC4587">
            <w:pPr>
              <w:rPr>
                <w:rFonts w:cs="Times New Roman"/>
                <w:color w:val="000000"/>
              </w:rPr>
            </w:pPr>
            <w:proofErr w:type="spellStart"/>
            <w:r w:rsidRPr="00F22FED">
              <w:rPr>
                <w:rFonts w:cs="Times New Roman"/>
                <w:color w:val="000000"/>
              </w:rPr>
              <w:t>Czasza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zawierająca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min. 6 </w:t>
            </w:r>
            <w:proofErr w:type="spellStart"/>
            <w:r w:rsidRPr="00F22FED">
              <w:rPr>
                <w:rFonts w:cs="Times New Roman"/>
                <w:color w:val="000000"/>
              </w:rPr>
              <w:t>modułów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, z </w:t>
            </w:r>
            <w:proofErr w:type="spellStart"/>
            <w:r w:rsidRPr="00F22FED">
              <w:rPr>
                <w:rFonts w:cs="Times New Roman"/>
                <w:color w:val="000000"/>
              </w:rPr>
              <w:t>których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każdy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</w:t>
            </w:r>
            <w:proofErr w:type="spellStart"/>
            <w:r w:rsidRPr="00F22FED">
              <w:rPr>
                <w:rFonts w:cs="Times New Roman"/>
                <w:color w:val="000000"/>
              </w:rPr>
              <w:t>posiada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min. 15 </w:t>
            </w:r>
            <w:proofErr w:type="spellStart"/>
            <w:r w:rsidRPr="00F22FED">
              <w:rPr>
                <w:rFonts w:cs="Times New Roman"/>
                <w:color w:val="000000"/>
              </w:rPr>
              <w:t>diod</w:t>
            </w:r>
            <w:proofErr w:type="spellEnd"/>
            <w:r w:rsidRPr="00F22FED">
              <w:rPr>
                <w:rFonts w:cs="Times New Roman"/>
                <w:color w:val="000000"/>
              </w:rPr>
              <w:t xml:space="preserve"> LED</w:t>
            </w:r>
          </w:p>
          <w:p w14:paraId="238F40C9" w14:textId="52992901" w:rsidR="00F22FED" w:rsidRPr="00F22FED" w:rsidRDefault="00F22FED" w:rsidP="00CC4587">
            <w:proofErr w:type="spellStart"/>
            <w:r w:rsidRPr="00F22FED">
              <w:t>Czasze</w:t>
            </w:r>
            <w:proofErr w:type="spellEnd"/>
            <w:r w:rsidRPr="00F22FED">
              <w:t xml:space="preserve"> o </w:t>
            </w:r>
            <w:proofErr w:type="spellStart"/>
            <w:r w:rsidRPr="00F22FED">
              <w:t>konstrukcji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zwartej</w:t>
            </w:r>
            <w:proofErr w:type="spellEnd"/>
            <w:r w:rsidRPr="00F22FED">
              <w:t xml:space="preserve">, </w:t>
            </w:r>
            <w:proofErr w:type="spellStart"/>
            <w:r w:rsidRPr="00F22FED">
              <w:t>jednoczęściowej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tj</w:t>
            </w:r>
            <w:proofErr w:type="spellEnd"/>
            <w:r w:rsidRPr="00F22FED">
              <w:t xml:space="preserve">. bez </w:t>
            </w:r>
            <w:proofErr w:type="spellStart"/>
            <w:r w:rsidRPr="00F22FED">
              <w:t>fizycznych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przerw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odstępów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pomiędzy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segmentami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czaszy</w:t>
            </w:r>
            <w:proofErr w:type="spellEnd"/>
            <w:r w:rsidRPr="00F22FED">
              <w:t>.</w:t>
            </w:r>
          </w:p>
          <w:p w14:paraId="076002F6" w14:textId="10F72EF6" w:rsidR="00F22FED" w:rsidRPr="00F22FED" w:rsidRDefault="00F22FED" w:rsidP="00CC4587">
            <w:proofErr w:type="spellStart"/>
            <w:r w:rsidRPr="00F22FED">
              <w:t>Obudowa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czasz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przystosowana</w:t>
            </w:r>
            <w:proofErr w:type="spellEnd"/>
            <w:r w:rsidRPr="00F22FED">
              <w:t xml:space="preserve"> do </w:t>
            </w:r>
            <w:proofErr w:type="spellStart"/>
            <w:r w:rsidRPr="00F22FED">
              <w:t>współpracy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nawiewem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laminarnym</w:t>
            </w:r>
            <w:proofErr w:type="spellEnd"/>
            <w:r w:rsidRPr="00F22FED">
              <w:t>.</w:t>
            </w:r>
          </w:p>
          <w:p w14:paraId="7ED21003" w14:textId="22D00BE7" w:rsidR="00F22FED" w:rsidRPr="00F22FED" w:rsidRDefault="00F22FED" w:rsidP="00CC4587">
            <w:proofErr w:type="spellStart"/>
            <w:r w:rsidRPr="00F22FED">
              <w:t>Wielorazowe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uchwyty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sterylizowane</w:t>
            </w:r>
            <w:proofErr w:type="spellEnd"/>
            <w:r w:rsidRPr="00F22FED">
              <w:t xml:space="preserve"> – 5 [</w:t>
            </w:r>
            <w:proofErr w:type="spellStart"/>
            <w:r w:rsidRPr="00F22FED">
              <w:t>szt</w:t>
            </w:r>
            <w:proofErr w:type="spellEnd"/>
            <w:r w:rsidRPr="00F22FED">
              <w:t xml:space="preserve">.]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każdą</w:t>
            </w:r>
            <w:proofErr w:type="spellEnd"/>
            <w:r w:rsidRPr="00F22FED">
              <w:t xml:space="preserve"> z </w:t>
            </w:r>
            <w:proofErr w:type="spellStart"/>
            <w:r w:rsidRPr="00F22FED">
              <w:t>czasz</w:t>
            </w:r>
            <w:proofErr w:type="spellEnd"/>
            <w:r w:rsidRPr="00F22FED">
              <w:t>.</w:t>
            </w:r>
          </w:p>
          <w:p w14:paraId="3484D02D" w14:textId="2EE4BB46" w:rsidR="004D1A80" w:rsidRPr="00F22FED" w:rsidRDefault="00F22FED" w:rsidP="00CC4587">
            <w:proofErr w:type="spellStart"/>
            <w:r w:rsidRPr="00F22FED">
              <w:t>Mocowanie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wielorazowego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uchwytu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sterylizowanego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na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zatrzask</w:t>
            </w:r>
            <w:proofErr w:type="spellEnd"/>
            <w:r w:rsidRPr="00F22FED">
              <w:t xml:space="preserve"> „</w:t>
            </w:r>
            <w:proofErr w:type="spellStart"/>
            <w:r w:rsidRPr="00F22FED">
              <w:t>klikowy</w:t>
            </w:r>
            <w:proofErr w:type="spellEnd"/>
            <w:r w:rsidRPr="00F22FED">
              <w:t xml:space="preserve">” </w:t>
            </w:r>
            <w:proofErr w:type="spellStart"/>
            <w:r w:rsidRPr="00F22FED">
              <w:t>realizowany</w:t>
            </w:r>
            <w:proofErr w:type="spellEnd"/>
            <w:r w:rsidRPr="00F22FED">
              <w:t xml:space="preserve"> za </w:t>
            </w:r>
            <w:proofErr w:type="spellStart"/>
            <w:r w:rsidRPr="00F22FED">
              <w:t>pomocą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jednej</w:t>
            </w:r>
            <w:proofErr w:type="spellEnd"/>
            <w:r w:rsidRPr="00F22FED">
              <w:t xml:space="preserve"> </w:t>
            </w:r>
            <w:proofErr w:type="spellStart"/>
            <w:r w:rsidRPr="00F22FED">
              <w:t>ręki</w:t>
            </w:r>
            <w:proofErr w:type="spellEnd"/>
            <w:r w:rsidRPr="00F22FED">
              <w:t>.</w:t>
            </w:r>
          </w:p>
          <w:p w14:paraId="7DD38E74" w14:textId="11B86134" w:rsidR="004D1A80" w:rsidRPr="00F22FED" w:rsidRDefault="004D1A80" w:rsidP="00CC4587"/>
        </w:tc>
        <w:tc>
          <w:tcPr>
            <w:tcW w:w="1444" w:type="dxa"/>
          </w:tcPr>
          <w:p w14:paraId="380CF0C7" w14:textId="77777777" w:rsidR="004D1A80" w:rsidRDefault="004D1A80" w:rsidP="00CC4587"/>
        </w:tc>
      </w:tr>
      <w:tr w:rsidR="004D1A80" w14:paraId="687AA79B" w14:textId="77777777" w:rsidTr="00CC4587">
        <w:tc>
          <w:tcPr>
            <w:tcW w:w="2880" w:type="dxa"/>
          </w:tcPr>
          <w:p w14:paraId="6B427AC0" w14:textId="77777777" w:rsidR="004D1A80" w:rsidRDefault="004D1A80" w:rsidP="00CC4587">
            <w:proofErr w:type="spellStart"/>
            <w:r>
              <w:lastRenderedPageBreak/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4316" w:type="dxa"/>
          </w:tcPr>
          <w:p w14:paraId="706C049E" w14:textId="77777777" w:rsidR="004D1A80" w:rsidRDefault="004D1A80" w:rsidP="00CC4587">
            <w:proofErr w:type="spellStart"/>
            <w:r>
              <w:t>Tryby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  <w:r>
              <w:t xml:space="preserve"> </w:t>
            </w:r>
            <w:proofErr w:type="spellStart"/>
            <w:r>
              <w:t>uniwersalne</w:t>
            </w:r>
            <w:proofErr w:type="spellEnd"/>
          </w:p>
        </w:tc>
        <w:tc>
          <w:tcPr>
            <w:tcW w:w="1444" w:type="dxa"/>
          </w:tcPr>
          <w:p w14:paraId="7AFA1EC0" w14:textId="77777777" w:rsidR="004D1A80" w:rsidRDefault="004D1A80" w:rsidP="00CC4587"/>
        </w:tc>
      </w:tr>
      <w:tr w:rsidR="004D1A80" w14:paraId="230561B5" w14:textId="77777777" w:rsidTr="00CC4587">
        <w:tc>
          <w:tcPr>
            <w:tcW w:w="2880" w:type="dxa"/>
          </w:tcPr>
          <w:p w14:paraId="447CC8E3" w14:textId="77777777" w:rsidR="004D1A80" w:rsidRDefault="004D1A80" w:rsidP="00CC4587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4316" w:type="dxa"/>
          </w:tcPr>
          <w:p w14:paraId="023395AB" w14:textId="77777777" w:rsidR="004D1A80" w:rsidRDefault="004D1A80" w:rsidP="00CC4587">
            <w:proofErr w:type="spellStart"/>
            <w:r>
              <w:t>Wymagany</w:t>
            </w:r>
            <w:proofErr w:type="spellEnd"/>
          </w:p>
        </w:tc>
        <w:tc>
          <w:tcPr>
            <w:tcW w:w="1444" w:type="dxa"/>
          </w:tcPr>
          <w:p w14:paraId="10017580" w14:textId="77777777" w:rsidR="004D1A80" w:rsidRDefault="004D1A80" w:rsidP="00CC4587"/>
        </w:tc>
      </w:tr>
      <w:tr w:rsidR="004D1A80" w14:paraId="32A293C7" w14:textId="77777777" w:rsidTr="00CC4587">
        <w:tc>
          <w:tcPr>
            <w:tcW w:w="2880" w:type="dxa"/>
          </w:tcPr>
          <w:p w14:paraId="20821BB2" w14:textId="77777777" w:rsidR="004D1A80" w:rsidRDefault="004D1A80" w:rsidP="00CC4587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4316" w:type="dxa"/>
          </w:tcPr>
          <w:p w14:paraId="3A6D4552" w14:textId="77777777" w:rsidR="004D1A80" w:rsidRDefault="004D1A80" w:rsidP="00CC4587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1444" w:type="dxa"/>
          </w:tcPr>
          <w:p w14:paraId="0D092379" w14:textId="77777777" w:rsidR="004D1A80" w:rsidRDefault="004D1A80" w:rsidP="00CC4587"/>
        </w:tc>
      </w:tr>
      <w:tr w:rsidR="004D1A80" w14:paraId="147C107C" w14:textId="77777777" w:rsidTr="00CC4587">
        <w:tc>
          <w:tcPr>
            <w:tcW w:w="2880" w:type="dxa"/>
          </w:tcPr>
          <w:p w14:paraId="220C0353" w14:textId="77777777" w:rsidR="004D1A80" w:rsidRDefault="004D1A80" w:rsidP="00CC4587">
            <w:proofErr w:type="spellStart"/>
            <w:r>
              <w:t>Gwarancja</w:t>
            </w:r>
            <w:proofErr w:type="spellEnd"/>
          </w:p>
        </w:tc>
        <w:tc>
          <w:tcPr>
            <w:tcW w:w="4316" w:type="dxa"/>
          </w:tcPr>
          <w:p w14:paraId="41E84C50" w14:textId="77777777" w:rsidR="004D1A80" w:rsidRDefault="004D1A80" w:rsidP="00CC4587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1444" w:type="dxa"/>
          </w:tcPr>
          <w:p w14:paraId="07C465A5" w14:textId="77777777" w:rsidR="004D1A80" w:rsidRDefault="004D1A80" w:rsidP="00CC4587"/>
        </w:tc>
      </w:tr>
    </w:tbl>
    <w:p w14:paraId="31D950A3" w14:textId="77777777" w:rsidR="00043C9C" w:rsidRDefault="00000000">
      <w:pPr>
        <w:pStyle w:val="Nagwek2"/>
      </w:pPr>
      <w:r>
        <w:t xml:space="preserve">12. </w:t>
      </w:r>
      <w:proofErr w:type="spellStart"/>
      <w:r>
        <w:t>Wideogastroskop</w:t>
      </w:r>
      <w:proofErr w:type="spellEnd"/>
      <w:r>
        <w:t xml:space="preserve"> – 2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713"/>
        <w:gridCol w:w="3888"/>
        <w:gridCol w:w="2029"/>
      </w:tblGrid>
      <w:tr w:rsidR="00043C9C" w14:paraId="65C79814" w14:textId="77777777" w:rsidTr="0026522A">
        <w:tc>
          <w:tcPr>
            <w:tcW w:w="2775" w:type="dxa"/>
          </w:tcPr>
          <w:p w14:paraId="78F75BC6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4052" w:type="dxa"/>
          </w:tcPr>
          <w:p w14:paraId="4488B49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029" w:type="dxa"/>
          </w:tcPr>
          <w:p w14:paraId="4B85C446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71D5A133" w14:textId="77777777" w:rsidTr="0026522A">
        <w:tc>
          <w:tcPr>
            <w:tcW w:w="2775" w:type="dxa"/>
          </w:tcPr>
          <w:p w14:paraId="352231A0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4052" w:type="dxa"/>
          </w:tcPr>
          <w:p w14:paraId="7BD6925A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29" w:type="dxa"/>
          </w:tcPr>
          <w:p w14:paraId="71B96E9E" w14:textId="77777777" w:rsidR="00043C9C" w:rsidRDefault="00043C9C"/>
        </w:tc>
      </w:tr>
      <w:tr w:rsidR="00043C9C" w14:paraId="5249A3B6" w14:textId="77777777" w:rsidTr="0026522A">
        <w:tc>
          <w:tcPr>
            <w:tcW w:w="2775" w:type="dxa"/>
          </w:tcPr>
          <w:p w14:paraId="2B9620D5" w14:textId="77777777" w:rsidR="00043C9C" w:rsidRDefault="00000000">
            <w:r>
              <w:t>Producent</w:t>
            </w:r>
          </w:p>
        </w:tc>
        <w:tc>
          <w:tcPr>
            <w:tcW w:w="4052" w:type="dxa"/>
          </w:tcPr>
          <w:p w14:paraId="3976563C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29" w:type="dxa"/>
          </w:tcPr>
          <w:p w14:paraId="0BD700E2" w14:textId="77777777" w:rsidR="00043C9C" w:rsidRDefault="00043C9C"/>
        </w:tc>
      </w:tr>
      <w:tr w:rsidR="00043C9C" w14:paraId="08852BB3" w14:textId="77777777" w:rsidTr="0026522A">
        <w:tc>
          <w:tcPr>
            <w:tcW w:w="2775" w:type="dxa"/>
          </w:tcPr>
          <w:p w14:paraId="6E1A4D23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4052" w:type="dxa"/>
          </w:tcPr>
          <w:p w14:paraId="020E379F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029" w:type="dxa"/>
          </w:tcPr>
          <w:p w14:paraId="767884A2" w14:textId="77777777" w:rsidR="00043C9C" w:rsidRDefault="00043C9C"/>
        </w:tc>
      </w:tr>
      <w:tr w:rsidR="00043C9C" w14:paraId="11A02F03" w14:textId="77777777" w:rsidTr="0026522A">
        <w:tc>
          <w:tcPr>
            <w:tcW w:w="2775" w:type="dxa"/>
          </w:tcPr>
          <w:p w14:paraId="77EA2B58" w14:textId="44FAF15C" w:rsidR="00043C9C" w:rsidRDefault="00300476">
            <w:proofErr w:type="spellStart"/>
            <w:r>
              <w:t>Wideogastroskop</w:t>
            </w:r>
            <w:proofErr w:type="spellEnd"/>
          </w:p>
        </w:tc>
        <w:tc>
          <w:tcPr>
            <w:tcW w:w="4052" w:type="dxa"/>
          </w:tcPr>
          <w:p w14:paraId="55E4F97E" w14:textId="77777777" w:rsidR="00300476" w:rsidRDefault="00300476" w:rsidP="00300476">
            <w:proofErr w:type="spellStart"/>
            <w:r>
              <w:t>Kąt</w:t>
            </w:r>
            <w:proofErr w:type="spellEnd"/>
            <w:r>
              <w:t xml:space="preserve"> </w:t>
            </w:r>
            <w:proofErr w:type="spellStart"/>
            <w:r>
              <w:t>obserwacji</w:t>
            </w:r>
            <w:proofErr w:type="spellEnd"/>
            <w:r>
              <w:t xml:space="preserve"> min. 1400</w:t>
            </w:r>
          </w:p>
          <w:p w14:paraId="4C4441EC" w14:textId="77777777" w:rsidR="00300476" w:rsidRDefault="00300476" w:rsidP="00300476">
            <w:proofErr w:type="spellStart"/>
            <w:r>
              <w:t>Głębia</w:t>
            </w:r>
            <w:proofErr w:type="spellEnd"/>
            <w:r>
              <w:t xml:space="preserve"> </w:t>
            </w:r>
            <w:proofErr w:type="spellStart"/>
            <w:r>
              <w:t>ostrości</w:t>
            </w:r>
            <w:proofErr w:type="spellEnd"/>
            <w:r>
              <w:t xml:space="preserve"> min. 2-100 mm</w:t>
            </w:r>
          </w:p>
          <w:p w14:paraId="71A1CAD4" w14:textId="77777777" w:rsidR="00300476" w:rsidRDefault="00300476" w:rsidP="00300476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zewnętrzna</w:t>
            </w:r>
            <w:proofErr w:type="spellEnd"/>
            <w:r>
              <w:t xml:space="preserve"> </w:t>
            </w:r>
            <w:proofErr w:type="spellStart"/>
            <w:r>
              <w:t>tuby</w:t>
            </w:r>
            <w:proofErr w:type="spellEnd"/>
            <w:r>
              <w:t xml:space="preserve"> </w:t>
            </w:r>
            <w:proofErr w:type="spellStart"/>
            <w:r>
              <w:t>wziernikowej</w:t>
            </w:r>
            <w:proofErr w:type="spellEnd"/>
            <w:r>
              <w:t>: max. 9,3 mm</w:t>
            </w:r>
          </w:p>
          <w:p w14:paraId="66EF2DE2" w14:textId="77777777" w:rsidR="00300476" w:rsidRDefault="00300476" w:rsidP="00300476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zewnętrzna</w:t>
            </w:r>
            <w:proofErr w:type="spellEnd"/>
            <w:r>
              <w:t xml:space="preserve"> </w:t>
            </w:r>
            <w:proofErr w:type="spellStart"/>
            <w:r>
              <w:t>końcówki</w:t>
            </w:r>
            <w:proofErr w:type="spellEnd"/>
            <w:r>
              <w:t xml:space="preserve"> </w:t>
            </w:r>
            <w:proofErr w:type="spellStart"/>
            <w:r>
              <w:t>dystalnej</w:t>
            </w:r>
            <w:proofErr w:type="spellEnd"/>
            <w:r>
              <w:t xml:space="preserve">: max. 9,3 mm </w:t>
            </w:r>
          </w:p>
          <w:p w14:paraId="00C03583" w14:textId="77777777" w:rsidR="00300476" w:rsidRDefault="00300476" w:rsidP="00300476">
            <w:proofErr w:type="spellStart"/>
            <w:r>
              <w:t>Długość</w:t>
            </w:r>
            <w:proofErr w:type="spellEnd"/>
            <w:r>
              <w:t xml:space="preserve"> </w:t>
            </w:r>
            <w:proofErr w:type="spellStart"/>
            <w:r>
              <w:t>robocza</w:t>
            </w:r>
            <w:proofErr w:type="spellEnd"/>
            <w:r>
              <w:t xml:space="preserve"> 1080-1100 mm</w:t>
            </w:r>
          </w:p>
          <w:p w14:paraId="68D1801C" w14:textId="77777777" w:rsidR="00300476" w:rsidRDefault="00300476" w:rsidP="00300476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kanału</w:t>
            </w:r>
            <w:proofErr w:type="spellEnd"/>
            <w:r>
              <w:t xml:space="preserve"> </w:t>
            </w:r>
            <w:proofErr w:type="spellStart"/>
            <w:r>
              <w:t>roboczego</w:t>
            </w:r>
            <w:proofErr w:type="spellEnd"/>
            <w:r>
              <w:t>: min. 2,8 mm</w:t>
            </w:r>
          </w:p>
          <w:p w14:paraId="482CA1BE" w14:textId="77777777" w:rsidR="00300476" w:rsidRDefault="00300476" w:rsidP="00300476">
            <w:proofErr w:type="spellStart"/>
            <w:r>
              <w:t>Kąt</w:t>
            </w:r>
            <w:proofErr w:type="spellEnd"/>
            <w:r>
              <w:t xml:space="preserve"> </w:t>
            </w:r>
            <w:proofErr w:type="spellStart"/>
            <w:r>
              <w:t>zagięcia</w:t>
            </w:r>
            <w:proofErr w:type="spellEnd"/>
            <w:r>
              <w:t xml:space="preserve"> </w:t>
            </w:r>
            <w:proofErr w:type="spellStart"/>
            <w:r>
              <w:t>końcówki</w:t>
            </w:r>
            <w:proofErr w:type="spellEnd"/>
            <w:r>
              <w:t xml:space="preserve"> </w:t>
            </w:r>
            <w:proofErr w:type="spellStart"/>
            <w:r>
              <w:t>endoskopu</w:t>
            </w:r>
            <w:proofErr w:type="spellEnd"/>
            <w:r>
              <w:t xml:space="preserve"> min.:</w:t>
            </w:r>
          </w:p>
          <w:p w14:paraId="7345C6B8" w14:textId="77777777" w:rsidR="00300476" w:rsidRDefault="00300476" w:rsidP="00300476">
            <w:r>
              <w:t xml:space="preserve">-w </w:t>
            </w:r>
            <w:proofErr w:type="spellStart"/>
            <w:r>
              <w:t>górę</w:t>
            </w:r>
            <w:proofErr w:type="spellEnd"/>
            <w:r>
              <w:t xml:space="preserve"> 2100</w:t>
            </w:r>
          </w:p>
          <w:p w14:paraId="56E572BC" w14:textId="77777777" w:rsidR="00300476" w:rsidRDefault="00300476" w:rsidP="00300476">
            <w:r>
              <w:t xml:space="preserve">-w </w:t>
            </w:r>
            <w:proofErr w:type="spellStart"/>
            <w:r>
              <w:t>dół</w:t>
            </w:r>
            <w:proofErr w:type="spellEnd"/>
            <w:r>
              <w:t xml:space="preserve"> 900</w:t>
            </w:r>
          </w:p>
          <w:p w14:paraId="3B6F73BC" w14:textId="77777777" w:rsidR="00300476" w:rsidRDefault="00300476" w:rsidP="00300476">
            <w:r>
              <w:t xml:space="preserve">-w </w:t>
            </w:r>
            <w:proofErr w:type="spellStart"/>
            <w:r>
              <w:t>lewo</w:t>
            </w:r>
            <w:proofErr w:type="spellEnd"/>
            <w:r>
              <w:t xml:space="preserve"> 1000</w:t>
            </w:r>
          </w:p>
          <w:p w14:paraId="3DB7BA2E" w14:textId="77777777" w:rsidR="00300476" w:rsidRDefault="00300476" w:rsidP="00300476">
            <w:r>
              <w:t xml:space="preserve">-w </w:t>
            </w:r>
            <w:proofErr w:type="spellStart"/>
            <w:r>
              <w:t>prawo</w:t>
            </w:r>
            <w:proofErr w:type="spellEnd"/>
            <w:r>
              <w:t xml:space="preserve"> 1000</w:t>
            </w:r>
          </w:p>
          <w:p w14:paraId="4C6E4A1B" w14:textId="77777777" w:rsidR="00300476" w:rsidRDefault="00300476" w:rsidP="00300476">
            <w:proofErr w:type="spellStart"/>
            <w:r>
              <w:t>Dodatkowy</w:t>
            </w:r>
            <w:proofErr w:type="spellEnd"/>
            <w:r>
              <w:t xml:space="preserve"> </w:t>
            </w:r>
            <w:proofErr w:type="spellStart"/>
            <w:r>
              <w:t>kanał</w:t>
            </w:r>
            <w:proofErr w:type="spellEnd"/>
            <w:r>
              <w:t xml:space="preserve"> do </w:t>
            </w:r>
            <w:proofErr w:type="spellStart"/>
            <w:r>
              <w:t>spłukiwania</w:t>
            </w:r>
            <w:proofErr w:type="spellEnd"/>
            <w:r>
              <w:t xml:space="preserve"> </w:t>
            </w:r>
            <w:proofErr w:type="spellStart"/>
            <w:r>
              <w:t>pola</w:t>
            </w:r>
            <w:proofErr w:type="spellEnd"/>
            <w:r>
              <w:t xml:space="preserve"> (Water Jet)</w:t>
            </w:r>
          </w:p>
          <w:p w14:paraId="3E1DCE04" w14:textId="77777777" w:rsidR="00300476" w:rsidRDefault="00300476" w:rsidP="00300476">
            <w:proofErr w:type="spellStart"/>
            <w:r>
              <w:t>Technologia</w:t>
            </w:r>
            <w:proofErr w:type="spellEnd"/>
            <w:r>
              <w:t xml:space="preserve"> – </w:t>
            </w:r>
            <w:proofErr w:type="spellStart"/>
            <w:r>
              <w:t>wbudowany</w:t>
            </w:r>
            <w:proofErr w:type="spellEnd"/>
            <w:r>
              <w:t xml:space="preserve"> </w:t>
            </w:r>
            <w:proofErr w:type="spellStart"/>
            <w:r>
              <w:t>przetwornik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CMOS</w:t>
            </w:r>
          </w:p>
          <w:p w14:paraId="187551FD" w14:textId="77777777" w:rsidR="00300476" w:rsidRDefault="00300476" w:rsidP="00300476">
            <w:proofErr w:type="spellStart"/>
            <w:r>
              <w:t>Aparat</w:t>
            </w:r>
            <w:proofErr w:type="spellEnd"/>
            <w:r>
              <w:t xml:space="preserve"> </w:t>
            </w:r>
            <w:proofErr w:type="spellStart"/>
            <w:r>
              <w:t>wyposażony</w:t>
            </w:r>
            <w:proofErr w:type="spellEnd"/>
            <w:r>
              <w:t xml:space="preserve"> w </w:t>
            </w:r>
            <w:proofErr w:type="spellStart"/>
            <w:r>
              <w:t>światłowody</w:t>
            </w:r>
            <w:proofErr w:type="spellEnd"/>
            <w:r>
              <w:t xml:space="preserve">, bez </w:t>
            </w:r>
            <w:proofErr w:type="spellStart"/>
            <w:r>
              <w:t>wbudowanych</w:t>
            </w:r>
            <w:proofErr w:type="spellEnd"/>
            <w:r>
              <w:t xml:space="preserve"> </w:t>
            </w:r>
            <w:proofErr w:type="spellStart"/>
            <w:r>
              <w:t>diod</w:t>
            </w:r>
            <w:proofErr w:type="spellEnd"/>
            <w:r>
              <w:t xml:space="preserve"> LED w </w:t>
            </w:r>
            <w:proofErr w:type="spellStart"/>
            <w:r>
              <w:t>końcówce</w:t>
            </w:r>
            <w:proofErr w:type="spellEnd"/>
            <w:r>
              <w:t xml:space="preserve"> </w:t>
            </w:r>
            <w:proofErr w:type="spellStart"/>
            <w:r>
              <w:lastRenderedPageBreak/>
              <w:t>dystalnej</w:t>
            </w:r>
            <w:proofErr w:type="spellEnd"/>
          </w:p>
          <w:p w14:paraId="67D704EA" w14:textId="77777777" w:rsidR="00300476" w:rsidRDefault="00300476" w:rsidP="00300476">
            <w:proofErr w:type="spellStart"/>
            <w:r>
              <w:t>Cztery</w:t>
            </w:r>
            <w:proofErr w:type="spellEnd"/>
            <w:r>
              <w:t xml:space="preserve"> </w:t>
            </w:r>
            <w:proofErr w:type="spellStart"/>
            <w:r>
              <w:t>programowalne</w:t>
            </w:r>
            <w:proofErr w:type="spellEnd"/>
            <w:r>
              <w:t xml:space="preserve"> </w:t>
            </w:r>
            <w:proofErr w:type="spellStart"/>
            <w:r>
              <w:t>przyciski</w:t>
            </w:r>
            <w:proofErr w:type="spellEnd"/>
            <w:r>
              <w:t xml:space="preserve"> </w:t>
            </w:r>
            <w:proofErr w:type="spellStart"/>
            <w:r>
              <w:t>endoskopowe</w:t>
            </w:r>
            <w:proofErr w:type="spellEnd"/>
          </w:p>
          <w:p w14:paraId="3EE47314" w14:textId="77777777" w:rsidR="00300476" w:rsidRDefault="00300476" w:rsidP="00300476">
            <w:proofErr w:type="spellStart"/>
            <w:r>
              <w:t>Kompatybilny</w:t>
            </w:r>
            <w:proofErr w:type="spellEnd"/>
            <w:r>
              <w:t xml:space="preserve"> z </w:t>
            </w:r>
            <w:proofErr w:type="spellStart"/>
            <w:r>
              <w:t>trybem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BLI, LCI</w:t>
            </w:r>
          </w:p>
          <w:p w14:paraId="5D1F9996" w14:textId="77777777" w:rsidR="00300476" w:rsidRDefault="00300476" w:rsidP="00300476">
            <w:proofErr w:type="spellStart"/>
            <w:r>
              <w:t>Przekaz</w:t>
            </w:r>
            <w:proofErr w:type="spellEnd"/>
            <w:r>
              <w:t xml:space="preserve"> </w:t>
            </w:r>
            <w:proofErr w:type="spellStart"/>
            <w:r>
              <w:t>sygnału</w:t>
            </w:r>
            <w:proofErr w:type="spellEnd"/>
            <w:r>
              <w:t xml:space="preserve"> z </w:t>
            </w:r>
            <w:proofErr w:type="spellStart"/>
            <w:r>
              <w:t>kamery</w:t>
            </w:r>
            <w:proofErr w:type="spellEnd"/>
            <w:r>
              <w:t xml:space="preserve"> </w:t>
            </w:r>
            <w:proofErr w:type="spellStart"/>
            <w:r>
              <w:t>endoskopu</w:t>
            </w:r>
            <w:proofErr w:type="spellEnd"/>
            <w:r>
              <w:t xml:space="preserve"> do </w:t>
            </w:r>
            <w:proofErr w:type="spellStart"/>
            <w:r>
              <w:t>procesora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</w:t>
            </w:r>
            <w:proofErr w:type="spellStart"/>
            <w:r>
              <w:t>złączem</w:t>
            </w:r>
            <w:proofErr w:type="spellEnd"/>
            <w:r>
              <w:t xml:space="preserve"> </w:t>
            </w:r>
            <w:proofErr w:type="spellStart"/>
            <w:r>
              <w:t>optycznym</w:t>
            </w:r>
            <w:proofErr w:type="spellEnd"/>
            <w:r>
              <w:t xml:space="preserve"> – </w:t>
            </w:r>
            <w:proofErr w:type="spellStart"/>
            <w:r>
              <w:t>brak</w:t>
            </w:r>
            <w:proofErr w:type="spellEnd"/>
            <w:r>
              <w:t xml:space="preserve"> </w:t>
            </w:r>
            <w:proofErr w:type="spellStart"/>
            <w:r>
              <w:t>elektrycznego</w:t>
            </w:r>
            <w:proofErr w:type="spellEnd"/>
            <w:r>
              <w:t xml:space="preserve"> </w:t>
            </w:r>
            <w:proofErr w:type="spellStart"/>
            <w:r>
              <w:t>podłączenia</w:t>
            </w:r>
            <w:proofErr w:type="spellEnd"/>
            <w:r>
              <w:t xml:space="preserve"> </w:t>
            </w:r>
            <w:proofErr w:type="spellStart"/>
            <w:r>
              <w:t>endoskop</w:t>
            </w:r>
            <w:proofErr w:type="spellEnd"/>
            <w:r>
              <w:t xml:space="preserve"> – </w:t>
            </w:r>
            <w:proofErr w:type="spellStart"/>
            <w:r>
              <w:t>procesor</w:t>
            </w:r>
            <w:proofErr w:type="spellEnd"/>
          </w:p>
          <w:p w14:paraId="2053E8BC" w14:textId="77777777" w:rsidR="00300476" w:rsidRDefault="00300476" w:rsidP="00300476">
            <w:proofErr w:type="spellStart"/>
            <w:r>
              <w:t>Aparat</w:t>
            </w:r>
            <w:proofErr w:type="spellEnd"/>
            <w:r>
              <w:t xml:space="preserve"> w </w:t>
            </w:r>
            <w:proofErr w:type="spellStart"/>
            <w:r>
              <w:t>pełni</w:t>
            </w:r>
            <w:proofErr w:type="spellEnd"/>
            <w:r>
              <w:t xml:space="preserve"> </w:t>
            </w:r>
            <w:proofErr w:type="spellStart"/>
            <w:r>
              <w:t>zanurzalny</w:t>
            </w:r>
            <w:proofErr w:type="spellEnd"/>
            <w:r>
              <w:t xml:space="preserve">,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wymagający</w:t>
            </w:r>
            <w:proofErr w:type="spellEnd"/>
            <w:r>
              <w:t xml:space="preserve"> </w:t>
            </w:r>
            <w:proofErr w:type="spellStart"/>
            <w:r>
              <w:t>nakładek</w:t>
            </w:r>
            <w:proofErr w:type="spellEnd"/>
            <w:r>
              <w:t xml:space="preserve"> </w:t>
            </w:r>
            <w:proofErr w:type="spellStart"/>
            <w:r>
              <w:t>uszczelniających</w:t>
            </w:r>
            <w:proofErr w:type="spellEnd"/>
          </w:p>
          <w:p w14:paraId="4E143496" w14:textId="77777777" w:rsidR="00300476" w:rsidRDefault="00300476" w:rsidP="00300476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konektora</w:t>
            </w:r>
            <w:proofErr w:type="spellEnd"/>
            <w:r>
              <w:t xml:space="preserve"> – </w:t>
            </w:r>
            <w:proofErr w:type="spellStart"/>
            <w:r>
              <w:t>jednogniazdowy</w:t>
            </w:r>
            <w:proofErr w:type="spellEnd"/>
          </w:p>
          <w:p w14:paraId="6D8DCD72" w14:textId="4DCAC42C" w:rsidR="00043C9C" w:rsidRDefault="00300476" w:rsidP="00300476">
            <w:proofErr w:type="spellStart"/>
            <w:r>
              <w:t>Bezpośrednie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bezpieczne</w:t>
            </w:r>
            <w:proofErr w:type="spellEnd"/>
            <w:r>
              <w:t xml:space="preserve"> </w:t>
            </w:r>
            <w:proofErr w:type="spellStart"/>
            <w:r>
              <w:t>podłączenie</w:t>
            </w:r>
            <w:proofErr w:type="spellEnd"/>
            <w:r>
              <w:t xml:space="preserve"> do </w:t>
            </w:r>
            <w:proofErr w:type="spellStart"/>
            <w:r>
              <w:t>posiadanego</w:t>
            </w:r>
            <w:proofErr w:type="spellEnd"/>
            <w:r>
              <w:t xml:space="preserve"> </w:t>
            </w:r>
            <w:proofErr w:type="spellStart"/>
            <w:r>
              <w:t>videoprocesora</w:t>
            </w:r>
            <w:proofErr w:type="spellEnd"/>
            <w:r>
              <w:t xml:space="preserve"> EP-6000. </w:t>
            </w:r>
            <w:proofErr w:type="spellStart"/>
            <w:r>
              <w:t>Kompatybilny</w:t>
            </w:r>
            <w:proofErr w:type="spellEnd"/>
            <w:r>
              <w:t xml:space="preserve"> z </w:t>
            </w:r>
            <w:proofErr w:type="spellStart"/>
            <w:r>
              <w:t>ko</w:t>
            </w:r>
            <w:r w:rsidR="0026522A">
              <w:t>lumną</w:t>
            </w:r>
            <w:proofErr w:type="spellEnd"/>
            <w:r>
              <w:t xml:space="preserve"> </w:t>
            </w:r>
            <w:proofErr w:type="spellStart"/>
            <w:r>
              <w:t>ednoskopową</w:t>
            </w:r>
            <w:proofErr w:type="spellEnd"/>
            <w:r w:rsidR="0026522A">
              <w:t xml:space="preserve"> </w:t>
            </w:r>
            <w:proofErr w:type="spellStart"/>
            <w:r w:rsidR="0026522A">
              <w:t>zamawiającego</w:t>
            </w:r>
            <w:proofErr w:type="spellEnd"/>
          </w:p>
        </w:tc>
        <w:tc>
          <w:tcPr>
            <w:tcW w:w="2029" w:type="dxa"/>
          </w:tcPr>
          <w:p w14:paraId="740F7FA1" w14:textId="77777777" w:rsidR="00043C9C" w:rsidRDefault="00043C9C"/>
        </w:tc>
      </w:tr>
      <w:tr w:rsidR="00043C9C" w14:paraId="3B639B77" w14:textId="77777777" w:rsidTr="0026522A">
        <w:tc>
          <w:tcPr>
            <w:tcW w:w="2775" w:type="dxa"/>
          </w:tcPr>
          <w:p w14:paraId="4C1F510F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4052" w:type="dxa"/>
          </w:tcPr>
          <w:p w14:paraId="68758CCE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029" w:type="dxa"/>
          </w:tcPr>
          <w:p w14:paraId="00A7AB4F" w14:textId="77777777" w:rsidR="00043C9C" w:rsidRDefault="00043C9C"/>
        </w:tc>
      </w:tr>
      <w:tr w:rsidR="00043C9C" w14:paraId="5500BC0D" w14:textId="77777777" w:rsidTr="0026522A">
        <w:tc>
          <w:tcPr>
            <w:tcW w:w="2775" w:type="dxa"/>
          </w:tcPr>
          <w:p w14:paraId="774FECAF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4052" w:type="dxa"/>
          </w:tcPr>
          <w:p w14:paraId="5037F3AE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029" w:type="dxa"/>
          </w:tcPr>
          <w:p w14:paraId="0D8C28AA" w14:textId="77777777" w:rsidR="00043C9C" w:rsidRDefault="00043C9C"/>
        </w:tc>
      </w:tr>
      <w:tr w:rsidR="00043C9C" w14:paraId="0F7FF744" w14:textId="77777777" w:rsidTr="0026522A">
        <w:tc>
          <w:tcPr>
            <w:tcW w:w="2775" w:type="dxa"/>
          </w:tcPr>
          <w:p w14:paraId="183B24B4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4052" w:type="dxa"/>
          </w:tcPr>
          <w:p w14:paraId="2FFBC909" w14:textId="504A38D0" w:rsidR="00043C9C" w:rsidRDefault="00000000">
            <w:r>
              <w:t xml:space="preserve">Min. </w:t>
            </w:r>
            <w:r w:rsidR="006B2FF0">
              <w:t>60</w:t>
            </w:r>
            <w:r>
              <w:t xml:space="preserve"> </w:t>
            </w:r>
            <w:proofErr w:type="spellStart"/>
            <w:r>
              <w:t>miesiąc</w:t>
            </w:r>
            <w:r w:rsidR="006B2FF0">
              <w:t>y</w:t>
            </w:r>
            <w:proofErr w:type="spellEnd"/>
          </w:p>
        </w:tc>
        <w:tc>
          <w:tcPr>
            <w:tcW w:w="2029" w:type="dxa"/>
          </w:tcPr>
          <w:p w14:paraId="695C2839" w14:textId="77777777" w:rsidR="00043C9C" w:rsidRDefault="00043C9C"/>
        </w:tc>
      </w:tr>
      <w:tr w:rsidR="00F40575" w14:paraId="6A4BFEAD" w14:textId="77777777" w:rsidTr="0026522A">
        <w:tc>
          <w:tcPr>
            <w:tcW w:w="2775" w:type="dxa"/>
          </w:tcPr>
          <w:p w14:paraId="56F670FF" w14:textId="225DF9FB" w:rsidR="00F40575" w:rsidRDefault="00F40575" w:rsidP="00F40575">
            <w:proofErr w:type="spellStart"/>
            <w:r>
              <w:rPr>
                <w:rFonts w:cstheme="minorHAnsi"/>
              </w:rPr>
              <w:t>Walizki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transportowe</w:t>
            </w:r>
            <w:proofErr w:type="spellEnd"/>
          </w:p>
        </w:tc>
        <w:tc>
          <w:tcPr>
            <w:tcW w:w="4052" w:type="dxa"/>
          </w:tcPr>
          <w:p w14:paraId="4759BC5B" w14:textId="73E08FAE" w:rsidR="00F40575" w:rsidRDefault="00F40575" w:rsidP="00F40575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589BC11B" w14:textId="77777777" w:rsidR="00F40575" w:rsidRDefault="00F40575" w:rsidP="00F40575"/>
        </w:tc>
      </w:tr>
      <w:tr w:rsidR="00F40575" w14:paraId="5E5AC11F" w14:textId="77777777" w:rsidTr="0026522A">
        <w:tc>
          <w:tcPr>
            <w:tcW w:w="2775" w:type="dxa"/>
          </w:tcPr>
          <w:p w14:paraId="55E6B721" w14:textId="04911E96" w:rsidR="00F40575" w:rsidRDefault="00F40575" w:rsidP="00F40575">
            <w:proofErr w:type="spellStart"/>
            <w:r>
              <w:rPr>
                <w:rFonts w:cstheme="minorHAnsi"/>
              </w:rPr>
              <w:t>Adaptery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mycia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wstępnego</w:t>
            </w:r>
            <w:proofErr w:type="spellEnd"/>
          </w:p>
        </w:tc>
        <w:tc>
          <w:tcPr>
            <w:tcW w:w="4052" w:type="dxa"/>
          </w:tcPr>
          <w:p w14:paraId="0F0C42DC" w14:textId="08F4FFF9" w:rsidR="00F40575" w:rsidRDefault="00F40575" w:rsidP="00F40575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646DAB8A" w14:textId="77777777" w:rsidR="00F40575" w:rsidRDefault="00F40575" w:rsidP="00F40575"/>
        </w:tc>
      </w:tr>
      <w:tr w:rsidR="00F40575" w14:paraId="42C574FF" w14:textId="77777777" w:rsidTr="0026522A">
        <w:tc>
          <w:tcPr>
            <w:tcW w:w="2775" w:type="dxa"/>
          </w:tcPr>
          <w:p w14:paraId="5E6A6AC3" w14:textId="615486D5" w:rsidR="00F40575" w:rsidRDefault="00F40575" w:rsidP="00F40575">
            <w:proofErr w:type="spellStart"/>
            <w:r>
              <w:rPr>
                <w:rFonts w:cstheme="minorHAnsi"/>
              </w:rPr>
              <w:t>Szafa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przechowywania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endoskopów</w:t>
            </w:r>
            <w:proofErr w:type="spellEnd"/>
            <w:r>
              <w:rPr>
                <w:rFonts w:cstheme="minorHAnsi"/>
              </w:rPr>
              <w:t xml:space="preserve"> w </w:t>
            </w:r>
            <w:proofErr w:type="spellStart"/>
            <w:r>
              <w:rPr>
                <w:rFonts w:cstheme="minorHAnsi"/>
              </w:rPr>
              <w:t>warunkach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czystości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mikrobiologicznej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przez</w:t>
            </w:r>
            <w:proofErr w:type="spellEnd"/>
            <w:r>
              <w:rPr>
                <w:rFonts w:cstheme="minorHAnsi"/>
              </w:rPr>
              <w:t xml:space="preserve"> min. 72h</w:t>
            </w:r>
          </w:p>
        </w:tc>
        <w:tc>
          <w:tcPr>
            <w:tcW w:w="4052" w:type="dxa"/>
          </w:tcPr>
          <w:p w14:paraId="338E9BE0" w14:textId="3A0CAD61" w:rsidR="00F40575" w:rsidRDefault="00F40575" w:rsidP="00F40575">
            <w:r>
              <w:t xml:space="preserve">1 </w:t>
            </w:r>
            <w:proofErr w:type="spellStart"/>
            <w:r>
              <w:t>szt</w:t>
            </w:r>
            <w:proofErr w:type="spellEnd"/>
            <w:r>
              <w:t xml:space="preserve">. </w:t>
            </w:r>
          </w:p>
        </w:tc>
        <w:tc>
          <w:tcPr>
            <w:tcW w:w="2029" w:type="dxa"/>
          </w:tcPr>
          <w:p w14:paraId="00FE9C79" w14:textId="77777777" w:rsidR="00F40575" w:rsidRDefault="00F40575" w:rsidP="00F40575"/>
        </w:tc>
      </w:tr>
      <w:tr w:rsidR="00F40575" w14:paraId="5E88E7F6" w14:textId="77777777" w:rsidTr="0026522A">
        <w:tc>
          <w:tcPr>
            <w:tcW w:w="2775" w:type="dxa"/>
          </w:tcPr>
          <w:p w14:paraId="03D04557" w14:textId="6C632990" w:rsidR="00F40575" w:rsidRDefault="00F40575" w:rsidP="00F40575">
            <w:proofErr w:type="spellStart"/>
            <w:r>
              <w:rPr>
                <w:rFonts w:cstheme="minorHAnsi"/>
              </w:rPr>
              <w:t>Szczotki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kanału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roboczego</w:t>
            </w:r>
            <w:proofErr w:type="spellEnd"/>
          </w:p>
        </w:tc>
        <w:tc>
          <w:tcPr>
            <w:tcW w:w="4052" w:type="dxa"/>
          </w:tcPr>
          <w:p w14:paraId="6800D951" w14:textId="13642561" w:rsidR="00F40575" w:rsidRDefault="00F40575" w:rsidP="00F40575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039DF9E8" w14:textId="77777777" w:rsidR="00F40575" w:rsidRDefault="00F40575" w:rsidP="00F40575"/>
        </w:tc>
      </w:tr>
      <w:tr w:rsidR="00F40575" w14:paraId="617B070E" w14:textId="77777777" w:rsidTr="0026522A">
        <w:tc>
          <w:tcPr>
            <w:tcW w:w="2775" w:type="dxa"/>
          </w:tcPr>
          <w:p w14:paraId="7CEFA4FB" w14:textId="68215B1B" w:rsidR="00F40575" w:rsidRDefault="00F40575" w:rsidP="00F40575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Ręczny</w:t>
            </w:r>
            <w:proofErr w:type="spellEnd"/>
            <w:r>
              <w:rPr>
                <w:rFonts w:cstheme="minorHAnsi"/>
              </w:rPr>
              <w:t xml:space="preserve"> tester </w:t>
            </w:r>
            <w:proofErr w:type="spellStart"/>
            <w:r>
              <w:rPr>
                <w:rFonts w:cstheme="minorHAnsi"/>
              </w:rPr>
              <w:t>szczelności</w:t>
            </w:r>
            <w:proofErr w:type="spellEnd"/>
          </w:p>
        </w:tc>
        <w:tc>
          <w:tcPr>
            <w:tcW w:w="4052" w:type="dxa"/>
          </w:tcPr>
          <w:p w14:paraId="10991B0F" w14:textId="77777777" w:rsidR="00F40575" w:rsidRDefault="00F40575" w:rsidP="00F40575"/>
        </w:tc>
        <w:tc>
          <w:tcPr>
            <w:tcW w:w="2029" w:type="dxa"/>
          </w:tcPr>
          <w:p w14:paraId="5CAFDB40" w14:textId="77777777" w:rsidR="00F40575" w:rsidRDefault="00F40575" w:rsidP="00F40575"/>
        </w:tc>
      </w:tr>
    </w:tbl>
    <w:p w14:paraId="3B3D960A" w14:textId="77777777" w:rsidR="00043C9C" w:rsidRDefault="00000000">
      <w:pPr>
        <w:pStyle w:val="Nagwek2"/>
      </w:pPr>
      <w:r>
        <w:t xml:space="preserve">13. </w:t>
      </w:r>
      <w:proofErr w:type="spellStart"/>
      <w:r>
        <w:t>Wideokolonoskop</w:t>
      </w:r>
      <w:proofErr w:type="spellEnd"/>
      <w:r>
        <w:t xml:space="preserve"> – 2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788"/>
        <w:gridCol w:w="3813"/>
        <w:gridCol w:w="2029"/>
      </w:tblGrid>
      <w:tr w:rsidR="00043C9C" w14:paraId="6CC82262" w14:textId="77777777" w:rsidTr="0026522A">
        <w:tc>
          <w:tcPr>
            <w:tcW w:w="2855" w:type="dxa"/>
          </w:tcPr>
          <w:p w14:paraId="44B1C929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3972" w:type="dxa"/>
          </w:tcPr>
          <w:p w14:paraId="737F0754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029" w:type="dxa"/>
          </w:tcPr>
          <w:p w14:paraId="6B490EC2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79A795D9" w14:textId="77777777" w:rsidTr="0026522A">
        <w:tc>
          <w:tcPr>
            <w:tcW w:w="2855" w:type="dxa"/>
          </w:tcPr>
          <w:p w14:paraId="54DBF7D2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3972" w:type="dxa"/>
          </w:tcPr>
          <w:p w14:paraId="15BF14A0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29" w:type="dxa"/>
          </w:tcPr>
          <w:p w14:paraId="5E86EFBA" w14:textId="77777777" w:rsidR="00043C9C" w:rsidRDefault="00043C9C"/>
        </w:tc>
      </w:tr>
      <w:tr w:rsidR="00043C9C" w14:paraId="38662FEA" w14:textId="77777777" w:rsidTr="0026522A">
        <w:tc>
          <w:tcPr>
            <w:tcW w:w="2855" w:type="dxa"/>
          </w:tcPr>
          <w:p w14:paraId="2D2C9986" w14:textId="77777777" w:rsidR="00043C9C" w:rsidRDefault="00000000">
            <w:r>
              <w:t>Producent</w:t>
            </w:r>
          </w:p>
        </w:tc>
        <w:tc>
          <w:tcPr>
            <w:tcW w:w="3972" w:type="dxa"/>
          </w:tcPr>
          <w:p w14:paraId="230A6E8A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29" w:type="dxa"/>
          </w:tcPr>
          <w:p w14:paraId="623F7B33" w14:textId="77777777" w:rsidR="00043C9C" w:rsidRDefault="00043C9C"/>
        </w:tc>
      </w:tr>
      <w:tr w:rsidR="00043C9C" w14:paraId="541CC4FC" w14:textId="77777777" w:rsidTr="0026522A">
        <w:tc>
          <w:tcPr>
            <w:tcW w:w="2855" w:type="dxa"/>
          </w:tcPr>
          <w:p w14:paraId="4348FC6C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3972" w:type="dxa"/>
          </w:tcPr>
          <w:p w14:paraId="6208A1F6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029" w:type="dxa"/>
          </w:tcPr>
          <w:p w14:paraId="003A3556" w14:textId="77777777" w:rsidR="00043C9C" w:rsidRDefault="00043C9C"/>
        </w:tc>
      </w:tr>
      <w:tr w:rsidR="00043C9C" w14:paraId="356B6C8C" w14:textId="77777777" w:rsidTr="0026522A">
        <w:tc>
          <w:tcPr>
            <w:tcW w:w="2855" w:type="dxa"/>
          </w:tcPr>
          <w:p w14:paraId="6EBDDFD9" w14:textId="0A2DBF92" w:rsidR="00043C9C" w:rsidRDefault="0026522A">
            <w:proofErr w:type="spellStart"/>
            <w:r>
              <w:t>Wideokolonoskop</w:t>
            </w:r>
            <w:proofErr w:type="spellEnd"/>
          </w:p>
        </w:tc>
        <w:tc>
          <w:tcPr>
            <w:tcW w:w="3972" w:type="dxa"/>
          </w:tcPr>
          <w:p w14:paraId="47D1B6CA" w14:textId="77777777" w:rsidR="0026522A" w:rsidRDefault="0026522A" w:rsidP="0026522A">
            <w:proofErr w:type="spellStart"/>
            <w:r>
              <w:t>Kąt</w:t>
            </w:r>
            <w:proofErr w:type="spellEnd"/>
            <w:r>
              <w:t xml:space="preserve"> </w:t>
            </w:r>
            <w:proofErr w:type="spellStart"/>
            <w:r>
              <w:t>obserwacji</w:t>
            </w:r>
            <w:proofErr w:type="spellEnd"/>
            <w:r>
              <w:t xml:space="preserve"> min. 1700</w:t>
            </w:r>
          </w:p>
          <w:p w14:paraId="535E314F" w14:textId="77777777" w:rsidR="0026522A" w:rsidRDefault="0026522A" w:rsidP="0026522A">
            <w:proofErr w:type="spellStart"/>
            <w:r>
              <w:t>Głębia</w:t>
            </w:r>
            <w:proofErr w:type="spellEnd"/>
            <w:r>
              <w:t xml:space="preserve"> </w:t>
            </w:r>
            <w:proofErr w:type="spellStart"/>
            <w:r>
              <w:t>ostrości</w:t>
            </w:r>
            <w:proofErr w:type="spellEnd"/>
            <w:r>
              <w:t xml:space="preserve"> min. 2-100 mm</w:t>
            </w:r>
          </w:p>
          <w:p w14:paraId="5F9679F1" w14:textId="77777777" w:rsidR="0026522A" w:rsidRDefault="0026522A" w:rsidP="0026522A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zewnętrzna</w:t>
            </w:r>
            <w:proofErr w:type="spellEnd"/>
            <w:r>
              <w:t xml:space="preserve"> </w:t>
            </w:r>
            <w:proofErr w:type="spellStart"/>
            <w:r>
              <w:t>wziernika</w:t>
            </w:r>
            <w:proofErr w:type="spellEnd"/>
            <w:r>
              <w:t xml:space="preserve"> max. 12,0 mm</w:t>
            </w:r>
          </w:p>
          <w:p w14:paraId="2AD0EF04" w14:textId="77777777" w:rsidR="0026522A" w:rsidRDefault="0026522A" w:rsidP="0026522A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zewnętrzna</w:t>
            </w:r>
            <w:proofErr w:type="spellEnd"/>
            <w:r>
              <w:t xml:space="preserve"> </w:t>
            </w:r>
            <w:proofErr w:type="spellStart"/>
            <w:r>
              <w:t>końcówki</w:t>
            </w:r>
            <w:proofErr w:type="spellEnd"/>
            <w:r>
              <w:t xml:space="preserve"> </w:t>
            </w:r>
            <w:proofErr w:type="spellStart"/>
            <w:r>
              <w:t>dystalnej</w:t>
            </w:r>
            <w:proofErr w:type="spellEnd"/>
            <w:r>
              <w:t xml:space="preserve"> max. 12,0 mm</w:t>
            </w:r>
          </w:p>
          <w:p w14:paraId="2C6E257A" w14:textId="77777777" w:rsidR="0026522A" w:rsidRDefault="0026522A" w:rsidP="0026522A">
            <w:proofErr w:type="spellStart"/>
            <w:r>
              <w:t>Długość</w:t>
            </w:r>
            <w:proofErr w:type="spellEnd"/>
            <w:r>
              <w:t xml:space="preserve"> </w:t>
            </w:r>
            <w:proofErr w:type="spellStart"/>
            <w:r>
              <w:t>robocza</w:t>
            </w:r>
            <w:proofErr w:type="spellEnd"/>
            <w:r>
              <w:t xml:space="preserve"> min. 1500 mm</w:t>
            </w:r>
          </w:p>
          <w:p w14:paraId="18A07591" w14:textId="77777777" w:rsidR="0026522A" w:rsidRDefault="0026522A" w:rsidP="0026522A">
            <w:proofErr w:type="spellStart"/>
            <w:r>
              <w:t>Średnica</w:t>
            </w:r>
            <w:proofErr w:type="spellEnd"/>
            <w:r>
              <w:t xml:space="preserve"> </w:t>
            </w:r>
            <w:proofErr w:type="spellStart"/>
            <w:r>
              <w:t>kanału</w:t>
            </w:r>
            <w:proofErr w:type="spellEnd"/>
            <w:r>
              <w:t xml:space="preserve"> </w:t>
            </w:r>
            <w:proofErr w:type="spellStart"/>
            <w:r>
              <w:t>roboczego</w:t>
            </w:r>
            <w:proofErr w:type="spellEnd"/>
            <w:r>
              <w:t>: min. 3,8 mm</w:t>
            </w:r>
          </w:p>
          <w:p w14:paraId="5ECAF0A6" w14:textId="77777777" w:rsidR="0026522A" w:rsidRDefault="0026522A" w:rsidP="0026522A">
            <w:proofErr w:type="spellStart"/>
            <w:r>
              <w:t>Kąt</w:t>
            </w:r>
            <w:proofErr w:type="spellEnd"/>
            <w:r>
              <w:t xml:space="preserve"> </w:t>
            </w:r>
            <w:proofErr w:type="spellStart"/>
            <w:r>
              <w:t>zagięcia</w:t>
            </w:r>
            <w:proofErr w:type="spellEnd"/>
            <w:r>
              <w:t xml:space="preserve"> </w:t>
            </w:r>
            <w:proofErr w:type="spellStart"/>
            <w:r>
              <w:t>końcówki</w:t>
            </w:r>
            <w:proofErr w:type="spellEnd"/>
            <w:r>
              <w:t xml:space="preserve"> </w:t>
            </w:r>
            <w:proofErr w:type="spellStart"/>
            <w:r>
              <w:t>endoskopu</w:t>
            </w:r>
            <w:proofErr w:type="spellEnd"/>
            <w:r>
              <w:t xml:space="preserve"> min.:</w:t>
            </w:r>
          </w:p>
          <w:p w14:paraId="2A7EFA41" w14:textId="77777777" w:rsidR="0026522A" w:rsidRDefault="0026522A" w:rsidP="0026522A">
            <w:r>
              <w:t xml:space="preserve">-w </w:t>
            </w:r>
            <w:proofErr w:type="spellStart"/>
            <w:r>
              <w:t>górę</w:t>
            </w:r>
            <w:proofErr w:type="spellEnd"/>
            <w:r>
              <w:t>.  1800</w:t>
            </w:r>
          </w:p>
          <w:p w14:paraId="6453634E" w14:textId="77777777" w:rsidR="0026522A" w:rsidRDefault="0026522A" w:rsidP="0026522A">
            <w:r>
              <w:t xml:space="preserve">-w </w:t>
            </w:r>
            <w:proofErr w:type="spellStart"/>
            <w:r>
              <w:t>dół</w:t>
            </w:r>
            <w:proofErr w:type="spellEnd"/>
            <w:r>
              <w:t>.  1800</w:t>
            </w:r>
          </w:p>
          <w:p w14:paraId="6E15A36A" w14:textId="77777777" w:rsidR="0026522A" w:rsidRDefault="0026522A" w:rsidP="0026522A">
            <w:r>
              <w:lastRenderedPageBreak/>
              <w:t xml:space="preserve">-w </w:t>
            </w:r>
            <w:proofErr w:type="spellStart"/>
            <w:r>
              <w:t>lewo</w:t>
            </w:r>
            <w:proofErr w:type="spellEnd"/>
            <w:r>
              <w:t xml:space="preserve"> 1600</w:t>
            </w:r>
          </w:p>
          <w:p w14:paraId="4F2B11EB" w14:textId="77777777" w:rsidR="0026522A" w:rsidRDefault="0026522A" w:rsidP="0026522A">
            <w:r>
              <w:t xml:space="preserve">-w </w:t>
            </w:r>
            <w:proofErr w:type="spellStart"/>
            <w:r>
              <w:t>prawo</w:t>
            </w:r>
            <w:proofErr w:type="spellEnd"/>
            <w:r>
              <w:t xml:space="preserve"> 1600</w:t>
            </w:r>
          </w:p>
          <w:p w14:paraId="425B3A50" w14:textId="77777777" w:rsidR="0026522A" w:rsidRDefault="0026522A" w:rsidP="0026522A">
            <w:proofErr w:type="spellStart"/>
            <w:r>
              <w:t>Dodatkowy</w:t>
            </w:r>
            <w:proofErr w:type="spellEnd"/>
            <w:r>
              <w:t xml:space="preserve"> </w:t>
            </w:r>
            <w:proofErr w:type="spellStart"/>
            <w:r>
              <w:t>kanał</w:t>
            </w:r>
            <w:proofErr w:type="spellEnd"/>
            <w:r>
              <w:t xml:space="preserve"> do </w:t>
            </w:r>
            <w:proofErr w:type="spellStart"/>
            <w:r>
              <w:t>spłukiwania</w:t>
            </w:r>
            <w:proofErr w:type="spellEnd"/>
            <w:r>
              <w:t xml:space="preserve"> </w:t>
            </w:r>
            <w:proofErr w:type="spellStart"/>
            <w:r>
              <w:t>pola</w:t>
            </w:r>
            <w:proofErr w:type="spellEnd"/>
            <w:r>
              <w:t xml:space="preserve"> (Water Jet)</w:t>
            </w:r>
          </w:p>
          <w:p w14:paraId="40D8F604" w14:textId="77777777" w:rsidR="0026522A" w:rsidRDefault="0026522A" w:rsidP="0026522A">
            <w:proofErr w:type="spellStart"/>
            <w:r>
              <w:t>Technologia</w:t>
            </w:r>
            <w:proofErr w:type="spellEnd"/>
            <w:r>
              <w:t xml:space="preserve"> – </w:t>
            </w:r>
            <w:proofErr w:type="spellStart"/>
            <w:r>
              <w:t>wbudowany</w:t>
            </w:r>
            <w:proofErr w:type="spellEnd"/>
            <w:r>
              <w:t xml:space="preserve"> </w:t>
            </w:r>
            <w:proofErr w:type="spellStart"/>
            <w:r>
              <w:t>przetwornik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CMOS</w:t>
            </w:r>
          </w:p>
          <w:p w14:paraId="5E62C0F5" w14:textId="77777777" w:rsidR="0026522A" w:rsidRDefault="0026522A" w:rsidP="0026522A">
            <w:proofErr w:type="spellStart"/>
            <w:r>
              <w:t>Aparat</w:t>
            </w:r>
            <w:proofErr w:type="spellEnd"/>
            <w:r>
              <w:t xml:space="preserve"> </w:t>
            </w:r>
            <w:proofErr w:type="spellStart"/>
            <w:r>
              <w:t>wyposażony</w:t>
            </w:r>
            <w:proofErr w:type="spellEnd"/>
            <w:r>
              <w:t xml:space="preserve"> w </w:t>
            </w:r>
            <w:proofErr w:type="spellStart"/>
            <w:r>
              <w:t>światłowody</w:t>
            </w:r>
            <w:proofErr w:type="spellEnd"/>
            <w:r>
              <w:t xml:space="preserve">, bez </w:t>
            </w:r>
            <w:proofErr w:type="spellStart"/>
            <w:r>
              <w:t>wbudowanych</w:t>
            </w:r>
            <w:proofErr w:type="spellEnd"/>
            <w:r>
              <w:t xml:space="preserve"> </w:t>
            </w:r>
            <w:proofErr w:type="spellStart"/>
            <w:r>
              <w:t>diod</w:t>
            </w:r>
            <w:proofErr w:type="spellEnd"/>
            <w:r>
              <w:t xml:space="preserve"> LED w </w:t>
            </w:r>
            <w:proofErr w:type="spellStart"/>
            <w:r>
              <w:t>końcówce</w:t>
            </w:r>
            <w:proofErr w:type="spellEnd"/>
            <w:r>
              <w:t xml:space="preserve"> </w:t>
            </w:r>
            <w:proofErr w:type="spellStart"/>
            <w:r>
              <w:t>dystalnej</w:t>
            </w:r>
            <w:proofErr w:type="spellEnd"/>
          </w:p>
          <w:p w14:paraId="0D91581D" w14:textId="77777777" w:rsidR="0026522A" w:rsidRDefault="0026522A" w:rsidP="0026522A">
            <w:proofErr w:type="spellStart"/>
            <w:r>
              <w:t>Cztery</w:t>
            </w:r>
            <w:proofErr w:type="spellEnd"/>
            <w:r>
              <w:t xml:space="preserve"> </w:t>
            </w:r>
            <w:proofErr w:type="spellStart"/>
            <w:r>
              <w:t>programowalne</w:t>
            </w:r>
            <w:proofErr w:type="spellEnd"/>
            <w:r>
              <w:t xml:space="preserve"> </w:t>
            </w:r>
            <w:proofErr w:type="spellStart"/>
            <w:r>
              <w:t>przyciski</w:t>
            </w:r>
            <w:proofErr w:type="spellEnd"/>
            <w:r>
              <w:t xml:space="preserve"> </w:t>
            </w:r>
            <w:proofErr w:type="spellStart"/>
            <w:r>
              <w:t>endoskopowe</w:t>
            </w:r>
            <w:proofErr w:type="spellEnd"/>
          </w:p>
          <w:p w14:paraId="1BEE1399" w14:textId="77777777" w:rsidR="0026522A" w:rsidRDefault="0026522A" w:rsidP="0026522A">
            <w:proofErr w:type="spellStart"/>
            <w:r>
              <w:t>Kompatybilny</w:t>
            </w:r>
            <w:proofErr w:type="spellEnd"/>
            <w:r>
              <w:t xml:space="preserve"> z </w:t>
            </w:r>
            <w:proofErr w:type="spellStart"/>
            <w:r>
              <w:t>trybem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BLI, LCI</w:t>
            </w:r>
          </w:p>
          <w:p w14:paraId="17729DDD" w14:textId="77777777" w:rsidR="0026522A" w:rsidRDefault="0026522A" w:rsidP="0026522A">
            <w:proofErr w:type="spellStart"/>
            <w:r>
              <w:t>Przekaz</w:t>
            </w:r>
            <w:proofErr w:type="spellEnd"/>
            <w:r>
              <w:t xml:space="preserve"> </w:t>
            </w:r>
            <w:proofErr w:type="spellStart"/>
            <w:r>
              <w:t>sygnału</w:t>
            </w:r>
            <w:proofErr w:type="spellEnd"/>
            <w:r>
              <w:t xml:space="preserve"> z </w:t>
            </w:r>
            <w:proofErr w:type="spellStart"/>
            <w:r>
              <w:t>kamery</w:t>
            </w:r>
            <w:proofErr w:type="spellEnd"/>
            <w:r>
              <w:t xml:space="preserve"> </w:t>
            </w:r>
            <w:proofErr w:type="spellStart"/>
            <w:r>
              <w:t>endoskopu</w:t>
            </w:r>
            <w:proofErr w:type="spellEnd"/>
            <w:r>
              <w:t xml:space="preserve"> do </w:t>
            </w:r>
            <w:proofErr w:type="spellStart"/>
            <w:r>
              <w:t>procesora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</w:t>
            </w:r>
            <w:proofErr w:type="spellStart"/>
            <w:r>
              <w:t>złączem</w:t>
            </w:r>
            <w:proofErr w:type="spellEnd"/>
            <w:r>
              <w:t xml:space="preserve"> </w:t>
            </w:r>
            <w:proofErr w:type="spellStart"/>
            <w:r>
              <w:t>optycznym</w:t>
            </w:r>
            <w:proofErr w:type="spellEnd"/>
            <w:r>
              <w:t xml:space="preserve"> – </w:t>
            </w:r>
            <w:proofErr w:type="spellStart"/>
            <w:r>
              <w:t>brak</w:t>
            </w:r>
            <w:proofErr w:type="spellEnd"/>
            <w:r>
              <w:t xml:space="preserve"> </w:t>
            </w:r>
            <w:proofErr w:type="spellStart"/>
            <w:r>
              <w:t>elektrycznego</w:t>
            </w:r>
            <w:proofErr w:type="spellEnd"/>
            <w:r>
              <w:t xml:space="preserve"> </w:t>
            </w:r>
            <w:proofErr w:type="spellStart"/>
            <w:r>
              <w:t>podłączenia</w:t>
            </w:r>
            <w:proofErr w:type="spellEnd"/>
            <w:r>
              <w:t xml:space="preserve"> </w:t>
            </w:r>
            <w:proofErr w:type="spellStart"/>
            <w:r>
              <w:t>endoskop</w:t>
            </w:r>
            <w:proofErr w:type="spellEnd"/>
            <w:r>
              <w:t xml:space="preserve"> – </w:t>
            </w:r>
            <w:proofErr w:type="spellStart"/>
            <w:r>
              <w:t>procesor</w:t>
            </w:r>
            <w:proofErr w:type="spellEnd"/>
          </w:p>
          <w:p w14:paraId="231EF37D" w14:textId="77777777" w:rsidR="0026522A" w:rsidRDefault="0026522A" w:rsidP="0026522A">
            <w:proofErr w:type="spellStart"/>
            <w:r>
              <w:t>Aparat</w:t>
            </w:r>
            <w:proofErr w:type="spellEnd"/>
            <w:r>
              <w:t xml:space="preserve"> w </w:t>
            </w:r>
            <w:proofErr w:type="spellStart"/>
            <w:r>
              <w:t>pełni</w:t>
            </w:r>
            <w:proofErr w:type="spellEnd"/>
            <w:r>
              <w:t xml:space="preserve"> </w:t>
            </w:r>
            <w:proofErr w:type="spellStart"/>
            <w:r>
              <w:t>zanurzalny</w:t>
            </w:r>
            <w:proofErr w:type="spellEnd"/>
            <w:r>
              <w:t xml:space="preserve">,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wymagający</w:t>
            </w:r>
            <w:proofErr w:type="spellEnd"/>
            <w:r>
              <w:t xml:space="preserve"> </w:t>
            </w:r>
            <w:proofErr w:type="spellStart"/>
            <w:r>
              <w:t>nakładek</w:t>
            </w:r>
            <w:proofErr w:type="spellEnd"/>
            <w:r>
              <w:t xml:space="preserve"> </w:t>
            </w:r>
            <w:proofErr w:type="spellStart"/>
            <w:r>
              <w:t>uszczelniających</w:t>
            </w:r>
            <w:proofErr w:type="spellEnd"/>
          </w:p>
          <w:p w14:paraId="756FD1D5" w14:textId="77777777" w:rsidR="0026522A" w:rsidRDefault="0026522A" w:rsidP="0026522A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konektora</w:t>
            </w:r>
            <w:proofErr w:type="spellEnd"/>
            <w:r>
              <w:t xml:space="preserve"> – </w:t>
            </w:r>
            <w:proofErr w:type="spellStart"/>
            <w:r>
              <w:t>jednogniazdowy</w:t>
            </w:r>
            <w:proofErr w:type="spellEnd"/>
          </w:p>
          <w:p w14:paraId="5DD1C6E6" w14:textId="77777777" w:rsidR="0026522A" w:rsidRDefault="0026522A" w:rsidP="0026522A">
            <w:proofErr w:type="spellStart"/>
            <w:r>
              <w:t>Regulowana</w:t>
            </w:r>
            <w:proofErr w:type="spellEnd"/>
            <w:r>
              <w:t xml:space="preserve"> </w:t>
            </w:r>
            <w:proofErr w:type="spellStart"/>
            <w:r>
              <w:t>manualnie</w:t>
            </w:r>
            <w:proofErr w:type="spellEnd"/>
            <w:r>
              <w:t xml:space="preserve"> </w:t>
            </w:r>
            <w:proofErr w:type="spellStart"/>
            <w:r>
              <w:t>sztywność</w:t>
            </w:r>
            <w:proofErr w:type="spellEnd"/>
            <w:r>
              <w:t xml:space="preserve">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wziernikowej</w:t>
            </w:r>
            <w:proofErr w:type="spellEnd"/>
            <w:r>
              <w:t xml:space="preserve"> </w:t>
            </w:r>
            <w:proofErr w:type="spellStart"/>
            <w:r>
              <w:t>pierścieniem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rękojeści</w:t>
            </w:r>
            <w:proofErr w:type="spellEnd"/>
            <w:r>
              <w:t xml:space="preserve"> </w:t>
            </w:r>
            <w:proofErr w:type="spellStart"/>
            <w:r>
              <w:t>endoskopu</w:t>
            </w:r>
            <w:proofErr w:type="spellEnd"/>
          </w:p>
          <w:p w14:paraId="05416A11" w14:textId="6B7BF369" w:rsidR="00043C9C" w:rsidRDefault="0026522A" w:rsidP="0026522A">
            <w:proofErr w:type="spellStart"/>
            <w:r>
              <w:t>Bezpośrednie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bezpieczne</w:t>
            </w:r>
            <w:proofErr w:type="spellEnd"/>
            <w:r>
              <w:t xml:space="preserve"> </w:t>
            </w:r>
            <w:proofErr w:type="spellStart"/>
            <w:r>
              <w:t>podłączenie</w:t>
            </w:r>
            <w:proofErr w:type="spellEnd"/>
            <w:r>
              <w:t xml:space="preserve"> do </w:t>
            </w:r>
            <w:proofErr w:type="spellStart"/>
            <w:r>
              <w:t>posiadanego</w:t>
            </w:r>
            <w:proofErr w:type="spellEnd"/>
            <w:r>
              <w:t xml:space="preserve"> </w:t>
            </w:r>
            <w:proofErr w:type="spellStart"/>
            <w:r>
              <w:t>videoprocesora</w:t>
            </w:r>
            <w:proofErr w:type="spellEnd"/>
            <w:r>
              <w:t xml:space="preserve"> EP-6000. </w:t>
            </w:r>
            <w:proofErr w:type="spellStart"/>
            <w:r>
              <w:t>Kompatybilny</w:t>
            </w:r>
            <w:proofErr w:type="spellEnd"/>
            <w:r>
              <w:t xml:space="preserve"> z </w:t>
            </w:r>
            <w:proofErr w:type="spellStart"/>
            <w:r>
              <w:t>kolumną</w:t>
            </w:r>
            <w:proofErr w:type="spellEnd"/>
            <w:r>
              <w:t xml:space="preserve"> </w:t>
            </w:r>
            <w:proofErr w:type="spellStart"/>
            <w:r>
              <w:t>ednoskopową</w:t>
            </w:r>
            <w:proofErr w:type="spellEnd"/>
            <w:r>
              <w:t xml:space="preserve"> </w:t>
            </w:r>
            <w:proofErr w:type="spellStart"/>
            <w:r>
              <w:t>zamawiającego</w:t>
            </w:r>
            <w:proofErr w:type="spellEnd"/>
          </w:p>
        </w:tc>
        <w:tc>
          <w:tcPr>
            <w:tcW w:w="2029" w:type="dxa"/>
          </w:tcPr>
          <w:p w14:paraId="398EC6BF" w14:textId="77777777" w:rsidR="00043C9C" w:rsidRDefault="00043C9C"/>
        </w:tc>
      </w:tr>
      <w:tr w:rsidR="00043C9C" w14:paraId="38B2A4D2" w14:textId="77777777" w:rsidTr="0026522A">
        <w:tc>
          <w:tcPr>
            <w:tcW w:w="2855" w:type="dxa"/>
          </w:tcPr>
          <w:p w14:paraId="2961AC0F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3972" w:type="dxa"/>
          </w:tcPr>
          <w:p w14:paraId="2312935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029" w:type="dxa"/>
          </w:tcPr>
          <w:p w14:paraId="1AAB4CEB" w14:textId="77777777" w:rsidR="00043C9C" w:rsidRDefault="00043C9C"/>
        </w:tc>
      </w:tr>
      <w:tr w:rsidR="00043C9C" w14:paraId="39463875" w14:textId="77777777" w:rsidTr="0026522A">
        <w:tc>
          <w:tcPr>
            <w:tcW w:w="2855" w:type="dxa"/>
          </w:tcPr>
          <w:p w14:paraId="3869D0C6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3972" w:type="dxa"/>
          </w:tcPr>
          <w:p w14:paraId="4E7B1684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029" w:type="dxa"/>
          </w:tcPr>
          <w:p w14:paraId="631BB6F1" w14:textId="77777777" w:rsidR="00043C9C" w:rsidRDefault="00043C9C"/>
        </w:tc>
      </w:tr>
      <w:tr w:rsidR="00043C9C" w14:paraId="71B0BA07" w14:textId="77777777" w:rsidTr="0026522A">
        <w:tc>
          <w:tcPr>
            <w:tcW w:w="2855" w:type="dxa"/>
          </w:tcPr>
          <w:p w14:paraId="55F0B279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3972" w:type="dxa"/>
          </w:tcPr>
          <w:p w14:paraId="0DFBC139" w14:textId="0CAEB3C8" w:rsidR="00043C9C" w:rsidRDefault="00000000">
            <w:r>
              <w:t xml:space="preserve">Min. </w:t>
            </w:r>
            <w:r w:rsidR="006B2FF0">
              <w:t>60</w:t>
            </w:r>
            <w:r>
              <w:t xml:space="preserve"> </w:t>
            </w:r>
            <w:proofErr w:type="spellStart"/>
            <w:r>
              <w:t>miesiąc</w:t>
            </w:r>
            <w:r w:rsidR="006B2FF0">
              <w:t>y</w:t>
            </w:r>
            <w:proofErr w:type="spellEnd"/>
          </w:p>
        </w:tc>
        <w:tc>
          <w:tcPr>
            <w:tcW w:w="2029" w:type="dxa"/>
          </w:tcPr>
          <w:p w14:paraId="0E306574" w14:textId="77777777" w:rsidR="00043C9C" w:rsidRDefault="00043C9C"/>
        </w:tc>
      </w:tr>
      <w:tr w:rsidR="00982A59" w14:paraId="08DA03C2" w14:textId="77777777" w:rsidTr="0026522A">
        <w:tc>
          <w:tcPr>
            <w:tcW w:w="2855" w:type="dxa"/>
          </w:tcPr>
          <w:p w14:paraId="26DB8779" w14:textId="287AE922" w:rsidR="00982A59" w:rsidRDefault="00982A59" w:rsidP="00982A59">
            <w:proofErr w:type="spellStart"/>
            <w:r>
              <w:rPr>
                <w:rFonts w:cstheme="minorHAnsi"/>
              </w:rPr>
              <w:t>Walizki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transportowe</w:t>
            </w:r>
            <w:proofErr w:type="spellEnd"/>
          </w:p>
        </w:tc>
        <w:tc>
          <w:tcPr>
            <w:tcW w:w="3972" w:type="dxa"/>
          </w:tcPr>
          <w:p w14:paraId="4EE8F5DD" w14:textId="6A1CF380" w:rsidR="00982A59" w:rsidRDefault="00F40575" w:rsidP="00982A59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5A2CEF02" w14:textId="77777777" w:rsidR="00982A59" w:rsidRDefault="00982A59" w:rsidP="00982A59"/>
        </w:tc>
      </w:tr>
      <w:tr w:rsidR="00982A59" w14:paraId="11B863E5" w14:textId="77777777" w:rsidTr="0026522A">
        <w:tc>
          <w:tcPr>
            <w:tcW w:w="2855" w:type="dxa"/>
          </w:tcPr>
          <w:p w14:paraId="3B1E8CAF" w14:textId="69DD10F2" w:rsidR="00982A59" w:rsidRDefault="00982A59" w:rsidP="00982A59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Adaptery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mycia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wstępnego</w:t>
            </w:r>
            <w:proofErr w:type="spellEnd"/>
          </w:p>
        </w:tc>
        <w:tc>
          <w:tcPr>
            <w:tcW w:w="3972" w:type="dxa"/>
          </w:tcPr>
          <w:p w14:paraId="1E07E6A6" w14:textId="2BB548C8" w:rsidR="00982A59" w:rsidRDefault="00F40575" w:rsidP="00982A59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30283650" w14:textId="77777777" w:rsidR="00982A59" w:rsidRDefault="00982A59" w:rsidP="00982A59"/>
        </w:tc>
      </w:tr>
      <w:tr w:rsidR="00982A59" w14:paraId="389E6DAC" w14:textId="77777777" w:rsidTr="0026522A">
        <w:tc>
          <w:tcPr>
            <w:tcW w:w="2855" w:type="dxa"/>
          </w:tcPr>
          <w:p w14:paraId="244E7F1A" w14:textId="30E2216C" w:rsidR="00982A59" w:rsidRDefault="00982A59" w:rsidP="00982A59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Szafa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przechowywania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endoskopów</w:t>
            </w:r>
            <w:proofErr w:type="spellEnd"/>
            <w:r>
              <w:rPr>
                <w:rFonts w:cstheme="minorHAnsi"/>
              </w:rPr>
              <w:t xml:space="preserve"> w </w:t>
            </w:r>
            <w:proofErr w:type="spellStart"/>
            <w:r>
              <w:rPr>
                <w:rFonts w:cstheme="minorHAnsi"/>
              </w:rPr>
              <w:t>warunkach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czystości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mikrobiologicznej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przez</w:t>
            </w:r>
            <w:proofErr w:type="spellEnd"/>
            <w:r>
              <w:rPr>
                <w:rFonts w:cstheme="minorHAnsi"/>
              </w:rPr>
              <w:t xml:space="preserve"> min. 72h</w:t>
            </w:r>
          </w:p>
        </w:tc>
        <w:tc>
          <w:tcPr>
            <w:tcW w:w="3972" w:type="dxa"/>
          </w:tcPr>
          <w:p w14:paraId="726EBFBD" w14:textId="552C32D2" w:rsidR="00982A59" w:rsidRDefault="00F40575" w:rsidP="00982A59">
            <w:r>
              <w:t xml:space="preserve">1 </w:t>
            </w:r>
            <w:proofErr w:type="spellStart"/>
            <w:r>
              <w:t>szt</w:t>
            </w:r>
            <w:proofErr w:type="spellEnd"/>
            <w:r>
              <w:t xml:space="preserve">. </w:t>
            </w:r>
          </w:p>
        </w:tc>
        <w:tc>
          <w:tcPr>
            <w:tcW w:w="2029" w:type="dxa"/>
          </w:tcPr>
          <w:p w14:paraId="1DBEB7D0" w14:textId="77777777" w:rsidR="00982A59" w:rsidRDefault="00982A59" w:rsidP="00982A59"/>
        </w:tc>
      </w:tr>
      <w:tr w:rsidR="00982A59" w14:paraId="2568B27C" w14:textId="77777777" w:rsidTr="0026522A">
        <w:tc>
          <w:tcPr>
            <w:tcW w:w="2855" w:type="dxa"/>
          </w:tcPr>
          <w:p w14:paraId="678EE17D" w14:textId="3C9405EE" w:rsidR="00982A59" w:rsidRDefault="00982A59" w:rsidP="00982A59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Szczotki</w:t>
            </w:r>
            <w:proofErr w:type="spellEnd"/>
            <w:r>
              <w:rPr>
                <w:rFonts w:cstheme="minorHAnsi"/>
              </w:rPr>
              <w:t xml:space="preserve"> do </w:t>
            </w:r>
            <w:proofErr w:type="spellStart"/>
            <w:r>
              <w:rPr>
                <w:rFonts w:cstheme="minorHAnsi"/>
              </w:rPr>
              <w:t>kanału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roboczego</w:t>
            </w:r>
            <w:proofErr w:type="spellEnd"/>
          </w:p>
        </w:tc>
        <w:tc>
          <w:tcPr>
            <w:tcW w:w="3972" w:type="dxa"/>
          </w:tcPr>
          <w:p w14:paraId="6F6D6F78" w14:textId="114774C9" w:rsidR="00982A59" w:rsidRDefault="00F40575" w:rsidP="00982A59">
            <w:proofErr w:type="spellStart"/>
            <w:r>
              <w:t>Zestaw</w:t>
            </w:r>
            <w:proofErr w:type="spellEnd"/>
          </w:p>
        </w:tc>
        <w:tc>
          <w:tcPr>
            <w:tcW w:w="2029" w:type="dxa"/>
          </w:tcPr>
          <w:p w14:paraId="545A407C" w14:textId="77777777" w:rsidR="00982A59" w:rsidRDefault="00982A59" w:rsidP="00982A59"/>
        </w:tc>
      </w:tr>
    </w:tbl>
    <w:p w14:paraId="23DD82CD" w14:textId="77777777" w:rsidR="00043C9C" w:rsidRDefault="00000000">
      <w:pPr>
        <w:pStyle w:val="Nagwek2"/>
      </w:pPr>
      <w:r>
        <w:t xml:space="preserve">14. </w:t>
      </w:r>
      <w:proofErr w:type="spellStart"/>
      <w:r>
        <w:t>Stół</w:t>
      </w:r>
      <w:proofErr w:type="spellEnd"/>
      <w:r>
        <w:t xml:space="preserve"> </w:t>
      </w:r>
      <w:proofErr w:type="spellStart"/>
      <w:r>
        <w:t>zabiegowy</w:t>
      </w:r>
      <w:proofErr w:type="spellEnd"/>
      <w:r>
        <w:t xml:space="preserve"> – 2 </w:t>
      </w:r>
      <w:proofErr w:type="spellStart"/>
      <w:r>
        <w:t>szt</w:t>
      </w:r>
      <w:proofErr w:type="spellEnd"/>
      <w:r>
        <w:t>.</w:t>
      </w:r>
    </w:p>
    <w:tbl>
      <w:tblPr>
        <w:tblW w:w="9781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8"/>
        <w:gridCol w:w="2552"/>
      </w:tblGrid>
      <w:tr w:rsidR="004D1A80" w:rsidRPr="004D1A80" w14:paraId="31DE95F9" w14:textId="77777777" w:rsidTr="00F772FC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E6DA" w14:textId="6F01492D" w:rsidR="004D1A80" w:rsidRPr="004D1A80" w:rsidRDefault="004D1A80" w:rsidP="004D1A80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val="pl-PL" w:eastAsia="pl-PL"/>
              </w:rPr>
            </w:pPr>
            <w:proofErr w:type="spellStart"/>
            <w:r w:rsidRPr="004D1A80">
              <w:t>Parametr</w:t>
            </w:r>
            <w:proofErr w:type="spellEnd"/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58258" w14:textId="77777777" w:rsidR="004D1A80" w:rsidRDefault="004D1A80" w:rsidP="004D1A80">
            <w:pPr>
              <w:spacing w:after="0" w:line="240" w:lineRule="auto"/>
              <w:jc w:val="center"/>
            </w:pPr>
          </w:p>
          <w:p w14:paraId="2FAB1462" w14:textId="4E6DF7BA" w:rsidR="004D1A80" w:rsidRPr="004D1A80" w:rsidRDefault="004D1A80" w:rsidP="004D1A80">
            <w:pPr>
              <w:spacing w:after="0" w:line="240" w:lineRule="auto"/>
              <w:jc w:val="center"/>
              <w:rPr>
                <w:rFonts w:eastAsia="Times New Roman" w:cs="Times New Roman"/>
                <w:b/>
                <w:lang w:val="pl-PL" w:eastAsia="pl-PL"/>
              </w:rPr>
            </w:pPr>
            <w:proofErr w:type="spellStart"/>
            <w:r w:rsidRPr="004D1A80">
              <w:t>Wymaganie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CF9D" w14:textId="20AE1D9C" w:rsidR="004D1A80" w:rsidRPr="004D1A80" w:rsidRDefault="004D1A80" w:rsidP="004D1A80">
            <w:pPr>
              <w:spacing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  <w:proofErr w:type="spellStart"/>
            <w:r w:rsidRPr="004D1A80">
              <w:t>Spełnia</w:t>
            </w:r>
            <w:proofErr w:type="spellEnd"/>
            <w:r w:rsidRPr="004D1A80">
              <w:t xml:space="preserve"> (TAK/NIE/PODAĆ)</w:t>
            </w:r>
          </w:p>
        </w:tc>
      </w:tr>
      <w:tr w:rsidR="004D1A80" w:rsidRPr="004D1A80" w14:paraId="67FB4159" w14:textId="77777777" w:rsidTr="00F772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395C5" w14:textId="56660244" w:rsidR="004D1A80" w:rsidRPr="004D1A80" w:rsidRDefault="004D1A80" w:rsidP="004D1A80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t xml:space="preserve">Nazwa </w:t>
            </w:r>
            <w:proofErr w:type="spellStart"/>
            <w:r w:rsidRPr="004D1A80">
              <w:t>produktu</w:t>
            </w:r>
            <w:proofErr w:type="spellEnd"/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56F65" w14:textId="2271E06B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  <w:proofErr w:type="spellStart"/>
            <w:r w:rsidRPr="004D1A80">
              <w:t>Podać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F64CF" w14:textId="77777777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</w:p>
        </w:tc>
      </w:tr>
      <w:tr w:rsidR="004D1A80" w:rsidRPr="004D1A80" w14:paraId="6D9015D9" w14:textId="77777777" w:rsidTr="00F772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C0C00" w14:textId="05BB2A10" w:rsidR="004D1A80" w:rsidRPr="004D1A80" w:rsidRDefault="004D1A80" w:rsidP="004D1A80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t>Producent</w:t>
            </w:r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52EDF" w14:textId="78495C56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  <w:proofErr w:type="spellStart"/>
            <w:r w:rsidRPr="004D1A80">
              <w:t>Podać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3F6CF" w14:textId="77777777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</w:p>
        </w:tc>
      </w:tr>
      <w:tr w:rsidR="004D1A80" w:rsidRPr="004D1A80" w14:paraId="20063154" w14:textId="77777777" w:rsidTr="00F772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07B60" w14:textId="316835BF" w:rsidR="004D1A80" w:rsidRPr="004D1A80" w:rsidRDefault="004D1A80" w:rsidP="004D1A80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t xml:space="preserve">Rok </w:t>
            </w:r>
            <w:proofErr w:type="spellStart"/>
            <w:r w:rsidRPr="004D1A80">
              <w:t>produkcji</w:t>
            </w:r>
            <w:proofErr w:type="spellEnd"/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9D3E4" w14:textId="05E2A673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  <w:r w:rsidRPr="004D1A80">
              <w:t xml:space="preserve">Min. 2025, </w:t>
            </w:r>
            <w:proofErr w:type="spellStart"/>
            <w:r w:rsidRPr="004D1A80">
              <w:t>fabrycznie</w:t>
            </w:r>
            <w:proofErr w:type="spellEnd"/>
            <w:r w:rsidRPr="004D1A80">
              <w:t xml:space="preserve"> </w:t>
            </w:r>
            <w:proofErr w:type="spellStart"/>
            <w:r w:rsidRPr="004D1A80">
              <w:t>nowy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28647" w14:textId="77777777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</w:p>
        </w:tc>
      </w:tr>
      <w:tr w:rsidR="00F772FC" w:rsidRPr="00F772FC" w14:paraId="5177FA06" w14:textId="77777777" w:rsidTr="00F772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6761F" w14:textId="5AD24886" w:rsidR="00F772FC" w:rsidRPr="00F772FC" w:rsidRDefault="00F772FC" w:rsidP="004D1A80">
            <w:pPr>
              <w:spacing w:before="60" w:after="0" w:line="240" w:lineRule="auto"/>
            </w:pPr>
            <w:proofErr w:type="spellStart"/>
            <w:r w:rsidRPr="00F772FC">
              <w:lastRenderedPageBreak/>
              <w:t>Stół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zabiegowy</w:t>
            </w:r>
            <w:proofErr w:type="spellEnd"/>
            <w:r>
              <w:t xml:space="preserve"> – 2 </w:t>
            </w:r>
            <w:proofErr w:type="spellStart"/>
            <w:r>
              <w:t>szt</w:t>
            </w:r>
            <w:proofErr w:type="spellEnd"/>
            <w:r>
              <w:t>.</w:t>
            </w:r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7EEC9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Stół</w:t>
            </w:r>
            <w:proofErr w:type="spellEnd"/>
            <w:r w:rsidRPr="00F772FC">
              <w:t xml:space="preserve"> do </w:t>
            </w:r>
            <w:proofErr w:type="spellStart"/>
            <w:r w:rsidRPr="00F772FC">
              <w:t>zabiegów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opatrunkowych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i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operacji</w:t>
            </w:r>
            <w:proofErr w:type="spellEnd"/>
          </w:p>
          <w:p w14:paraId="4A709320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Długość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stołu</w:t>
            </w:r>
            <w:proofErr w:type="spellEnd"/>
            <w:r w:rsidRPr="00F772FC">
              <w:t xml:space="preserve"> : 2050 mm (±30 mm )</w:t>
            </w:r>
          </w:p>
          <w:p w14:paraId="5BC90100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Całkowita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szerokość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blatu</w:t>
            </w:r>
            <w:proofErr w:type="spellEnd"/>
            <w:r w:rsidRPr="00F772FC">
              <w:t xml:space="preserve"> : 680 mm </w:t>
            </w:r>
          </w:p>
          <w:p w14:paraId="493836B0" w14:textId="77777777" w:rsidR="00F772FC" w:rsidRPr="00F772FC" w:rsidRDefault="00F772FC" w:rsidP="00543B8C">
            <w:pPr>
              <w:spacing w:before="60" w:after="0" w:line="240" w:lineRule="auto"/>
            </w:pPr>
            <w:r w:rsidRPr="00F772FC">
              <w:t>( ± 30 mm )</w:t>
            </w:r>
          </w:p>
          <w:p w14:paraId="0C96E80A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wysokości</w:t>
            </w:r>
            <w:proofErr w:type="spellEnd"/>
            <w:r w:rsidRPr="00F772FC">
              <w:t xml:space="preserve"> (bez </w:t>
            </w:r>
            <w:proofErr w:type="spellStart"/>
            <w:r w:rsidRPr="00F772FC">
              <w:t>materaca</w:t>
            </w:r>
            <w:proofErr w:type="spellEnd"/>
            <w:r w:rsidRPr="00F772FC">
              <w:t>) : 670 do 1000 mm ( ± 30 mm )</w:t>
            </w:r>
          </w:p>
          <w:p w14:paraId="145082E7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oparcia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pleców</w:t>
            </w:r>
            <w:proofErr w:type="spellEnd"/>
            <w:r w:rsidRPr="00F772FC">
              <w:t xml:space="preserve">: - 450 do 850  </w:t>
            </w:r>
          </w:p>
          <w:p w14:paraId="6FBAA564" w14:textId="77777777" w:rsidR="00F772FC" w:rsidRPr="00F772FC" w:rsidRDefault="00F772FC" w:rsidP="00543B8C">
            <w:pPr>
              <w:spacing w:before="60" w:after="0" w:line="240" w:lineRule="auto"/>
            </w:pPr>
            <w:r w:rsidRPr="00F772FC">
              <w:t>( ± 50 )</w:t>
            </w:r>
          </w:p>
          <w:p w14:paraId="6667E67C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podgłówka</w:t>
            </w:r>
            <w:proofErr w:type="spellEnd"/>
            <w:r w:rsidRPr="00F772FC">
              <w:t xml:space="preserve">: - 650 </w:t>
            </w:r>
            <w:proofErr w:type="spellStart"/>
            <w:r w:rsidRPr="00F772FC">
              <w:t>do</w:t>
            </w:r>
            <w:proofErr w:type="spellEnd"/>
            <w:r w:rsidRPr="00F772FC">
              <w:t xml:space="preserve"> 500  ( ± 50 )</w:t>
            </w:r>
          </w:p>
          <w:p w14:paraId="3B02184F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Przechył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Trendelenburga</w:t>
            </w:r>
            <w:proofErr w:type="spellEnd"/>
            <w:r w:rsidRPr="00F772FC">
              <w:t xml:space="preserve"> : 250  ( ± 50 )</w:t>
            </w:r>
          </w:p>
          <w:p w14:paraId="5A6B72CD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Przechył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anty-Trendelenburga</w:t>
            </w:r>
            <w:proofErr w:type="spellEnd"/>
            <w:r w:rsidRPr="00F772FC">
              <w:t xml:space="preserve"> : 250  (± 50 )</w:t>
            </w:r>
          </w:p>
          <w:p w14:paraId="67201616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Przechył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boczny</w:t>
            </w:r>
            <w:proofErr w:type="spellEnd"/>
            <w:r w:rsidRPr="00F772FC">
              <w:t xml:space="preserve"> w </w:t>
            </w:r>
            <w:proofErr w:type="spellStart"/>
            <w:r w:rsidRPr="00F772FC">
              <w:t>obie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strony</w:t>
            </w:r>
            <w:proofErr w:type="spellEnd"/>
            <w:r w:rsidRPr="00F772FC">
              <w:t xml:space="preserve"> po : </w:t>
            </w:r>
          </w:p>
          <w:p w14:paraId="54FC2E3F" w14:textId="77777777" w:rsidR="00F772FC" w:rsidRPr="00F772FC" w:rsidRDefault="00F772FC" w:rsidP="00543B8C">
            <w:pPr>
              <w:spacing w:before="60" w:after="0" w:line="240" w:lineRule="auto"/>
            </w:pPr>
            <w:r w:rsidRPr="00F772FC">
              <w:t>25° (± 50 )</w:t>
            </w:r>
          </w:p>
          <w:p w14:paraId="69870212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kąta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nachylenia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podnóżka</w:t>
            </w:r>
            <w:proofErr w:type="spellEnd"/>
            <w:r w:rsidRPr="00F772FC">
              <w:t xml:space="preserve"> :</w:t>
            </w:r>
          </w:p>
          <w:p w14:paraId="6B0D32F5" w14:textId="77777777" w:rsidR="00F772FC" w:rsidRPr="00F772FC" w:rsidRDefault="00F772FC" w:rsidP="00543B8C">
            <w:pPr>
              <w:spacing w:before="60" w:after="0" w:line="240" w:lineRule="auto"/>
            </w:pPr>
            <w:r w:rsidRPr="00F772FC">
              <w:t xml:space="preserve"> - 900 </w:t>
            </w:r>
            <w:proofErr w:type="spellStart"/>
            <w:r w:rsidRPr="00F772FC">
              <w:t>do</w:t>
            </w:r>
            <w:proofErr w:type="spellEnd"/>
            <w:r w:rsidRPr="00F772FC">
              <w:t xml:space="preserve"> 250 (± 50 )</w:t>
            </w:r>
          </w:p>
          <w:p w14:paraId="43E0B953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wysokości</w:t>
            </w:r>
            <w:proofErr w:type="spellEnd"/>
            <w:r w:rsidRPr="00F772FC">
              <w:t xml:space="preserve">, </w:t>
            </w:r>
            <w:proofErr w:type="spellStart"/>
            <w:r w:rsidRPr="00F772FC">
              <w:t>przechyłów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wzdłużnych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oraz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bocznych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blatu</w:t>
            </w:r>
            <w:proofErr w:type="spellEnd"/>
            <w:r w:rsidRPr="00F772FC">
              <w:t xml:space="preserve"> za </w:t>
            </w:r>
            <w:proofErr w:type="spellStart"/>
            <w:r w:rsidRPr="00F772FC">
              <w:t>pomocą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siłowników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elektrycznych</w:t>
            </w:r>
            <w:proofErr w:type="spellEnd"/>
            <w:r w:rsidRPr="00F772FC">
              <w:t xml:space="preserve">. </w:t>
            </w:r>
            <w:proofErr w:type="spellStart"/>
            <w:r w:rsidRPr="00F772FC">
              <w:t>Sterowanie</w:t>
            </w:r>
            <w:proofErr w:type="spellEnd"/>
            <w:r w:rsidRPr="00F772FC">
              <w:t xml:space="preserve"> z </w:t>
            </w:r>
            <w:proofErr w:type="spellStart"/>
            <w:r w:rsidRPr="00F772FC">
              <w:t>ręcznego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pilota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przewodowego</w:t>
            </w:r>
            <w:proofErr w:type="spellEnd"/>
            <w:r w:rsidRPr="00F772FC">
              <w:t xml:space="preserve">. </w:t>
            </w:r>
          </w:p>
          <w:p w14:paraId="1F32788D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Ręczny</w:t>
            </w:r>
            <w:proofErr w:type="spellEnd"/>
            <w:r w:rsidRPr="00F772FC">
              <w:t xml:space="preserve"> pilot </w:t>
            </w:r>
            <w:proofErr w:type="spellStart"/>
            <w:r w:rsidRPr="00F772FC">
              <w:t>przewodowy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wyposażony</w:t>
            </w:r>
            <w:proofErr w:type="spellEnd"/>
            <w:r w:rsidRPr="00F772FC">
              <w:t xml:space="preserve"> w </w:t>
            </w:r>
            <w:proofErr w:type="spellStart"/>
            <w:r w:rsidRPr="00F772FC">
              <w:t>funkcję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zapamiętania</w:t>
            </w:r>
            <w:proofErr w:type="spellEnd"/>
            <w:r w:rsidRPr="00F772FC">
              <w:t xml:space="preserve"> min. </w:t>
            </w:r>
            <w:proofErr w:type="spellStart"/>
            <w:r w:rsidRPr="00F772FC">
              <w:t>trzech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dodatkowych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pozycji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blatu</w:t>
            </w:r>
            <w:proofErr w:type="spellEnd"/>
            <w:r w:rsidRPr="00F772FC">
              <w:t xml:space="preserve">. </w:t>
            </w:r>
            <w:proofErr w:type="spellStart"/>
            <w:r w:rsidRPr="00F772FC">
              <w:t>Każda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zapamiętana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pozycja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uzyskiwana</w:t>
            </w:r>
            <w:proofErr w:type="spellEnd"/>
            <w:r w:rsidRPr="00F772FC">
              <w:t xml:space="preserve"> jest </w:t>
            </w:r>
            <w:proofErr w:type="spellStart"/>
            <w:r w:rsidRPr="00F772FC">
              <w:t>poprzez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naciśnięcie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i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przytrzymanie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jednego</w:t>
            </w:r>
            <w:proofErr w:type="spellEnd"/>
            <w:r w:rsidRPr="00F772FC">
              <w:t xml:space="preserve"> (</w:t>
            </w:r>
            <w:proofErr w:type="spellStart"/>
            <w:r w:rsidRPr="00F772FC">
              <w:t>oddzielnego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dla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każdej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pozycji</w:t>
            </w:r>
            <w:proofErr w:type="spellEnd"/>
            <w:r w:rsidRPr="00F772FC">
              <w:t xml:space="preserve">) </w:t>
            </w:r>
            <w:proofErr w:type="spellStart"/>
            <w:r w:rsidRPr="00F772FC">
              <w:t>przycisku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na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pilocie</w:t>
            </w:r>
            <w:proofErr w:type="spellEnd"/>
            <w:r w:rsidRPr="00F772FC">
              <w:t xml:space="preserve">.  </w:t>
            </w:r>
          </w:p>
          <w:p w14:paraId="6E477311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Regulacja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segmentu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oparcia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pleców</w:t>
            </w:r>
            <w:proofErr w:type="spellEnd"/>
            <w:r w:rsidRPr="00F772FC">
              <w:t xml:space="preserve">, </w:t>
            </w:r>
            <w:proofErr w:type="spellStart"/>
            <w:r w:rsidRPr="00F772FC">
              <w:t>podgłówka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oraz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podnóżka</w:t>
            </w:r>
            <w:proofErr w:type="spellEnd"/>
            <w:r w:rsidRPr="00F772FC">
              <w:t xml:space="preserve"> – </w:t>
            </w:r>
            <w:proofErr w:type="spellStart"/>
            <w:r w:rsidRPr="00F772FC">
              <w:t>manualne</w:t>
            </w:r>
            <w:proofErr w:type="spellEnd"/>
            <w:r w:rsidRPr="00F772FC">
              <w:t xml:space="preserve">, </w:t>
            </w:r>
            <w:proofErr w:type="spellStart"/>
            <w:r w:rsidRPr="00F772FC">
              <w:t>wspomagane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sprężynami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gazowymi</w:t>
            </w:r>
            <w:proofErr w:type="spellEnd"/>
            <w:r w:rsidRPr="00F772FC">
              <w:t xml:space="preserve"> z </w:t>
            </w:r>
            <w:proofErr w:type="spellStart"/>
            <w:r w:rsidRPr="00F772FC">
              <w:t>blokadą</w:t>
            </w:r>
            <w:proofErr w:type="spellEnd"/>
          </w:p>
          <w:p w14:paraId="461635B5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Konstrukcja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stołu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wykonana</w:t>
            </w:r>
            <w:proofErr w:type="spellEnd"/>
            <w:r w:rsidRPr="00F772FC">
              <w:t xml:space="preserve"> ze </w:t>
            </w:r>
            <w:proofErr w:type="spellStart"/>
            <w:r w:rsidRPr="00F772FC">
              <w:t>stali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węglowej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lakierowanej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proszkowo</w:t>
            </w:r>
            <w:proofErr w:type="spellEnd"/>
            <w:r w:rsidRPr="00F772FC">
              <w:t xml:space="preserve"> </w:t>
            </w:r>
          </w:p>
          <w:p w14:paraId="5D173532" w14:textId="77777777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Podstawa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stołu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osłonięta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obudową</w:t>
            </w:r>
            <w:proofErr w:type="spellEnd"/>
            <w:r w:rsidRPr="00F772FC">
              <w:t xml:space="preserve"> z </w:t>
            </w:r>
            <w:proofErr w:type="spellStart"/>
            <w:r w:rsidRPr="00F772FC">
              <w:t>tworzywa</w:t>
            </w:r>
            <w:proofErr w:type="spellEnd"/>
            <w:r w:rsidRPr="00F772FC">
              <w:t xml:space="preserve">. </w:t>
            </w:r>
          </w:p>
          <w:p w14:paraId="71C3578E" w14:textId="2C8F4F12" w:rsidR="00F772FC" w:rsidRPr="00F772FC" w:rsidRDefault="00F772FC" w:rsidP="00543B8C">
            <w:pPr>
              <w:spacing w:before="60" w:after="0" w:line="240" w:lineRule="auto"/>
            </w:pPr>
            <w:proofErr w:type="spellStart"/>
            <w:r w:rsidRPr="00F772FC">
              <w:t>Dokument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potwierdzający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antybakteryjność</w:t>
            </w:r>
            <w:proofErr w:type="spellEnd"/>
            <w:r w:rsidRPr="00F772FC">
              <w:t xml:space="preserve"> </w:t>
            </w:r>
            <w:proofErr w:type="spellStart"/>
            <w:r w:rsidRPr="00F772FC">
              <w:t>tworzywa</w:t>
            </w:r>
            <w:proofErr w:type="spellEnd"/>
            <w:r w:rsidRPr="00F772FC">
              <w:t xml:space="preserve"> (</w:t>
            </w:r>
            <w:proofErr w:type="spellStart"/>
            <w:r w:rsidRPr="00F772FC">
              <w:t>dołączyć</w:t>
            </w:r>
            <w:proofErr w:type="spellEnd"/>
            <w:r w:rsidRPr="00F772FC">
              <w:t xml:space="preserve"> do </w:t>
            </w:r>
            <w:proofErr w:type="spellStart"/>
            <w:r w:rsidRPr="00F772FC">
              <w:t>oferty</w:t>
            </w:r>
            <w:proofErr w:type="spellEnd"/>
            <w:r w:rsidRPr="00F772FC">
              <w:t>)</w:t>
            </w:r>
          </w:p>
          <w:p w14:paraId="7C87565F" w14:textId="77777777" w:rsidR="00F772FC" w:rsidRPr="00F772FC" w:rsidRDefault="00F772FC" w:rsidP="00F772FC">
            <w:pPr>
              <w:spacing w:before="60" w:after="0" w:line="240" w:lineRule="auto"/>
              <w:jc w:val="center"/>
            </w:pPr>
          </w:p>
          <w:p w14:paraId="5A5688FC" w14:textId="77777777" w:rsidR="00F772FC" w:rsidRPr="00F772FC" w:rsidRDefault="00F772FC" w:rsidP="00F772FC">
            <w:pPr>
              <w:spacing w:before="60" w:after="0" w:line="240" w:lineRule="auto"/>
              <w:jc w:val="center"/>
            </w:pPr>
          </w:p>
          <w:p w14:paraId="490B6E4A" w14:textId="77777777" w:rsidR="00F772FC" w:rsidRPr="00F772FC" w:rsidRDefault="00F772FC" w:rsidP="00F772FC">
            <w:pPr>
              <w:spacing w:before="60" w:after="0" w:line="240" w:lineRule="auto"/>
              <w:jc w:val="center"/>
            </w:pPr>
          </w:p>
          <w:p w14:paraId="5EEEBEC1" w14:textId="77777777" w:rsidR="00F772FC" w:rsidRPr="00F772FC" w:rsidRDefault="00F772FC" w:rsidP="00F772FC">
            <w:pPr>
              <w:spacing w:before="60" w:after="0" w:line="240" w:lineRule="auto"/>
              <w:jc w:val="center"/>
            </w:pPr>
          </w:p>
          <w:p w14:paraId="4C8E6006" w14:textId="7B676EE9" w:rsidR="00F772FC" w:rsidRPr="00F772FC" w:rsidRDefault="00F772FC" w:rsidP="00F772FC">
            <w:pPr>
              <w:spacing w:before="60" w:after="0" w:line="240" w:lineRule="auto"/>
              <w:jc w:val="center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69B14" w14:textId="77777777" w:rsidR="00F772FC" w:rsidRPr="00F772FC" w:rsidRDefault="00F772FC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</w:p>
        </w:tc>
      </w:tr>
      <w:tr w:rsidR="004D1A80" w:rsidRPr="004D1A80" w14:paraId="4A72ACD6" w14:textId="77777777" w:rsidTr="00F772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69CB1" w14:textId="5721C581" w:rsidR="004D1A80" w:rsidRPr="004D1A80" w:rsidRDefault="004D1A80" w:rsidP="004D1A80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</w:p>
        </w:tc>
        <w:tc>
          <w:tcPr>
            <w:tcW w:w="3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AFA16" w14:textId="77777777" w:rsidR="004D1A80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Blat stołu podzielony na cztery segmenty: podgłówek, oparcie pleców, segment siedzenia, podnóżki dzielone (podnóżek lewy i prawy). Segmenty oparcia pleców, siedzenia oraz podnóżki wyposażone w listwy boczne wykonane ze stali nierdzewnej do mocowania wyposażenia dodatkowego.   </w:t>
            </w:r>
          </w:p>
          <w:p w14:paraId="6E174BF3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Odejmowane materace wykonane z pianki poliuretanowej, pokryte skajem antystatycznym, odporne na działanie środków dezynfekcyjnych. Materace o właściwościach przeciwodleżynowych, z tzw. „pamięcią kształtu”, grubość min. </w:t>
            </w:r>
          </w:p>
          <w:p w14:paraId="52C2A6BB" w14:textId="77777777" w:rsid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60 mm</w:t>
            </w:r>
          </w:p>
          <w:p w14:paraId="6D366409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Stół przejezdny  - mobilny z centralną blokadą kół i funkcją jednego koła do jazdy na wprost</w:t>
            </w:r>
          </w:p>
          <w:p w14:paraId="5AA897D1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Segmentu blatu  przenikalne  dla promieni RTG z możliwością wykonywania zdjęć</w:t>
            </w:r>
          </w:p>
          <w:p w14:paraId="10D51228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Dopuszczalne obciążenie – min. 200kg </w:t>
            </w:r>
          </w:p>
          <w:p w14:paraId="59264B37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Wyposażenie stołu :      </w:t>
            </w:r>
          </w:p>
          <w:p w14:paraId="212E7463" w14:textId="77777777" w:rsid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- podpórka ręki z uchwytem mocującym – 2 szt.</w:t>
            </w:r>
          </w:p>
          <w:p w14:paraId="0E33BB61" w14:textId="77777777" w:rsidR="00F772FC" w:rsidRPr="004D1A80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rPr>
                <w:rFonts w:eastAsia="Times New Roman" w:cs="Times New Roman"/>
                <w:lang w:val="pl-PL" w:eastAsia="pl-PL"/>
              </w:rPr>
              <w:t xml:space="preserve">Odejmowane materace wykonane z pianki poliuretanowej, pokryte skajem antystatycznym, odporne na działanie środków dezynfekcyjnych. Materace o właściwościach przeciwodleżynowych, z tzw. „pamięcią kształtu”, grubość min. </w:t>
            </w:r>
          </w:p>
          <w:p w14:paraId="4B2CBBE0" w14:textId="77777777" w:rsid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rPr>
                <w:rFonts w:eastAsia="Times New Roman" w:cs="Times New Roman"/>
                <w:lang w:val="pl-PL" w:eastAsia="pl-PL"/>
              </w:rPr>
              <w:t>60 mm</w:t>
            </w:r>
          </w:p>
          <w:p w14:paraId="655E6B1B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Dopuszczalne obciążenie – min. 200kg </w:t>
            </w:r>
          </w:p>
          <w:p w14:paraId="723FEAC9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 xml:space="preserve">Wyposażenie stołu :      </w:t>
            </w:r>
          </w:p>
          <w:p w14:paraId="191F0427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- podpórka ręki z uchwytem mocującym – 2 szt.</w:t>
            </w:r>
          </w:p>
          <w:p w14:paraId="55EF0BA2" w14:textId="221BB9CE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Dokument</w:t>
            </w:r>
            <w:r w:rsidR="00543B8C">
              <w:rPr>
                <w:rFonts w:eastAsia="Times New Roman" w:cs="Times New Roman"/>
                <w:lang w:val="pl-PL" w:eastAsia="pl-PL"/>
              </w:rPr>
              <w:t xml:space="preserve"> </w:t>
            </w:r>
            <w:r w:rsidRPr="00F772FC">
              <w:rPr>
                <w:rFonts w:eastAsia="Times New Roman" w:cs="Times New Roman"/>
                <w:lang w:val="pl-PL" w:eastAsia="pl-PL"/>
              </w:rPr>
              <w:t>potwierdzający antybakteryjność tworzywa (dołączyć do oferty)</w:t>
            </w:r>
          </w:p>
          <w:p w14:paraId="4E9E19EC" w14:textId="77777777" w:rsidR="00F772FC" w:rsidRP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Stół dostarczony w oryginalnym opakowaniu producenta</w:t>
            </w:r>
          </w:p>
          <w:p w14:paraId="566B9DCA" w14:textId="77777777" w:rsidR="00F772FC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F772FC">
              <w:rPr>
                <w:rFonts w:eastAsia="Times New Roman" w:cs="Times New Roman"/>
                <w:lang w:val="pl-PL" w:eastAsia="pl-PL"/>
              </w:rPr>
              <w:t>Powierzchnie stołu odporne na środki dezynfekcyjne</w:t>
            </w:r>
          </w:p>
          <w:p w14:paraId="7105E4A6" w14:textId="79912812" w:rsidR="00F772FC" w:rsidRPr="004D1A80" w:rsidRDefault="00F772FC" w:rsidP="00543B8C">
            <w:pPr>
              <w:spacing w:before="60" w:after="0" w:line="240" w:lineRule="auto"/>
              <w:rPr>
                <w:rFonts w:eastAsia="Times New Roman" w:cs="Times New Roman"/>
                <w:lang w:val="pl-PL" w:eastAsia="pl-PL"/>
              </w:rPr>
            </w:pPr>
            <w:r w:rsidRPr="004D1A80">
              <w:rPr>
                <w:rFonts w:eastAsia="Times New Roman" w:cs="Arial"/>
                <w:lang w:val="pl-PL" w:eastAsia="pl-PL"/>
              </w:rPr>
              <w:t>Gwarancja udzielona przez producenta nie obejmuje elementów zużywalnych i eksploatacyjnych (akumulatory i materace).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B6E9" w14:textId="77777777" w:rsidR="004D1A80" w:rsidRPr="004D1A80" w:rsidRDefault="004D1A80" w:rsidP="004D1A80">
            <w:pPr>
              <w:spacing w:before="60" w:after="0" w:line="240" w:lineRule="auto"/>
              <w:jc w:val="center"/>
              <w:rPr>
                <w:rFonts w:eastAsia="Times New Roman" w:cs="Times New Roman"/>
                <w:lang w:val="pl-PL" w:eastAsia="pl-PL"/>
              </w:rPr>
            </w:pPr>
          </w:p>
        </w:tc>
      </w:tr>
      <w:tr w:rsidR="004D1A80" w:rsidRPr="004D1A80" w14:paraId="259C9CB7" w14:textId="77777777" w:rsidTr="00F772F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</w:tcPr>
          <w:p w14:paraId="4ED2AE95" w14:textId="77777777" w:rsidR="004D1A80" w:rsidRPr="004D1A80" w:rsidRDefault="004D1A80" w:rsidP="004D1A80">
            <w:pPr>
              <w:spacing w:after="0" w:line="240" w:lineRule="auto"/>
              <w:ind w:right="144"/>
              <w:rPr>
                <w:rFonts w:eastAsia="Times New Roman" w:cs="Times New Roman"/>
                <w:lang w:val="pl-PL" w:eastAsia="pl-PL"/>
              </w:rPr>
            </w:pPr>
            <w:r w:rsidRPr="004D1A80">
              <w:rPr>
                <w:rFonts w:eastAsia="Times New Roman" w:cs="Arial"/>
                <w:lang w:val="pl-PL" w:eastAsia="pl-PL"/>
              </w:rPr>
              <w:lastRenderedPageBreak/>
              <w:t>Deklaracja Zgodności</w:t>
            </w:r>
          </w:p>
        </w:tc>
        <w:tc>
          <w:tcPr>
            <w:tcW w:w="3968" w:type="dxa"/>
          </w:tcPr>
          <w:p w14:paraId="03807714" w14:textId="5B9215FA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Arial"/>
                <w:lang w:val="pl-PL" w:eastAsia="pl-PL"/>
              </w:rPr>
            </w:pPr>
          </w:p>
        </w:tc>
        <w:tc>
          <w:tcPr>
            <w:tcW w:w="2552" w:type="dxa"/>
          </w:tcPr>
          <w:p w14:paraId="7264F1C9" w14:textId="77777777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Times New Roman"/>
                <w:b/>
                <w:lang w:val="pl-PL" w:eastAsia="pl-PL"/>
              </w:rPr>
            </w:pPr>
          </w:p>
        </w:tc>
      </w:tr>
      <w:tr w:rsidR="004D1A80" w:rsidRPr="004D1A80" w14:paraId="46BD5491" w14:textId="77777777" w:rsidTr="00F772F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</w:tcPr>
          <w:p w14:paraId="0424CCC4" w14:textId="7F1DEBB4" w:rsidR="004D1A80" w:rsidRPr="004D1A80" w:rsidRDefault="004D1A80" w:rsidP="004D1A80">
            <w:pPr>
              <w:spacing w:after="0" w:line="240" w:lineRule="auto"/>
              <w:ind w:right="144"/>
              <w:rPr>
                <w:rFonts w:eastAsia="Times New Roman" w:cs="Arial"/>
                <w:lang w:val="pl-PL" w:eastAsia="pl-PL"/>
              </w:rPr>
            </w:pPr>
            <w:r w:rsidRPr="004D1A80">
              <w:rPr>
                <w:rFonts w:eastAsia="Times New Roman" w:cs="Arial"/>
                <w:lang w:val="pl-PL" w:eastAsia="pl-PL"/>
              </w:rPr>
              <w:t>Instrukcja obsługi</w:t>
            </w:r>
          </w:p>
        </w:tc>
        <w:tc>
          <w:tcPr>
            <w:tcW w:w="3968" w:type="dxa"/>
          </w:tcPr>
          <w:p w14:paraId="12D02877" w14:textId="0FCC9657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Arial"/>
                <w:lang w:val="pl-PL" w:eastAsia="pl-PL"/>
              </w:rPr>
            </w:pPr>
            <w:r w:rsidRPr="004D1A80">
              <w:rPr>
                <w:rFonts w:eastAsia="Times New Roman" w:cs="Arial"/>
                <w:lang w:val="pl-PL" w:eastAsia="pl-PL"/>
              </w:rPr>
              <w:t>Język Polski</w:t>
            </w:r>
          </w:p>
        </w:tc>
        <w:tc>
          <w:tcPr>
            <w:tcW w:w="2552" w:type="dxa"/>
          </w:tcPr>
          <w:p w14:paraId="56AD059E" w14:textId="77777777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Times New Roman"/>
                <w:b/>
                <w:lang w:val="pl-PL" w:eastAsia="pl-PL"/>
              </w:rPr>
            </w:pPr>
          </w:p>
        </w:tc>
      </w:tr>
      <w:tr w:rsidR="004D1A80" w:rsidRPr="004D1A80" w14:paraId="374148D5" w14:textId="77777777" w:rsidTr="00F772F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261" w:type="dxa"/>
          </w:tcPr>
          <w:p w14:paraId="4328DC5C" w14:textId="42EAF227" w:rsidR="004D1A80" w:rsidRPr="004D1A80" w:rsidRDefault="004D1A80" w:rsidP="004D1A80">
            <w:pPr>
              <w:spacing w:after="0" w:line="240" w:lineRule="auto"/>
              <w:ind w:right="144"/>
              <w:rPr>
                <w:rFonts w:eastAsia="Times New Roman" w:cs="Arial"/>
                <w:lang w:val="pl-PL" w:eastAsia="pl-PL"/>
              </w:rPr>
            </w:pPr>
            <w:proofErr w:type="spellStart"/>
            <w:r w:rsidRPr="004D1A80">
              <w:t>Gwarancja</w:t>
            </w:r>
            <w:proofErr w:type="spellEnd"/>
          </w:p>
        </w:tc>
        <w:tc>
          <w:tcPr>
            <w:tcW w:w="3968" w:type="dxa"/>
          </w:tcPr>
          <w:p w14:paraId="119A8200" w14:textId="4A58A479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Arial"/>
                <w:lang w:val="pl-PL" w:eastAsia="pl-PL"/>
              </w:rPr>
            </w:pPr>
            <w:r w:rsidRPr="004D1A80">
              <w:t xml:space="preserve">Min. 60 </w:t>
            </w:r>
            <w:proofErr w:type="spellStart"/>
            <w:r w:rsidRPr="004D1A80">
              <w:t>miesiący</w:t>
            </w:r>
            <w:proofErr w:type="spellEnd"/>
          </w:p>
        </w:tc>
        <w:tc>
          <w:tcPr>
            <w:tcW w:w="2552" w:type="dxa"/>
          </w:tcPr>
          <w:p w14:paraId="6F7A05E6" w14:textId="77777777" w:rsidR="004D1A80" w:rsidRPr="004D1A80" w:rsidRDefault="004D1A80" w:rsidP="004D1A80">
            <w:pPr>
              <w:spacing w:before="120" w:after="0" w:line="240" w:lineRule="auto"/>
              <w:ind w:left="144" w:right="144"/>
              <w:jc w:val="center"/>
              <w:rPr>
                <w:rFonts w:eastAsia="Times New Roman" w:cs="Times New Roman"/>
                <w:b/>
                <w:lang w:val="pl-PL" w:eastAsia="pl-PL"/>
              </w:rPr>
            </w:pPr>
          </w:p>
        </w:tc>
      </w:tr>
    </w:tbl>
    <w:p w14:paraId="573730E0" w14:textId="77777777" w:rsidR="004D1A80" w:rsidRDefault="004D1A80" w:rsidP="004D1A80"/>
    <w:p w14:paraId="6B80F1A5" w14:textId="77777777" w:rsidR="004D1A80" w:rsidRPr="004D1A80" w:rsidRDefault="004D1A80" w:rsidP="004D1A80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10C09568" w14:textId="77777777">
        <w:tc>
          <w:tcPr>
            <w:tcW w:w="2880" w:type="dxa"/>
          </w:tcPr>
          <w:p w14:paraId="03EFA773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1BF7AA5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074F857C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28849CD" w14:textId="77777777">
        <w:tc>
          <w:tcPr>
            <w:tcW w:w="2880" w:type="dxa"/>
          </w:tcPr>
          <w:p w14:paraId="47306277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263E451A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DEDB011" w14:textId="77777777" w:rsidR="00043C9C" w:rsidRDefault="00043C9C"/>
        </w:tc>
      </w:tr>
      <w:tr w:rsidR="00043C9C" w14:paraId="565502D1" w14:textId="77777777">
        <w:tc>
          <w:tcPr>
            <w:tcW w:w="2880" w:type="dxa"/>
          </w:tcPr>
          <w:p w14:paraId="21841E35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64879DD6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1BEF8A1" w14:textId="77777777" w:rsidR="00043C9C" w:rsidRDefault="00043C9C"/>
        </w:tc>
      </w:tr>
      <w:tr w:rsidR="00043C9C" w14:paraId="4E99EBE5" w14:textId="77777777">
        <w:tc>
          <w:tcPr>
            <w:tcW w:w="2880" w:type="dxa"/>
          </w:tcPr>
          <w:p w14:paraId="1659ECF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2E45576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5CAF5D44" w14:textId="77777777" w:rsidR="00043C9C" w:rsidRDefault="00043C9C"/>
        </w:tc>
      </w:tr>
      <w:tr w:rsidR="00043C9C" w14:paraId="5918721B" w14:textId="77777777">
        <w:tc>
          <w:tcPr>
            <w:tcW w:w="2880" w:type="dxa"/>
          </w:tcPr>
          <w:p w14:paraId="01FB8324" w14:textId="4207D489" w:rsidR="00043C9C" w:rsidRDefault="0026522A">
            <w:proofErr w:type="spellStart"/>
            <w:r>
              <w:t>Stół</w:t>
            </w:r>
            <w:proofErr w:type="spellEnd"/>
            <w:r>
              <w:t xml:space="preserve"> </w:t>
            </w:r>
            <w:proofErr w:type="spellStart"/>
            <w:r>
              <w:t>zabiegowy</w:t>
            </w:r>
            <w:proofErr w:type="spellEnd"/>
          </w:p>
        </w:tc>
        <w:tc>
          <w:tcPr>
            <w:tcW w:w="2880" w:type="dxa"/>
          </w:tcPr>
          <w:p w14:paraId="28E2B27A" w14:textId="02B6D5D5" w:rsidR="00043C9C" w:rsidRDefault="00000000">
            <w:r>
              <w:t>4-segmentowy</w:t>
            </w:r>
            <w:r w:rsidR="0026522A">
              <w:t xml:space="preserve"> blat z </w:t>
            </w:r>
            <w:proofErr w:type="spellStart"/>
            <w:r w:rsidR="0026522A">
              <w:t>jednoczęściowym</w:t>
            </w:r>
            <w:proofErr w:type="spellEnd"/>
            <w:r w:rsidR="0026522A">
              <w:t xml:space="preserve"> </w:t>
            </w:r>
            <w:proofErr w:type="spellStart"/>
            <w:r w:rsidR="0026522A">
              <w:t>segmentem</w:t>
            </w:r>
            <w:proofErr w:type="spellEnd"/>
            <w:r w:rsidR="0026522A">
              <w:t xml:space="preserve"> </w:t>
            </w:r>
            <w:proofErr w:type="spellStart"/>
            <w:r w:rsidR="0026522A">
              <w:t>nóg</w:t>
            </w:r>
            <w:proofErr w:type="spellEnd"/>
            <w:r w:rsidR="0026522A">
              <w:t xml:space="preserve">, </w:t>
            </w:r>
          </w:p>
        </w:tc>
        <w:tc>
          <w:tcPr>
            <w:tcW w:w="2880" w:type="dxa"/>
          </w:tcPr>
          <w:p w14:paraId="1BE5C738" w14:textId="77777777" w:rsidR="00043C9C" w:rsidRDefault="00043C9C"/>
        </w:tc>
      </w:tr>
      <w:tr w:rsidR="00043C9C" w14:paraId="686B196B" w14:textId="77777777">
        <w:tc>
          <w:tcPr>
            <w:tcW w:w="2880" w:type="dxa"/>
          </w:tcPr>
          <w:p w14:paraId="19DE4995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7FB98F73" w14:textId="77777777" w:rsidR="00043C9C" w:rsidRDefault="00000000"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sprężynami</w:t>
            </w:r>
            <w:proofErr w:type="spellEnd"/>
            <w:r>
              <w:t xml:space="preserve"> </w:t>
            </w:r>
            <w:proofErr w:type="spellStart"/>
            <w:r>
              <w:t>gazowymi</w:t>
            </w:r>
            <w:proofErr w:type="spellEnd"/>
          </w:p>
        </w:tc>
        <w:tc>
          <w:tcPr>
            <w:tcW w:w="2880" w:type="dxa"/>
          </w:tcPr>
          <w:p w14:paraId="0CC12312" w14:textId="77777777" w:rsidR="00043C9C" w:rsidRDefault="00043C9C"/>
        </w:tc>
      </w:tr>
      <w:tr w:rsidR="00043C9C" w14:paraId="3CCE1933" w14:textId="77777777">
        <w:tc>
          <w:tcPr>
            <w:tcW w:w="2880" w:type="dxa"/>
          </w:tcPr>
          <w:p w14:paraId="6FBAFA54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73226E43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0AECE306" w14:textId="77777777" w:rsidR="00043C9C" w:rsidRDefault="00043C9C"/>
        </w:tc>
      </w:tr>
      <w:tr w:rsidR="00043C9C" w14:paraId="49E367EB" w14:textId="77777777">
        <w:tc>
          <w:tcPr>
            <w:tcW w:w="2880" w:type="dxa"/>
          </w:tcPr>
          <w:p w14:paraId="49A97FF6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069ED052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15AA8600" w14:textId="77777777" w:rsidR="00043C9C" w:rsidRDefault="00043C9C"/>
        </w:tc>
      </w:tr>
      <w:tr w:rsidR="00043C9C" w14:paraId="05775309" w14:textId="77777777">
        <w:tc>
          <w:tcPr>
            <w:tcW w:w="2880" w:type="dxa"/>
          </w:tcPr>
          <w:p w14:paraId="34168BDF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6000BA42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16F6646C" w14:textId="77777777" w:rsidR="00043C9C" w:rsidRDefault="00043C9C"/>
        </w:tc>
      </w:tr>
    </w:tbl>
    <w:p w14:paraId="4DB944E7" w14:textId="77777777" w:rsidR="00043C9C" w:rsidRDefault="00000000">
      <w:pPr>
        <w:pStyle w:val="Nagwek2"/>
      </w:pPr>
      <w:r>
        <w:t xml:space="preserve">15. </w:t>
      </w:r>
      <w:proofErr w:type="spellStart"/>
      <w:r>
        <w:t>Aparat</w:t>
      </w:r>
      <w:proofErr w:type="spellEnd"/>
      <w:r>
        <w:t xml:space="preserve"> EEG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69"/>
        <w:gridCol w:w="3732"/>
        <w:gridCol w:w="2029"/>
      </w:tblGrid>
      <w:tr w:rsidR="00043C9C" w14:paraId="459A0E22" w14:textId="77777777" w:rsidTr="00C63D58">
        <w:tc>
          <w:tcPr>
            <w:tcW w:w="2880" w:type="dxa"/>
          </w:tcPr>
          <w:p w14:paraId="57953A71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3749" w:type="dxa"/>
          </w:tcPr>
          <w:p w14:paraId="12EFE9CE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011" w:type="dxa"/>
          </w:tcPr>
          <w:p w14:paraId="18E934C4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7CAE0752" w14:textId="77777777" w:rsidTr="00C63D58">
        <w:tc>
          <w:tcPr>
            <w:tcW w:w="2880" w:type="dxa"/>
          </w:tcPr>
          <w:p w14:paraId="421CFA67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3749" w:type="dxa"/>
          </w:tcPr>
          <w:p w14:paraId="6CBF2944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11" w:type="dxa"/>
          </w:tcPr>
          <w:p w14:paraId="7C9F0C76" w14:textId="77777777" w:rsidR="00043C9C" w:rsidRDefault="00043C9C"/>
        </w:tc>
      </w:tr>
      <w:tr w:rsidR="00043C9C" w14:paraId="3248400A" w14:textId="77777777" w:rsidTr="00C63D58">
        <w:tc>
          <w:tcPr>
            <w:tcW w:w="2880" w:type="dxa"/>
          </w:tcPr>
          <w:p w14:paraId="3B5BC9C1" w14:textId="77777777" w:rsidR="00043C9C" w:rsidRDefault="00000000">
            <w:r>
              <w:t>Producent</w:t>
            </w:r>
          </w:p>
        </w:tc>
        <w:tc>
          <w:tcPr>
            <w:tcW w:w="3749" w:type="dxa"/>
          </w:tcPr>
          <w:p w14:paraId="4B57B96B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011" w:type="dxa"/>
          </w:tcPr>
          <w:p w14:paraId="7F712292" w14:textId="77777777" w:rsidR="00043C9C" w:rsidRDefault="00043C9C"/>
        </w:tc>
      </w:tr>
      <w:tr w:rsidR="00043C9C" w14:paraId="3F64C622" w14:textId="77777777" w:rsidTr="00C63D58">
        <w:tc>
          <w:tcPr>
            <w:tcW w:w="2880" w:type="dxa"/>
          </w:tcPr>
          <w:p w14:paraId="18CD82FF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3749" w:type="dxa"/>
          </w:tcPr>
          <w:p w14:paraId="1F272F6E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011" w:type="dxa"/>
          </w:tcPr>
          <w:p w14:paraId="3D534AAE" w14:textId="77777777" w:rsidR="00043C9C" w:rsidRDefault="00043C9C"/>
        </w:tc>
      </w:tr>
      <w:tr w:rsidR="00043C9C" w14:paraId="7C4B7666" w14:textId="77777777" w:rsidTr="00C63D58">
        <w:tc>
          <w:tcPr>
            <w:tcW w:w="2880" w:type="dxa"/>
          </w:tcPr>
          <w:p w14:paraId="1811E6C9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3749" w:type="dxa"/>
          </w:tcPr>
          <w:p w14:paraId="01CF7E19" w14:textId="77777777" w:rsidR="00043C9C" w:rsidRDefault="00000000">
            <w:proofErr w:type="spellStart"/>
            <w:r>
              <w:t>Rejestracja</w:t>
            </w:r>
            <w:proofErr w:type="spellEnd"/>
            <w:r>
              <w:t xml:space="preserve"> EEG</w:t>
            </w:r>
          </w:p>
        </w:tc>
        <w:tc>
          <w:tcPr>
            <w:tcW w:w="2011" w:type="dxa"/>
          </w:tcPr>
          <w:p w14:paraId="102526BA" w14:textId="77777777" w:rsidR="00043C9C" w:rsidRDefault="00043C9C"/>
        </w:tc>
      </w:tr>
      <w:tr w:rsidR="00043C9C" w14:paraId="678E03A2" w14:textId="77777777" w:rsidTr="00C63D58">
        <w:tc>
          <w:tcPr>
            <w:tcW w:w="2880" w:type="dxa"/>
          </w:tcPr>
          <w:p w14:paraId="760A2D2C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3749" w:type="dxa"/>
          </w:tcPr>
          <w:p w14:paraId="5BC33DC3" w14:textId="7825C6A0" w:rsidR="00C63D58" w:rsidRDefault="00C63D58" w:rsidP="00C63D58">
            <w:proofErr w:type="spellStart"/>
            <w:r>
              <w:t>Liczba</w:t>
            </w:r>
            <w:proofErr w:type="spellEnd"/>
            <w:r>
              <w:t xml:space="preserve"> </w:t>
            </w:r>
            <w:proofErr w:type="spellStart"/>
            <w:r>
              <w:t>kanałów</w:t>
            </w:r>
            <w:proofErr w:type="spellEnd"/>
            <w:r>
              <w:t xml:space="preserve">: 19 </w:t>
            </w:r>
            <w:proofErr w:type="spellStart"/>
            <w:r>
              <w:t>kanałów</w:t>
            </w:r>
            <w:proofErr w:type="spellEnd"/>
            <w:r>
              <w:t xml:space="preserve"> EEG + 5 </w:t>
            </w:r>
            <w:proofErr w:type="spellStart"/>
            <w:r>
              <w:t>kanałów</w:t>
            </w:r>
            <w:proofErr w:type="spellEnd"/>
            <w:r>
              <w:t xml:space="preserve"> multi-</w:t>
            </w:r>
            <w:proofErr w:type="spellStart"/>
            <w:r>
              <w:t>parametrów</w:t>
            </w:r>
            <w:proofErr w:type="spellEnd"/>
            <w:r>
              <w:t xml:space="preserve"> (1KANAŁ EKG + 1KANAŁ EMG + 2 </w:t>
            </w:r>
            <w:proofErr w:type="spellStart"/>
            <w:r>
              <w:t>kanały</w:t>
            </w:r>
            <w:proofErr w:type="spellEnd"/>
            <w:r>
              <w:t xml:space="preserve"> EOG + 1 </w:t>
            </w:r>
            <w:proofErr w:type="spellStart"/>
            <w:r>
              <w:t>kanał</w:t>
            </w:r>
            <w:proofErr w:type="spellEnd"/>
            <w:r>
              <w:t xml:space="preserve"> </w:t>
            </w:r>
            <w:proofErr w:type="spellStart"/>
            <w:r>
              <w:t>Oddechu</w:t>
            </w:r>
            <w:proofErr w:type="spellEnd"/>
            <w:r>
              <w:t>) (multi-</w:t>
            </w:r>
            <w:proofErr w:type="spellStart"/>
            <w:r>
              <w:t>parametry</w:t>
            </w:r>
            <w:proofErr w:type="spellEnd"/>
            <w:r>
              <w:t xml:space="preserve"> do </w:t>
            </w:r>
            <w:proofErr w:type="spellStart"/>
            <w:r>
              <w:t>wyboru</w:t>
            </w:r>
            <w:proofErr w:type="spellEnd"/>
            <w:r>
              <w:t>)</w:t>
            </w:r>
          </w:p>
          <w:p w14:paraId="6D551E06" w14:textId="5EF90759" w:rsidR="00C63D58" w:rsidRDefault="00C63D58" w:rsidP="00C63D58">
            <w:r>
              <w:t xml:space="preserve"> </w:t>
            </w:r>
            <w:proofErr w:type="spellStart"/>
            <w:r>
              <w:t>Prędkość</w:t>
            </w:r>
            <w:proofErr w:type="spellEnd"/>
            <w:r>
              <w:t xml:space="preserve"> </w:t>
            </w:r>
            <w:proofErr w:type="spellStart"/>
            <w:r>
              <w:t>próbkowania</w:t>
            </w:r>
            <w:proofErr w:type="spellEnd"/>
            <w:r>
              <w:t xml:space="preserve">:  200 Hz / </w:t>
            </w:r>
            <w:proofErr w:type="spellStart"/>
            <w:r>
              <w:t>sek</w:t>
            </w:r>
            <w:proofErr w:type="spellEnd"/>
            <w:r>
              <w:t>.</w:t>
            </w:r>
          </w:p>
          <w:p w14:paraId="0F552837" w14:textId="129BBE65" w:rsidR="00C63D58" w:rsidRDefault="00C63D58" w:rsidP="00C63D58">
            <w:r>
              <w:t xml:space="preserve"> </w:t>
            </w:r>
            <w:proofErr w:type="spellStart"/>
            <w:r>
              <w:t>Precyzja</w:t>
            </w:r>
            <w:proofErr w:type="spellEnd"/>
            <w:r>
              <w:t xml:space="preserve"> </w:t>
            </w:r>
            <w:proofErr w:type="spellStart"/>
            <w:r>
              <w:t>próbkowania</w:t>
            </w:r>
            <w:proofErr w:type="spellEnd"/>
            <w:r>
              <w:t>:  12 bit</w:t>
            </w:r>
          </w:p>
          <w:p w14:paraId="4F03C23E" w14:textId="7BE3F318" w:rsidR="00C63D58" w:rsidRDefault="00C63D58" w:rsidP="00C63D58">
            <w:r>
              <w:t xml:space="preserve"> </w:t>
            </w:r>
            <w:proofErr w:type="spellStart"/>
            <w:r>
              <w:t>Impedancja</w:t>
            </w:r>
            <w:proofErr w:type="spellEnd"/>
            <w:r>
              <w:t xml:space="preserve"> </w:t>
            </w:r>
            <w:proofErr w:type="spellStart"/>
            <w:r>
              <w:t>wejściowa</w:t>
            </w:r>
            <w:proofErr w:type="spellEnd"/>
            <w:r>
              <w:t>: ≥ 10MΩ</w:t>
            </w:r>
          </w:p>
          <w:p w14:paraId="4B155729" w14:textId="0598FAA9" w:rsidR="00C63D58" w:rsidRDefault="00C63D58" w:rsidP="00C63D58">
            <w:r>
              <w:t xml:space="preserve"> </w:t>
            </w:r>
            <w:proofErr w:type="spellStart"/>
            <w:r>
              <w:t>Prąd</w:t>
            </w:r>
            <w:proofErr w:type="spellEnd"/>
            <w:r>
              <w:t xml:space="preserve"> </w:t>
            </w:r>
            <w:proofErr w:type="spellStart"/>
            <w:r>
              <w:t>upływu</w:t>
            </w:r>
            <w:proofErr w:type="spellEnd"/>
            <w:r>
              <w:t>:   &lt;10uA</w:t>
            </w:r>
          </w:p>
          <w:p w14:paraId="635A74F7" w14:textId="58D4EA67" w:rsidR="00C63D58" w:rsidRDefault="00C63D58" w:rsidP="00C63D58">
            <w:r>
              <w:t xml:space="preserve"> </w:t>
            </w:r>
            <w:proofErr w:type="spellStart"/>
            <w:r>
              <w:t>Poziom</w:t>
            </w:r>
            <w:proofErr w:type="spellEnd"/>
            <w:r>
              <w:t xml:space="preserve"> </w:t>
            </w:r>
            <w:proofErr w:type="spellStart"/>
            <w:r>
              <w:t>hałasu</w:t>
            </w:r>
            <w:proofErr w:type="spellEnd"/>
            <w:r>
              <w:t xml:space="preserve">: ≤ 5uV </w:t>
            </w:r>
            <w:proofErr w:type="spellStart"/>
            <w:r>
              <w:t>Vp</w:t>
            </w:r>
            <w:proofErr w:type="spellEnd"/>
            <w:r>
              <w:t>-p</w:t>
            </w:r>
          </w:p>
          <w:p w14:paraId="3918CB51" w14:textId="7B31566B" w:rsidR="00C63D58" w:rsidRDefault="00C63D58" w:rsidP="00C63D58">
            <w:r>
              <w:t xml:space="preserve"> CMRR: ≥ 90dB</w:t>
            </w:r>
          </w:p>
          <w:p w14:paraId="3C3DFA59" w14:textId="2ECD4161" w:rsidR="00C63D58" w:rsidRDefault="00C63D58" w:rsidP="00C63D58">
            <w:r>
              <w:t xml:space="preserve"> </w:t>
            </w:r>
            <w:proofErr w:type="spellStart"/>
            <w:r>
              <w:t>Wielokrotność</w:t>
            </w:r>
            <w:proofErr w:type="spellEnd"/>
            <w:r>
              <w:t xml:space="preserve"> </w:t>
            </w:r>
            <w:proofErr w:type="spellStart"/>
            <w:r>
              <w:t>powiększania</w:t>
            </w:r>
            <w:proofErr w:type="spellEnd"/>
            <w:r>
              <w:t>: 10 000</w:t>
            </w:r>
          </w:p>
          <w:p w14:paraId="682383FC" w14:textId="1351FF7B" w:rsidR="00C63D58" w:rsidRDefault="00C63D58" w:rsidP="00C63D58">
            <w:r>
              <w:t xml:space="preserve"> </w:t>
            </w:r>
            <w:proofErr w:type="spellStart"/>
            <w:r>
              <w:t>Filtrowanie</w:t>
            </w:r>
            <w:proofErr w:type="spellEnd"/>
            <w:r>
              <w:t xml:space="preserve"> </w:t>
            </w:r>
            <w:proofErr w:type="spellStart"/>
            <w:r>
              <w:t>stałe</w:t>
            </w:r>
            <w:proofErr w:type="spellEnd"/>
            <w:r>
              <w:t xml:space="preserve">: </w:t>
            </w:r>
            <w:proofErr w:type="spellStart"/>
            <w:r>
              <w:t>wszystkie</w:t>
            </w:r>
            <w:proofErr w:type="spellEnd"/>
            <w:r>
              <w:t xml:space="preserve"> </w:t>
            </w:r>
            <w:proofErr w:type="spellStart"/>
            <w:r>
              <w:t>cyfrowe</w:t>
            </w:r>
            <w:proofErr w:type="spellEnd"/>
            <w:r>
              <w:t xml:space="preserve"> (</w:t>
            </w:r>
            <w:proofErr w:type="spellStart"/>
            <w:r>
              <w:t>zarządzanie</w:t>
            </w:r>
            <w:proofErr w:type="spellEnd"/>
            <w:r>
              <w:t xml:space="preserve"> </w:t>
            </w:r>
            <w:proofErr w:type="spellStart"/>
            <w:r>
              <w:t>filtrami</w:t>
            </w:r>
            <w:proofErr w:type="spellEnd"/>
            <w:r>
              <w:t>)</w:t>
            </w:r>
          </w:p>
          <w:p w14:paraId="3D3F53C5" w14:textId="4BC2D1F9" w:rsidR="00C63D58" w:rsidRDefault="00C63D58" w:rsidP="00C63D58">
            <w:r>
              <w:t xml:space="preserve"> </w:t>
            </w:r>
            <w:proofErr w:type="spellStart"/>
            <w:r>
              <w:t>Prędkość</w:t>
            </w:r>
            <w:proofErr w:type="spellEnd"/>
            <w:r>
              <w:t xml:space="preserve"> </w:t>
            </w:r>
            <w:proofErr w:type="spellStart"/>
            <w:r>
              <w:t>wyświetlania</w:t>
            </w:r>
            <w:proofErr w:type="spellEnd"/>
            <w:r>
              <w:t xml:space="preserve"> (</w:t>
            </w:r>
            <w:proofErr w:type="spellStart"/>
            <w:r>
              <w:t>prędkość</w:t>
            </w:r>
            <w:proofErr w:type="spellEnd"/>
            <w:r>
              <w:t xml:space="preserve"> </w:t>
            </w:r>
            <w:proofErr w:type="spellStart"/>
            <w:r>
              <w:t>papieru</w:t>
            </w:r>
            <w:proofErr w:type="spellEnd"/>
            <w:r>
              <w:t>): 5, 10, 15, 30, 60, 120 mm / s</w:t>
            </w:r>
          </w:p>
          <w:p w14:paraId="0532F122" w14:textId="0BFE1175" w:rsidR="00C63D58" w:rsidRDefault="00C63D58" w:rsidP="00C63D58">
            <w:r>
              <w:t xml:space="preserve"> </w:t>
            </w:r>
            <w:proofErr w:type="spellStart"/>
            <w:r>
              <w:t>Wyświetlane</w:t>
            </w:r>
            <w:proofErr w:type="spellEnd"/>
            <w:r>
              <w:t xml:space="preserve"> </w:t>
            </w:r>
            <w:proofErr w:type="spellStart"/>
            <w:r>
              <w:t>wzmocnienie</w:t>
            </w:r>
            <w:proofErr w:type="spellEnd"/>
            <w:r>
              <w:t>: 1,2,5,10,12,15,20 mm/50uv</w:t>
            </w:r>
          </w:p>
          <w:p w14:paraId="148F103E" w14:textId="2CF05A5F" w:rsidR="00C63D58" w:rsidRDefault="00C63D58" w:rsidP="00C63D58">
            <w:r>
              <w:lastRenderedPageBreak/>
              <w:t xml:space="preserve"> </w:t>
            </w:r>
            <w:proofErr w:type="spellStart"/>
            <w:r>
              <w:t>Szybkość</w:t>
            </w:r>
            <w:proofErr w:type="spellEnd"/>
            <w:r>
              <w:t xml:space="preserve"> </w:t>
            </w:r>
            <w:proofErr w:type="spellStart"/>
            <w:r>
              <w:t>przeglądu</w:t>
            </w:r>
            <w:proofErr w:type="spellEnd"/>
            <w:r>
              <w:t>: 1, 2, 3, 10, 20, 40, 60</w:t>
            </w:r>
          </w:p>
          <w:p w14:paraId="7F73F694" w14:textId="5C41EF5F" w:rsidR="00043C9C" w:rsidRDefault="00C63D58" w:rsidP="00C63D58">
            <w:r>
              <w:t xml:space="preserve"> 50Hz </w:t>
            </w:r>
            <w:proofErr w:type="spellStart"/>
            <w:r>
              <w:t>Współczynnik</w:t>
            </w:r>
            <w:proofErr w:type="spellEnd"/>
            <w:r>
              <w:t xml:space="preserve"> </w:t>
            </w:r>
            <w:proofErr w:type="spellStart"/>
            <w:r>
              <w:t>tłumienia</w:t>
            </w:r>
            <w:proofErr w:type="spellEnd"/>
            <w:r>
              <w:t xml:space="preserve"> </w:t>
            </w:r>
            <w:proofErr w:type="spellStart"/>
            <w:r>
              <w:t>zakłóceń</w:t>
            </w:r>
            <w:proofErr w:type="spellEnd"/>
            <w:r>
              <w:t xml:space="preserve">: ≥ 30dB. </w:t>
            </w:r>
            <w:proofErr w:type="spellStart"/>
            <w:r>
              <w:t>Komputer</w:t>
            </w:r>
            <w:proofErr w:type="spellEnd"/>
            <w:r>
              <w:t xml:space="preserve"> </w:t>
            </w:r>
            <w:proofErr w:type="spellStart"/>
            <w:r>
              <w:t>sterujący</w:t>
            </w:r>
            <w:proofErr w:type="spellEnd"/>
            <w:r>
              <w:t xml:space="preserve"> </w:t>
            </w:r>
            <w:proofErr w:type="spellStart"/>
            <w:r>
              <w:t>wraz</w:t>
            </w:r>
            <w:proofErr w:type="spellEnd"/>
            <w:r>
              <w:t xml:space="preserve"> z system </w:t>
            </w:r>
            <w:proofErr w:type="spellStart"/>
            <w:r>
              <w:t>archiwizacji</w:t>
            </w:r>
            <w:proofErr w:type="spellEnd"/>
            <w:r>
              <w:t>.</w:t>
            </w:r>
          </w:p>
        </w:tc>
        <w:tc>
          <w:tcPr>
            <w:tcW w:w="2011" w:type="dxa"/>
          </w:tcPr>
          <w:p w14:paraId="1EC786E0" w14:textId="77777777" w:rsidR="00043C9C" w:rsidRDefault="00043C9C"/>
        </w:tc>
      </w:tr>
      <w:tr w:rsidR="00043C9C" w14:paraId="4CE9BB54" w14:textId="77777777" w:rsidTr="00C63D58">
        <w:tc>
          <w:tcPr>
            <w:tcW w:w="2880" w:type="dxa"/>
          </w:tcPr>
          <w:p w14:paraId="4E2E49E6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3749" w:type="dxa"/>
          </w:tcPr>
          <w:p w14:paraId="60D5D38B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011" w:type="dxa"/>
          </w:tcPr>
          <w:p w14:paraId="06217748" w14:textId="77777777" w:rsidR="00043C9C" w:rsidRDefault="00043C9C"/>
        </w:tc>
      </w:tr>
      <w:tr w:rsidR="00043C9C" w14:paraId="784B823D" w14:textId="77777777" w:rsidTr="00C63D58">
        <w:tc>
          <w:tcPr>
            <w:tcW w:w="2880" w:type="dxa"/>
          </w:tcPr>
          <w:p w14:paraId="3DC46BDE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3749" w:type="dxa"/>
          </w:tcPr>
          <w:p w14:paraId="336B0222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011" w:type="dxa"/>
          </w:tcPr>
          <w:p w14:paraId="2B3DAE11" w14:textId="77777777" w:rsidR="00043C9C" w:rsidRDefault="00043C9C"/>
        </w:tc>
      </w:tr>
      <w:tr w:rsidR="00043C9C" w14:paraId="18BFB6D0" w14:textId="77777777" w:rsidTr="00C63D58">
        <w:tc>
          <w:tcPr>
            <w:tcW w:w="2880" w:type="dxa"/>
          </w:tcPr>
          <w:p w14:paraId="03D0439E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3749" w:type="dxa"/>
          </w:tcPr>
          <w:p w14:paraId="67BEB5C6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011" w:type="dxa"/>
          </w:tcPr>
          <w:p w14:paraId="1A5061AC" w14:textId="77777777" w:rsidR="00043C9C" w:rsidRDefault="00043C9C"/>
        </w:tc>
      </w:tr>
    </w:tbl>
    <w:p w14:paraId="0DD50D4D" w14:textId="2953D269" w:rsidR="00043C9C" w:rsidRDefault="00000000">
      <w:pPr>
        <w:pStyle w:val="Nagwek2"/>
      </w:pPr>
      <w:r>
        <w:t>16. Panel LCD</w:t>
      </w:r>
      <w:r w:rsidR="0055235E">
        <w:t xml:space="preserve"> do </w:t>
      </w:r>
      <w:proofErr w:type="spellStart"/>
      <w:r w:rsidR="0055235E">
        <w:t>badania</w:t>
      </w:r>
      <w:proofErr w:type="spellEnd"/>
      <w:r w:rsidR="0055235E">
        <w:t xml:space="preserve"> </w:t>
      </w:r>
      <w:proofErr w:type="spellStart"/>
      <w:r w:rsidR="0055235E">
        <w:t>ostrości</w:t>
      </w:r>
      <w:proofErr w:type="spellEnd"/>
      <w:r w:rsidR="0055235E">
        <w:t xml:space="preserve"> </w:t>
      </w:r>
      <w:proofErr w:type="spellStart"/>
      <w:r w:rsidR="0055235E">
        <w:t>widzenia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519C78EF" w14:textId="77777777">
        <w:tc>
          <w:tcPr>
            <w:tcW w:w="2880" w:type="dxa"/>
          </w:tcPr>
          <w:p w14:paraId="416BFE3E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67055DFF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53F3F8CB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2BBCE196" w14:textId="77777777">
        <w:tc>
          <w:tcPr>
            <w:tcW w:w="2880" w:type="dxa"/>
          </w:tcPr>
          <w:p w14:paraId="7AD845F5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5600BFB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5C899B0" w14:textId="77777777" w:rsidR="00043C9C" w:rsidRDefault="00043C9C"/>
        </w:tc>
      </w:tr>
      <w:tr w:rsidR="00043C9C" w14:paraId="3756FA30" w14:textId="77777777">
        <w:tc>
          <w:tcPr>
            <w:tcW w:w="2880" w:type="dxa"/>
          </w:tcPr>
          <w:p w14:paraId="0826F9A8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5A44646B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CCD342A" w14:textId="77777777" w:rsidR="00043C9C" w:rsidRDefault="00043C9C"/>
        </w:tc>
      </w:tr>
      <w:tr w:rsidR="00043C9C" w14:paraId="33A460AE" w14:textId="77777777">
        <w:tc>
          <w:tcPr>
            <w:tcW w:w="2880" w:type="dxa"/>
          </w:tcPr>
          <w:p w14:paraId="1EC8CF7E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8CCD643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054498BE" w14:textId="77777777" w:rsidR="00043C9C" w:rsidRDefault="00043C9C"/>
        </w:tc>
      </w:tr>
      <w:tr w:rsidR="00043C9C" w14:paraId="6BEEF360" w14:textId="77777777">
        <w:tc>
          <w:tcPr>
            <w:tcW w:w="2880" w:type="dxa"/>
          </w:tcPr>
          <w:p w14:paraId="441DBAC4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4392DCF3" w14:textId="22B6E2E6" w:rsidR="00043C9C" w:rsidRDefault="00000000">
            <w:r>
              <w:t>Min. 23''</w:t>
            </w:r>
            <w:r w:rsidR="00C63D58">
              <w:t xml:space="preserve">, </w:t>
            </w:r>
            <w:proofErr w:type="spellStart"/>
            <w:r w:rsidR="00C63D58">
              <w:t>polaryczacja</w:t>
            </w:r>
            <w:proofErr w:type="spellEnd"/>
          </w:p>
        </w:tc>
        <w:tc>
          <w:tcPr>
            <w:tcW w:w="2880" w:type="dxa"/>
          </w:tcPr>
          <w:p w14:paraId="743337C2" w14:textId="77777777" w:rsidR="00043C9C" w:rsidRDefault="00043C9C"/>
        </w:tc>
      </w:tr>
      <w:tr w:rsidR="00043C9C" w14:paraId="217E9B47" w14:textId="77777777">
        <w:tc>
          <w:tcPr>
            <w:tcW w:w="2880" w:type="dxa"/>
          </w:tcPr>
          <w:p w14:paraId="48FBAB47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4865F4E5" w14:textId="4226587A" w:rsidR="00C63D58" w:rsidRDefault="00000000" w:rsidP="00C63D58">
            <w:r>
              <w:t xml:space="preserve">Testy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dorosłych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dzieci</w:t>
            </w:r>
            <w:proofErr w:type="spellEnd"/>
            <w:r w:rsidR="0055235E">
              <w:t xml:space="preserve"> (</w:t>
            </w:r>
            <w:proofErr w:type="spellStart"/>
            <w:r w:rsidR="0055235E">
              <w:t>cyfry</w:t>
            </w:r>
            <w:proofErr w:type="spellEnd"/>
            <w:r w:rsidR="0055235E">
              <w:t xml:space="preserve">, </w:t>
            </w:r>
            <w:proofErr w:type="spellStart"/>
            <w:r w:rsidR="0055235E">
              <w:t>litery</w:t>
            </w:r>
            <w:proofErr w:type="spellEnd"/>
            <w:r w:rsidR="0055235E">
              <w:t xml:space="preserve">, </w:t>
            </w:r>
            <w:proofErr w:type="spellStart"/>
            <w:r w:rsidR="0055235E">
              <w:t>obrazki</w:t>
            </w:r>
            <w:proofErr w:type="spellEnd"/>
            <w:r w:rsidR="0055235E">
              <w:t xml:space="preserve"> </w:t>
            </w:r>
            <w:proofErr w:type="spellStart"/>
            <w:r w:rsidR="0055235E">
              <w:t>dla</w:t>
            </w:r>
            <w:proofErr w:type="spellEnd"/>
            <w:r w:rsidR="0055235E">
              <w:t xml:space="preserve"> </w:t>
            </w:r>
            <w:proofErr w:type="spellStart"/>
            <w:r w:rsidR="0055235E">
              <w:t>dzieci</w:t>
            </w:r>
            <w:proofErr w:type="spellEnd"/>
            <w:r w:rsidR="0055235E">
              <w:t xml:space="preserve">, Snellen E, </w:t>
            </w:r>
            <w:proofErr w:type="spellStart"/>
            <w:r w:rsidR="0055235E">
              <w:t>Lndolt</w:t>
            </w:r>
            <w:proofErr w:type="spellEnd"/>
            <w:r w:rsidR="0055235E">
              <w:t xml:space="preserve">, </w:t>
            </w:r>
            <w:proofErr w:type="spellStart"/>
            <w:r w:rsidR="0055235E">
              <w:t>czerwono-zielony</w:t>
            </w:r>
            <w:proofErr w:type="spellEnd"/>
            <w:r w:rsidR="0055235E">
              <w:t xml:space="preserve">, </w:t>
            </w:r>
            <w:proofErr w:type="spellStart"/>
            <w:r w:rsidR="0055235E">
              <w:t>binokularny</w:t>
            </w:r>
            <w:proofErr w:type="spellEnd"/>
            <w:r w:rsidR="0055235E">
              <w:t>, worth, ISHIHARY),</w:t>
            </w:r>
          </w:p>
          <w:p w14:paraId="0A70D4A7" w14:textId="409638A3" w:rsidR="00C63D58" w:rsidRDefault="00C63D58" w:rsidP="00C63D58">
            <w:proofErr w:type="spellStart"/>
            <w:r>
              <w:t>Badanie</w:t>
            </w:r>
            <w:proofErr w:type="spellEnd"/>
            <w:r>
              <w:t xml:space="preserve"> </w:t>
            </w:r>
            <w:proofErr w:type="spellStart"/>
            <w:r>
              <w:t>widzenia</w:t>
            </w:r>
            <w:proofErr w:type="spellEnd"/>
            <w:r>
              <w:t xml:space="preserve"> </w:t>
            </w:r>
            <w:proofErr w:type="spellStart"/>
            <w:r>
              <w:t>barwnego</w:t>
            </w:r>
            <w:proofErr w:type="spellEnd"/>
            <w:r>
              <w:t xml:space="preserve">, </w:t>
            </w:r>
          </w:p>
          <w:p w14:paraId="259ACDE1" w14:textId="5E07A0ED" w:rsidR="00C63D58" w:rsidRDefault="00C63D58" w:rsidP="00C63D58">
            <w:proofErr w:type="spellStart"/>
            <w:r>
              <w:t>Badanie</w:t>
            </w:r>
            <w:proofErr w:type="spellEnd"/>
            <w:r>
              <w:t xml:space="preserve"> </w:t>
            </w:r>
            <w:proofErr w:type="spellStart"/>
            <w:r>
              <w:t>czułości</w:t>
            </w:r>
            <w:proofErr w:type="spellEnd"/>
            <w:r>
              <w:t xml:space="preserve"> </w:t>
            </w:r>
            <w:proofErr w:type="spellStart"/>
            <w:r>
              <w:t>kontrastowej</w:t>
            </w:r>
            <w:proofErr w:type="spellEnd"/>
            <w:r>
              <w:t>,</w:t>
            </w:r>
          </w:p>
          <w:p w14:paraId="79E690F1" w14:textId="5400D35A" w:rsidR="00C63D58" w:rsidRDefault="00C63D58" w:rsidP="00C63D58">
            <w:r>
              <w:t xml:space="preserve"> </w:t>
            </w:r>
            <w:proofErr w:type="spellStart"/>
            <w:r>
              <w:t>Badanie</w:t>
            </w:r>
            <w:proofErr w:type="spellEnd"/>
            <w:r>
              <w:t xml:space="preserve"> </w:t>
            </w:r>
            <w:proofErr w:type="spellStart"/>
            <w:r>
              <w:t>widzenia</w:t>
            </w:r>
            <w:proofErr w:type="spellEnd"/>
            <w:r>
              <w:t xml:space="preserve"> </w:t>
            </w:r>
            <w:proofErr w:type="spellStart"/>
            <w:r>
              <w:t>obuocznego</w:t>
            </w:r>
            <w:proofErr w:type="spellEnd"/>
            <w:r>
              <w:t xml:space="preserve">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pomocy</w:t>
            </w:r>
            <w:proofErr w:type="spellEnd"/>
            <w:r>
              <w:t xml:space="preserve"> </w:t>
            </w:r>
            <w:proofErr w:type="spellStart"/>
            <w:r>
              <w:t>testów</w:t>
            </w:r>
            <w:proofErr w:type="spellEnd"/>
            <w:r>
              <w:t xml:space="preserve"> </w:t>
            </w:r>
            <w:proofErr w:type="spellStart"/>
            <w:r>
              <w:t>spolaryzowanych</w:t>
            </w:r>
            <w:proofErr w:type="spellEnd"/>
            <w:r>
              <w:t xml:space="preserve"> (</w:t>
            </w:r>
            <w:proofErr w:type="spellStart"/>
            <w:r>
              <w:t>tylko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wersji</w:t>
            </w:r>
            <w:proofErr w:type="spellEnd"/>
            <w:r>
              <w:t xml:space="preserve"> CP-600P </w:t>
            </w:r>
            <w:proofErr w:type="spellStart"/>
            <w:r>
              <w:t>i</w:t>
            </w:r>
            <w:proofErr w:type="spellEnd"/>
            <w:r>
              <w:t xml:space="preserve"> CP-400P.</w:t>
            </w:r>
          </w:p>
        </w:tc>
        <w:tc>
          <w:tcPr>
            <w:tcW w:w="2880" w:type="dxa"/>
          </w:tcPr>
          <w:p w14:paraId="1D5358B3" w14:textId="77777777" w:rsidR="00043C9C" w:rsidRDefault="00043C9C"/>
        </w:tc>
      </w:tr>
      <w:tr w:rsidR="00043C9C" w14:paraId="77628AB5" w14:textId="77777777">
        <w:tc>
          <w:tcPr>
            <w:tcW w:w="2880" w:type="dxa"/>
          </w:tcPr>
          <w:p w14:paraId="1117BAE1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5668F32C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1345C9FC" w14:textId="77777777" w:rsidR="00043C9C" w:rsidRDefault="00043C9C"/>
        </w:tc>
      </w:tr>
      <w:tr w:rsidR="00043C9C" w14:paraId="3B13B1B4" w14:textId="77777777">
        <w:tc>
          <w:tcPr>
            <w:tcW w:w="2880" w:type="dxa"/>
          </w:tcPr>
          <w:p w14:paraId="1A702A82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5C1B6E4E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23637F34" w14:textId="77777777" w:rsidR="00043C9C" w:rsidRDefault="00043C9C"/>
        </w:tc>
      </w:tr>
      <w:tr w:rsidR="00043C9C" w14:paraId="110224C1" w14:textId="77777777">
        <w:tc>
          <w:tcPr>
            <w:tcW w:w="2880" w:type="dxa"/>
          </w:tcPr>
          <w:p w14:paraId="7D9508A0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5978D1D8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0B171EB8" w14:textId="77777777" w:rsidR="00043C9C" w:rsidRDefault="00043C9C"/>
        </w:tc>
      </w:tr>
    </w:tbl>
    <w:p w14:paraId="1A48C487" w14:textId="77777777" w:rsidR="00043C9C" w:rsidRDefault="00000000">
      <w:pPr>
        <w:pStyle w:val="Nagwek2"/>
      </w:pPr>
      <w:r>
        <w:t xml:space="preserve">17. Lampa </w:t>
      </w:r>
      <w:proofErr w:type="spellStart"/>
      <w:r>
        <w:t>szczelinowa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1651AF51" w14:textId="77777777">
        <w:tc>
          <w:tcPr>
            <w:tcW w:w="2880" w:type="dxa"/>
          </w:tcPr>
          <w:p w14:paraId="74A81C4C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705284B8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28BA8374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56D416F9" w14:textId="77777777">
        <w:tc>
          <w:tcPr>
            <w:tcW w:w="2880" w:type="dxa"/>
          </w:tcPr>
          <w:p w14:paraId="56BF766A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0A2E9EFF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99651FD" w14:textId="77777777" w:rsidR="00043C9C" w:rsidRDefault="00043C9C"/>
        </w:tc>
      </w:tr>
      <w:tr w:rsidR="00043C9C" w14:paraId="730BF483" w14:textId="77777777">
        <w:tc>
          <w:tcPr>
            <w:tcW w:w="2880" w:type="dxa"/>
          </w:tcPr>
          <w:p w14:paraId="218233EA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1B0E493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E1C699A" w14:textId="77777777" w:rsidR="00043C9C" w:rsidRDefault="00043C9C"/>
        </w:tc>
      </w:tr>
      <w:tr w:rsidR="00043C9C" w14:paraId="651776A7" w14:textId="77777777">
        <w:tc>
          <w:tcPr>
            <w:tcW w:w="2880" w:type="dxa"/>
          </w:tcPr>
          <w:p w14:paraId="2CB02EF1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7E059602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3758CF5A" w14:textId="77777777" w:rsidR="00043C9C" w:rsidRDefault="00043C9C"/>
        </w:tc>
      </w:tr>
      <w:tr w:rsidR="00043C9C" w14:paraId="682DB58E" w14:textId="77777777">
        <w:tc>
          <w:tcPr>
            <w:tcW w:w="2880" w:type="dxa"/>
          </w:tcPr>
          <w:p w14:paraId="502FBF08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52C071FE" w14:textId="77777777" w:rsidR="00043C9C" w:rsidRDefault="00000000">
            <w:proofErr w:type="spellStart"/>
            <w:r>
              <w:t>Oświetlenie</w:t>
            </w:r>
            <w:proofErr w:type="spellEnd"/>
            <w:r>
              <w:t xml:space="preserve"> LED</w:t>
            </w:r>
          </w:p>
        </w:tc>
        <w:tc>
          <w:tcPr>
            <w:tcW w:w="2880" w:type="dxa"/>
          </w:tcPr>
          <w:p w14:paraId="3BE2002E" w14:textId="77777777" w:rsidR="00043C9C" w:rsidRDefault="00043C9C"/>
        </w:tc>
      </w:tr>
      <w:tr w:rsidR="00043C9C" w14:paraId="4A12A688" w14:textId="77777777">
        <w:tc>
          <w:tcPr>
            <w:tcW w:w="2880" w:type="dxa"/>
          </w:tcPr>
          <w:p w14:paraId="3C9B086A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3CAFEBA0" w14:textId="77777777" w:rsidR="00043C9C" w:rsidRDefault="00000000">
            <w:r>
              <w:t xml:space="preserve">Min. 5 </w:t>
            </w:r>
            <w:proofErr w:type="spellStart"/>
            <w:r>
              <w:t>powiększeń</w:t>
            </w:r>
            <w:proofErr w:type="spellEnd"/>
            <w:r w:rsidR="0055235E">
              <w:t xml:space="preserve"> (6x, 10x, 16x, 25x, 40x), </w:t>
            </w:r>
            <w:proofErr w:type="spellStart"/>
            <w:r w:rsidR="0055235E">
              <w:t>podbródek</w:t>
            </w:r>
            <w:proofErr w:type="spellEnd"/>
            <w:r w:rsidR="0055235E">
              <w:t xml:space="preserve"> z </w:t>
            </w:r>
            <w:proofErr w:type="spellStart"/>
            <w:r w:rsidR="0055235E">
              <w:t>fiksatorem</w:t>
            </w:r>
            <w:proofErr w:type="spellEnd"/>
            <w:r w:rsidR="0055235E">
              <w:t xml:space="preserve">, </w:t>
            </w:r>
            <w:proofErr w:type="spellStart"/>
            <w:r w:rsidR="0055235E">
              <w:t>filtr</w:t>
            </w:r>
            <w:proofErr w:type="spellEnd"/>
            <w:r w:rsidR="0055235E">
              <w:t xml:space="preserve">: </w:t>
            </w:r>
            <w:proofErr w:type="spellStart"/>
            <w:r w:rsidR="0055235E">
              <w:t>niebieski</w:t>
            </w:r>
            <w:proofErr w:type="spellEnd"/>
            <w:r w:rsidR="0055235E">
              <w:t xml:space="preserve">, </w:t>
            </w:r>
            <w:proofErr w:type="spellStart"/>
            <w:r w:rsidR="0055235E">
              <w:t>zielony</w:t>
            </w:r>
            <w:proofErr w:type="spellEnd"/>
            <w:r w:rsidR="0055235E">
              <w:t xml:space="preserve"> (red free), </w:t>
            </w:r>
            <w:proofErr w:type="spellStart"/>
            <w:r w:rsidR="0055235E">
              <w:t>absorbujący</w:t>
            </w:r>
            <w:proofErr w:type="spellEnd"/>
            <w:r w:rsidR="0055235E">
              <w:t xml:space="preserve"> </w:t>
            </w:r>
            <w:proofErr w:type="spellStart"/>
            <w:r w:rsidR="0055235E">
              <w:t>ciepło</w:t>
            </w:r>
            <w:proofErr w:type="spellEnd"/>
            <w:r w:rsidR="0055235E">
              <w:t xml:space="preserve">, </w:t>
            </w:r>
            <w:proofErr w:type="spellStart"/>
            <w:r w:rsidR="0055235E">
              <w:t>dyfuzor</w:t>
            </w:r>
            <w:proofErr w:type="spellEnd"/>
            <w:r w:rsidR="0055235E">
              <w:t>,</w:t>
            </w:r>
          </w:p>
          <w:p w14:paraId="229E9FB4" w14:textId="110ECA3F" w:rsidR="0055235E" w:rsidRDefault="0055235E">
            <w:proofErr w:type="spellStart"/>
            <w:r>
              <w:t>Szerokość</w:t>
            </w:r>
            <w:proofErr w:type="spellEnd"/>
            <w:r>
              <w:t xml:space="preserve"> </w:t>
            </w:r>
            <w:proofErr w:type="spellStart"/>
            <w:r>
              <w:t>szczeliny</w:t>
            </w:r>
            <w:proofErr w:type="spellEnd"/>
            <w:r>
              <w:t xml:space="preserve"> do 14mm, </w:t>
            </w:r>
            <w:proofErr w:type="spellStart"/>
            <w:r>
              <w:t>płynna</w:t>
            </w:r>
            <w:proofErr w:type="spellEnd"/>
            <w:r>
              <w:t xml:space="preserve"> </w:t>
            </w:r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oświetlenia</w:t>
            </w:r>
            <w:proofErr w:type="spellEnd"/>
            <w:r>
              <w:t>.</w:t>
            </w:r>
          </w:p>
        </w:tc>
        <w:tc>
          <w:tcPr>
            <w:tcW w:w="2880" w:type="dxa"/>
          </w:tcPr>
          <w:p w14:paraId="3A618406" w14:textId="77777777" w:rsidR="00043C9C" w:rsidRDefault="00043C9C"/>
        </w:tc>
      </w:tr>
      <w:tr w:rsidR="00043C9C" w14:paraId="720FDB5C" w14:textId="77777777">
        <w:tc>
          <w:tcPr>
            <w:tcW w:w="2880" w:type="dxa"/>
          </w:tcPr>
          <w:p w14:paraId="488B8CC4" w14:textId="77777777" w:rsidR="00043C9C" w:rsidRDefault="00000000">
            <w:proofErr w:type="spellStart"/>
            <w:r>
              <w:lastRenderedPageBreak/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2CA4217B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2FA54333" w14:textId="77777777" w:rsidR="00043C9C" w:rsidRDefault="00043C9C"/>
        </w:tc>
      </w:tr>
      <w:tr w:rsidR="00043C9C" w14:paraId="37AA73BE" w14:textId="77777777">
        <w:tc>
          <w:tcPr>
            <w:tcW w:w="2880" w:type="dxa"/>
          </w:tcPr>
          <w:p w14:paraId="655F3E79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11EC9116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3B86A666" w14:textId="77777777" w:rsidR="00043C9C" w:rsidRDefault="00043C9C"/>
        </w:tc>
      </w:tr>
      <w:tr w:rsidR="00043C9C" w14:paraId="28E694D4" w14:textId="77777777">
        <w:tc>
          <w:tcPr>
            <w:tcW w:w="2880" w:type="dxa"/>
          </w:tcPr>
          <w:p w14:paraId="21270DF3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724EF984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5AC73FC7" w14:textId="77777777" w:rsidR="00043C9C" w:rsidRDefault="00043C9C"/>
        </w:tc>
      </w:tr>
    </w:tbl>
    <w:p w14:paraId="30E85332" w14:textId="77777777" w:rsidR="00043C9C" w:rsidRDefault="00000000">
      <w:pPr>
        <w:pStyle w:val="Nagwek2"/>
      </w:pPr>
      <w:r>
        <w:t xml:space="preserve">18. Laser YAG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75634C5E" w14:textId="77777777">
        <w:tc>
          <w:tcPr>
            <w:tcW w:w="2880" w:type="dxa"/>
          </w:tcPr>
          <w:p w14:paraId="5BCC7842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4E2E66A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6525C77F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312E662C" w14:textId="77777777">
        <w:tc>
          <w:tcPr>
            <w:tcW w:w="2880" w:type="dxa"/>
          </w:tcPr>
          <w:p w14:paraId="7D75AE4D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26ACBF6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C389163" w14:textId="77777777" w:rsidR="00043C9C" w:rsidRDefault="00043C9C"/>
        </w:tc>
      </w:tr>
      <w:tr w:rsidR="00043C9C" w14:paraId="7BCE1E00" w14:textId="77777777">
        <w:tc>
          <w:tcPr>
            <w:tcW w:w="2880" w:type="dxa"/>
          </w:tcPr>
          <w:p w14:paraId="5C126C57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49D334F3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6A324F8" w14:textId="77777777" w:rsidR="00043C9C" w:rsidRDefault="00043C9C"/>
        </w:tc>
      </w:tr>
      <w:tr w:rsidR="00043C9C" w14:paraId="03C1909A" w14:textId="77777777">
        <w:tc>
          <w:tcPr>
            <w:tcW w:w="2880" w:type="dxa"/>
          </w:tcPr>
          <w:p w14:paraId="2D61D30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CE94BBF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3D0BAB90" w14:textId="77777777" w:rsidR="00043C9C" w:rsidRDefault="00043C9C"/>
        </w:tc>
      </w:tr>
      <w:tr w:rsidR="00043C9C" w14:paraId="2269EF83" w14:textId="77777777">
        <w:tc>
          <w:tcPr>
            <w:tcW w:w="2880" w:type="dxa"/>
          </w:tcPr>
          <w:p w14:paraId="33D51CE4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11C23278" w14:textId="77777777" w:rsidR="00043C9C" w:rsidRDefault="00000000">
            <w:r>
              <w:t>Laser YAG</w:t>
            </w:r>
          </w:p>
        </w:tc>
        <w:tc>
          <w:tcPr>
            <w:tcW w:w="2880" w:type="dxa"/>
          </w:tcPr>
          <w:p w14:paraId="6216DEB0" w14:textId="77777777" w:rsidR="00043C9C" w:rsidRDefault="00043C9C"/>
        </w:tc>
      </w:tr>
      <w:tr w:rsidR="00043C9C" w14:paraId="461DBCA7" w14:textId="77777777">
        <w:tc>
          <w:tcPr>
            <w:tcW w:w="2880" w:type="dxa"/>
          </w:tcPr>
          <w:p w14:paraId="55164BCE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6C204F97" w14:textId="77777777" w:rsidR="00043C9C" w:rsidRDefault="00000000">
            <w:proofErr w:type="spellStart"/>
            <w:r>
              <w:t>Zintegrowany</w:t>
            </w:r>
            <w:proofErr w:type="spellEnd"/>
            <w:r>
              <w:t xml:space="preserve"> z </w:t>
            </w:r>
            <w:proofErr w:type="spellStart"/>
            <w:r>
              <w:t>lampą</w:t>
            </w:r>
            <w:proofErr w:type="spellEnd"/>
            <w:r w:rsidR="0055235E">
              <w:t xml:space="preserve"> </w:t>
            </w:r>
            <w:proofErr w:type="spellStart"/>
            <w:r w:rsidR="0055235E">
              <w:t>szczelinową</w:t>
            </w:r>
            <w:proofErr w:type="spellEnd"/>
            <w:r w:rsidR="0055235E">
              <w:t xml:space="preserve">, </w:t>
            </w:r>
            <w:proofErr w:type="spellStart"/>
            <w:r w:rsidR="0055235E">
              <w:t>przeznaczenie</w:t>
            </w:r>
            <w:proofErr w:type="spellEnd"/>
            <w:r w:rsidR="0055235E">
              <w:t xml:space="preserve">: </w:t>
            </w:r>
            <w:proofErr w:type="spellStart"/>
            <w:r w:rsidR="0055235E">
              <w:t>kapsulotomia</w:t>
            </w:r>
            <w:proofErr w:type="spellEnd"/>
            <w:r w:rsidR="0055235E">
              <w:t xml:space="preserve">, </w:t>
            </w:r>
            <w:proofErr w:type="spellStart"/>
            <w:r w:rsidR="0055235E">
              <w:t>irydotomia</w:t>
            </w:r>
            <w:proofErr w:type="spellEnd"/>
            <w:r w:rsidR="0055235E">
              <w:t>,</w:t>
            </w:r>
          </w:p>
          <w:p w14:paraId="270EAD21" w14:textId="77777777" w:rsidR="0055235E" w:rsidRDefault="0055235E">
            <w:proofErr w:type="spellStart"/>
            <w:r>
              <w:t>Długość</w:t>
            </w:r>
            <w:proofErr w:type="spellEnd"/>
            <w:r>
              <w:t xml:space="preserve"> </w:t>
            </w:r>
            <w:proofErr w:type="spellStart"/>
            <w:r>
              <w:t>fali</w:t>
            </w:r>
            <w:proofErr w:type="spellEnd"/>
            <w:r>
              <w:t xml:space="preserve">: 1064 nm, </w:t>
            </w:r>
          </w:p>
          <w:p w14:paraId="514F5078" w14:textId="77777777" w:rsidR="0055235E" w:rsidRDefault="0055235E">
            <w:proofErr w:type="spellStart"/>
            <w:r>
              <w:t>Częstotliwość</w:t>
            </w:r>
            <w:proofErr w:type="spellEnd"/>
            <w:r>
              <w:t xml:space="preserve"> </w:t>
            </w:r>
            <w:proofErr w:type="spellStart"/>
            <w:r>
              <w:t>powtórzeń</w:t>
            </w:r>
            <w:proofErr w:type="spellEnd"/>
            <w:r>
              <w:t>: do 3HZ</w:t>
            </w:r>
          </w:p>
          <w:p w14:paraId="2BBABC04" w14:textId="77777777" w:rsidR="0055235E" w:rsidRDefault="0055235E">
            <w:proofErr w:type="spellStart"/>
            <w:r>
              <w:t>Średniaca</w:t>
            </w:r>
            <w:proofErr w:type="spellEnd"/>
            <w:r>
              <w:t xml:space="preserve"> </w:t>
            </w:r>
            <w:proofErr w:type="spellStart"/>
            <w:r>
              <w:t>ogniska</w:t>
            </w:r>
            <w:proofErr w:type="spellEnd"/>
            <w:r>
              <w:t xml:space="preserve"> 8 µm,</w:t>
            </w:r>
          </w:p>
          <w:p w14:paraId="53670829" w14:textId="32796623" w:rsidR="0055235E" w:rsidRDefault="0055235E">
            <w:proofErr w:type="spellStart"/>
            <w:r>
              <w:t>Spoób</w:t>
            </w:r>
            <w:proofErr w:type="spellEnd"/>
            <w:r>
              <w:t xml:space="preserve"> </w:t>
            </w:r>
            <w:proofErr w:type="spellStart"/>
            <w:r>
              <w:t>emisji</w:t>
            </w:r>
            <w:proofErr w:type="spellEnd"/>
            <w:r>
              <w:t xml:space="preserve">: 1, 2 </w:t>
            </w:r>
            <w:proofErr w:type="spellStart"/>
            <w:r>
              <w:t>lub</w:t>
            </w:r>
            <w:proofErr w:type="spellEnd"/>
            <w:r>
              <w:t xml:space="preserve"> 3 </w:t>
            </w:r>
            <w:proofErr w:type="spellStart"/>
            <w:r>
              <w:t>impulsy</w:t>
            </w:r>
            <w:proofErr w:type="spellEnd"/>
            <w:r>
              <w:t xml:space="preserve"> w </w:t>
            </w:r>
            <w:proofErr w:type="spellStart"/>
            <w:r>
              <w:t>serii</w:t>
            </w:r>
            <w:proofErr w:type="spellEnd"/>
            <w:r>
              <w:t>.</w:t>
            </w:r>
          </w:p>
        </w:tc>
        <w:tc>
          <w:tcPr>
            <w:tcW w:w="2880" w:type="dxa"/>
          </w:tcPr>
          <w:p w14:paraId="32B0DD12" w14:textId="77777777" w:rsidR="00043C9C" w:rsidRDefault="00043C9C"/>
        </w:tc>
      </w:tr>
      <w:tr w:rsidR="00043C9C" w14:paraId="48D6C9FE" w14:textId="77777777">
        <w:tc>
          <w:tcPr>
            <w:tcW w:w="2880" w:type="dxa"/>
          </w:tcPr>
          <w:p w14:paraId="7DDB2696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5B64331D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2E09CBA8" w14:textId="77777777" w:rsidR="00043C9C" w:rsidRDefault="00043C9C"/>
        </w:tc>
      </w:tr>
      <w:tr w:rsidR="00043C9C" w14:paraId="0136D80E" w14:textId="77777777">
        <w:tc>
          <w:tcPr>
            <w:tcW w:w="2880" w:type="dxa"/>
          </w:tcPr>
          <w:p w14:paraId="730FE691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440D4BF3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4D278C1B" w14:textId="77777777" w:rsidR="00043C9C" w:rsidRDefault="00043C9C"/>
        </w:tc>
      </w:tr>
      <w:tr w:rsidR="00043C9C" w14:paraId="7D46F8BC" w14:textId="77777777">
        <w:tc>
          <w:tcPr>
            <w:tcW w:w="2880" w:type="dxa"/>
          </w:tcPr>
          <w:p w14:paraId="300B484F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3BE1D385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617C6BF8" w14:textId="77777777" w:rsidR="00043C9C" w:rsidRDefault="00043C9C"/>
        </w:tc>
      </w:tr>
    </w:tbl>
    <w:p w14:paraId="26C136DD" w14:textId="77777777" w:rsidR="00043C9C" w:rsidRDefault="00000000">
      <w:pPr>
        <w:pStyle w:val="Nagwek2"/>
      </w:pPr>
      <w:r>
        <w:t xml:space="preserve">19. </w:t>
      </w:r>
      <w:proofErr w:type="spellStart"/>
      <w:r>
        <w:t>Ultrasonograf</w:t>
      </w:r>
      <w:proofErr w:type="spellEnd"/>
      <w:r>
        <w:t xml:space="preserve"> </w:t>
      </w:r>
      <w:proofErr w:type="spellStart"/>
      <w:r>
        <w:t>okulistyczny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239FEE3F" w14:textId="77777777">
        <w:tc>
          <w:tcPr>
            <w:tcW w:w="2880" w:type="dxa"/>
          </w:tcPr>
          <w:p w14:paraId="5D628BC8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28996D25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20FCF717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28E726A5" w14:textId="77777777">
        <w:tc>
          <w:tcPr>
            <w:tcW w:w="2880" w:type="dxa"/>
          </w:tcPr>
          <w:p w14:paraId="4983A5E7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5A805F8A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9DE1C0F" w14:textId="77777777" w:rsidR="00043C9C" w:rsidRDefault="00043C9C"/>
        </w:tc>
      </w:tr>
      <w:tr w:rsidR="00043C9C" w14:paraId="394C9032" w14:textId="77777777">
        <w:tc>
          <w:tcPr>
            <w:tcW w:w="2880" w:type="dxa"/>
          </w:tcPr>
          <w:p w14:paraId="46C24E73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274868B2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1FE5431E" w14:textId="77777777" w:rsidR="00043C9C" w:rsidRDefault="00043C9C"/>
        </w:tc>
      </w:tr>
      <w:tr w:rsidR="00043C9C" w14:paraId="6A42A4A6" w14:textId="77777777">
        <w:tc>
          <w:tcPr>
            <w:tcW w:w="2880" w:type="dxa"/>
          </w:tcPr>
          <w:p w14:paraId="49448DC7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65FFED4C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63F6CEE" w14:textId="77777777" w:rsidR="00043C9C" w:rsidRDefault="00043C9C"/>
        </w:tc>
      </w:tr>
      <w:tr w:rsidR="00043C9C" w14:paraId="167BD968" w14:textId="77777777">
        <w:tc>
          <w:tcPr>
            <w:tcW w:w="2880" w:type="dxa"/>
          </w:tcPr>
          <w:p w14:paraId="19B36B5E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132AC0AE" w14:textId="1F4C422F" w:rsidR="00043C9C" w:rsidRDefault="00000000">
            <w:proofErr w:type="spellStart"/>
            <w:r>
              <w:t>Projekcja</w:t>
            </w:r>
            <w:proofErr w:type="spellEnd"/>
            <w:r>
              <w:t xml:space="preserve"> A </w:t>
            </w:r>
            <w:proofErr w:type="spellStart"/>
            <w:r>
              <w:t>i</w:t>
            </w:r>
            <w:proofErr w:type="spellEnd"/>
            <w:r>
              <w:t xml:space="preserve"> B</w:t>
            </w:r>
            <w:r w:rsidR="0055235E">
              <w:t xml:space="preserve"> z </w:t>
            </w:r>
            <w:proofErr w:type="spellStart"/>
            <w:r w:rsidR="0055235E">
              <w:t>możliwością</w:t>
            </w:r>
            <w:proofErr w:type="spellEnd"/>
            <w:r w:rsidR="0055235E">
              <w:t xml:space="preserve"> </w:t>
            </w:r>
            <w:proofErr w:type="spellStart"/>
            <w:r w:rsidR="0055235E">
              <w:t>rozbudowy</w:t>
            </w:r>
            <w:proofErr w:type="spellEnd"/>
            <w:r w:rsidR="0055235E">
              <w:t xml:space="preserve"> o UBM </w:t>
            </w:r>
            <w:proofErr w:type="spellStart"/>
            <w:r w:rsidR="0055235E">
              <w:t>oraz</w:t>
            </w:r>
            <w:proofErr w:type="spellEnd"/>
            <w:r w:rsidR="0055235E">
              <w:t xml:space="preserve"> </w:t>
            </w:r>
            <w:proofErr w:type="spellStart"/>
            <w:r w:rsidR="0055235E">
              <w:t>pachymetrię</w:t>
            </w:r>
            <w:proofErr w:type="spellEnd"/>
            <w:r w:rsidR="0055235E">
              <w:t xml:space="preserve"> </w:t>
            </w:r>
          </w:p>
        </w:tc>
        <w:tc>
          <w:tcPr>
            <w:tcW w:w="2880" w:type="dxa"/>
          </w:tcPr>
          <w:p w14:paraId="6A2E8A48" w14:textId="77777777" w:rsidR="00043C9C" w:rsidRDefault="00043C9C"/>
        </w:tc>
      </w:tr>
      <w:tr w:rsidR="00043C9C" w14:paraId="24247174" w14:textId="77777777">
        <w:tc>
          <w:tcPr>
            <w:tcW w:w="2880" w:type="dxa"/>
          </w:tcPr>
          <w:p w14:paraId="285017D1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23AE66C6" w14:textId="023D7CEA" w:rsidR="00043C9C" w:rsidRDefault="00000000">
            <w:proofErr w:type="spellStart"/>
            <w:r>
              <w:t>Rozdzielczość</w:t>
            </w:r>
            <w:proofErr w:type="spellEnd"/>
            <w:r>
              <w:t xml:space="preserve"> min. 1280x800</w:t>
            </w:r>
            <w:r w:rsidR="0055235E">
              <w:t xml:space="preserve">, </w:t>
            </w:r>
            <w:proofErr w:type="spellStart"/>
            <w:r w:rsidR="0055235E">
              <w:t>dokładność</w:t>
            </w:r>
            <w:proofErr w:type="spellEnd"/>
            <w:r w:rsidR="0055235E">
              <w:t xml:space="preserve"> do 15 µm</w:t>
            </w:r>
          </w:p>
        </w:tc>
        <w:tc>
          <w:tcPr>
            <w:tcW w:w="2880" w:type="dxa"/>
          </w:tcPr>
          <w:p w14:paraId="74A97618" w14:textId="77777777" w:rsidR="00043C9C" w:rsidRDefault="00043C9C"/>
        </w:tc>
      </w:tr>
      <w:tr w:rsidR="00043C9C" w14:paraId="642D8FD6" w14:textId="77777777">
        <w:tc>
          <w:tcPr>
            <w:tcW w:w="2880" w:type="dxa"/>
          </w:tcPr>
          <w:p w14:paraId="25213700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0647B5E6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0819E331" w14:textId="77777777" w:rsidR="00043C9C" w:rsidRDefault="00043C9C"/>
        </w:tc>
      </w:tr>
      <w:tr w:rsidR="00043C9C" w14:paraId="7CFE8173" w14:textId="77777777">
        <w:tc>
          <w:tcPr>
            <w:tcW w:w="2880" w:type="dxa"/>
          </w:tcPr>
          <w:p w14:paraId="42F3F80F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24801FD5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6251F3B0" w14:textId="77777777" w:rsidR="00043C9C" w:rsidRDefault="00043C9C"/>
        </w:tc>
      </w:tr>
      <w:tr w:rsidR="00043C9C" w14:paraId="60397E5F" w14:textId="77777777">
        <w:tc>
          <w:tcPr>
            <w:tcW w:w="2880" w:type="dxa"/>
          </w:tcPr>
          <w:p w14:paraId="4AB902CD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36AD4D36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3177E92F" w14:textId="77777777" w:rsidR="00043C9C" w:rsidRDefault="00043C9C"/>
        </w:tc>
      </w:tr>
    </w:tbl>
    <w:p w14:paraId="18B1FB99" w14:textId="77777777" w:rsidR="00043C9C" w:rsidRDefault="00000000">
      <w:pPr>
        <w:pStyle w:val="Nagwek2"/>
      </w:pPr>
      <w:r>
        <w:t xml:space="preserve">20. System </w:t>
      </w:r>
      <w:proofErr w:type="spellStart"/>
      <w:r>
        <w:t>prób</w:t>
      </w:r>
      <w:proofErr w:type="spellEnd"/>
      <w:r>
        <w:t xml:space="preserve"> </w:t>
      </w:r>
      <w:proofErr w:type="spellStart"/>
      <w:r>
        <w:t>wysiłkowych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90"/>
        <w:gridCol w:w="4311"/>
        <w:gridCol w:w="2029"/>
      </w:tblGrid>
      <w:tr w:rsidR="00043C9C" w14:paraId="4D75FAC9" w14:textId="77777777" w:rsidTr="00032BE8">
        <w:tc>
          <w:tcPr>
            <w:tcW w:w="2376" w:type="dxa"/>
          </w:tcPr>
          <w:p w14:paraId="7F0DE46F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4536" w:type="dxa"/>
          </w:tcPr>
          <w:p w14:paraId="53017DF2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1728" w:type="dxa"/>
          </w:tcPr>
          <w:p w14:paraId="7B497E0F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4FD3C0F0" w14:textId="77777777" w:rsidTr="00032BE8">
        <w:tc>
          <w:tcPr>
            <w:tcW w:w="2376" w:type="dxa"/>
          </w:tcPr>
          <w:p w14:paraId="4222DC3E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4536" w:type="dxa"/>
          </w:tcPr>
          <w:p w14:paraId="4E680D97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728" w:type="dxa"/>
          </w:tcPr>
          <w:p w14:paraId="08DE363F" w14:textId="77777777" w:rsidR="00043C9C" w:rsidRDefault="00043C9C"/>
        </w:tc>
      </w:tr>
      <w:tr w:rsidR="00043C9C" w14:paraId="33996BB0" w14:textId="77777777" w:rsidTr="00032BE8">
        <w:tc>
          <w:tcPr>
            <w:tcW w:w="2376" w:type="dxa"/>
          </w:tcPr>
          <w:p w14:paraId="099D9DEB" w14:textId="77777777" w:rsidR="00043C9C" w:rsidRDefault="00000000">
            <w:r>
              <w:t>Producent</w:t>
            </w:r>
          </w:p>
        </w:tc>
        <w:tc>
          <w:tcPr>
            <w:tcW w:w="4536" w:type="dxa"/>
          </w:tcPr>
          <w:p w14:paraId="7EBFF4F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1728" w:type="dxa"/>
          </w:tcPr>
          <w:p w14:paraId="2525BB91" w14:textId="77777777" w:rsidR="00043C9C" w:rsidRDefault="00043C9C"/>
        </w:tc>
      </w:tr>
      <w:tr w:rsidR="00043C9C" w14:paraId="5B47421F" w14:textId="77777777" w:rsidTr="00032BE8">
        <w:tc>
          <w:tcPr>
            <w:tcW w:w="2376" w:type="dxa"/>
          </w:tcPr>
          <w:p w14:paraId="1FC519C1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4536" w:type="dxa"/>
          </w:tcPr>
          <w:p w14:paraId="6779BA48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1728" w:type="dxa"/>
          </w:tcPr>
          <w:p w14:paraId="43EC4CB3" w14:textId="77777777" w:rsidR="00043C9C" w:rsidRDefault="00043C9C"/>
        </w:tc>
      </w:tr>
      <w:tr w:rsidR="00043C9C" w14:paraId="5A0C66BB" w14:textId="77777777" w:rsidTr="00032BE8">
        <w:tc>
          <w:tcPr>
            <w:tcW w:w="2376" w:type="dxa"/>
          </w:tcPr>
          <w:p w14:paraId="57C089F5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4536" w:type="dxa"/>
          </w:tcPr>
          <w:p w14:paraId="10796F06" w14:textId="77777777" w:rsidR="00043C9C" w:rsidRDefault="00000000">
            <w:r>
              <w:t>Analiza EKG</w:t>
            </w:r>
          </w:p>
        </w:tc>
        <w:tc>
          <w:tcPr>
            <w:tcW w:w="1728" w:type="dxa"/>
          </w:tcPr>
          <w:p w14:paraId="1DA4E5B1" w14:textId="77777777" w:rsidR="00043C9C" w:rsidRDefault="00043C9C"/>
        </w:tc>
      </w:tr>
      <w:tr w:rsidR="00032BE8" w14:paraId="21E01E64" w14:textId="77777777" w:rsidTr="00032BE8">
        <w:tc>
          <w:tcPr>
            <w:tcW w:w="2376" w:type="dxa"/>
          </w:tcPr>
          <w:p w14:paraId="28CDECF3" w14:textId="77777777" w:rsidR="00032BE8" w:rsidRDefault="00032BE8" w:rsidP="00032BE8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4536" w:type="dxa"/>
          </w:tcPr>
          <w:p w14:paraId="6BE33F00" w14:textId="77777777" w:rsidR="00032BE8" w:rsidRDefault="00032BE8" w:rsidP="00032BE8">
            <w:r>
              <w:t>1.</w:t>
            </w:r>
            <w:r>
              <w:tab/>
              <w:t xml:space="preserve">12-kanałowy </w:t>
            </w:r>
            <w:proofErr w:type="spellStart"/>
            <w:r>
              <w:t>ciągły</w:t>
            </w:r>
            <w:proofErr w:type="spellEnd"/>
            <w:r>
              <w:t xml:space="preserve"> </w:t>
            </w:r>
            <w:proofErr w:type="spellStart"/>
            <w:r>
              <w:t>zapis</w:t>
            </w:r>
            <w:proofErr w:type="spellEnd"/>
            <w:r>
              <w:t xml:space="preserve"> z </w:t>
            </w:r>
            <w:proofErr w:type="spellStart"/>
            <w:r>
              <w:t>pełną</w:t>
            </w:r>
            <w:proofErr w:type="spellEnd"/>
            <w:r>
              <w:t xml:space="preserve"> </w:t>
            </w:r>
            <w:proofErr w:type="spellStart"/>
            <w:r>
              <w:t>kontrolą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</w:p>
          <w:p w14:paraId="07F4DA5D" w14:textId="77777777" w:rsidR="00032BE8" w:rsidRDefault="00032BE8" w:rsidP="00032BE8">
            <w:r>
              <w:t>2.</w:t>
            </w:r>
            <w:r>
              <w:tab/>
            </w:r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stanowi</w:t>
            </w:r>
            <w:proofErr w:type="spellEnd"/>
            <w:r>
              <w:t xml:space="preserve"> </w:t>
            </w:r>
            <w:proofErr w:type="spellStart"/>
            <w:r>
              <w:t>jeden</w:t>
            </w:r>
            <w:proofErr w:type="spellEnd"/>
            <w:r>
              <w:t xml:space="preserve"> z </w:t>
            </w:r>
            <w:proofErr w:type="spellStart"/>
            <w:r>
              <w:lastRenderedPageBreak/>
              <w:t>modułów</w:t>
            </w:r>
            <w:proofErr w:type="spellEnd"/>
            <w:r>
              <w:t xml:space="preserve"> platformy </w:t>
            </w:r>
            <w:proofErr w:type="spellStart"/>
            <w:r>
              <w:t>medycznej</w:t>
            </w:r>
            <w:proofErr w:type="spellEnd"/>
            <w:r>
              <w:t xml:space="preserve">, </w:t>
            </w:r>
            <w:proofErr w:type="spellStart"/>
            <w:r>
              <w:t>która</w:t>
            </w:r>
            <w:proofErr w:type="spellEnd"/>
            <w:r>
              <w:t xml:space="preserve"> </w:t>
            </w:r>
            <w:proofErr w:type="spellStart"/>
            <w:r>
              <w:t>zawiera</w:t>
            </w:r>
            <w:proofErr w:type="spellEnd"/>
            <w:r>
              <w:t xml:space="preserve"> </w:t>
            </w:r>
            <w:proofErr w:type="spellStart"/>
            <w:r>
              <w:t>holter</w:t>
            </w:r>
            <w:proofErr w:type="spellEnd"/>
            <w:r>
              <w:t xml:space="preserve"> EKG, </w:t>
            </w:r>
            <w:proofErr w:type="spellStart"/>
            <w:r>
              <w:t>holter</w:t>
            </w:r>
            <w:proofErr w:type="spellEnd"/>
            <w:r>
              <w:t xml:space="preserve"> </w:t>
            </w:r>
            <w:proofErr w:type="spellStart"/>
            <w:r>
              <w:t>ciśnieniowy</w:t>
            </w:r>
            <w:proofErr w:type="spellEnd"/>
            <w:r>
              <w:t xml:space="preserve">, </w:t>
            </w:r>
            <w:proofErr w:type="spellStart"/>
            <w:r>
              <w:t>próbę</w:t>
            </w:r>
            <w:proofErr w:type="spellEnd"/>
            <w:r>
              <w:t xml:space="preserve"> </w:t>
            </w:r>
            <w:proofErr w:type="spellStart"/>
            <w:r>
              <w:t>wysiłkową</w:t>
            </w:r>
            <w:proofErr w:type="spellEnd"/>
            <w:r>
              <w:t xml:space="preserve">, </w:t>
            </w:r>
            <w:proofErr w:type="spellStart"/>
            <w:r>
              <w:t>komputerowe</w:t>
            </w:r>
            <w:proofErr w:type="spellEnd"/>
            <w:r>
              <w:t xml:space="preserve"> EKG, </w:t>
            </w:r>
            <w:proofErr w:type="spellStart"/>
            <w:r>
              <w:t>ergospirometrię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komputerową</w:t>
            </w:r>
            <w:proofErr w:type="spellEnd"/>
            <w:r>
              <w:t xml:space="preserve"> </w:t>
            </w:r>
            <w:proofErr w:type="spellStart"/>
            <w:r>
              <w:t>spirometrię</w:t>
            </w:r>
            <w:proofErr w:type="spellEnd"/>
          </w:p>
          <w:p w14:paraId="5769E2E6" w14:textId="77777777" w:rsidR="00032BE8" w:rsidRDefault="00032BE8" w:rsidP="00032BE8">
            <w:r>
              <w:t>3.</w:t>
            </w:r>
            <w:r>
              <w:tab/>
            </w:r>
            <w:proofErr w:type="spellStart"/>
            <w:r>
              <w:t>Modyfikacje</w:t>
            </w:r>
            <w:proofErr w:type="spellEnd"/>
            <w:r>
              <w:t xml:space="preserve"> </w:t>
            </w:r>
            <w:proofErr w:type="spellStart"/>
            <w:r>
              <w:t>pozycji</w:t>
            </w:r>
            <w:proofErr w:type="spellEnd"/>
            <w:r>
              <w:t xml:space="preserve"> </w:t>
            </w:r>
            <w:proofErr w:type="spellStart"/>
            <w:r>
              <w:t>punktu</w:t>
            </w:r>
            <w:proofErr w:type="spellEnd"/>
            <w:r>
              <w:t xml:space="preserve"> J</w:t>
            </w:r>
          </w:p>
          <w:p w14:paraId="1432657A" w14:textId="77777777" w:rsidR="00032BE8" w:rsidRDefault="00032BE8" w:rsidP="00032BE8">
            <w:r>
              <w:t>4.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nazwy</w:t>
            </w:r>
            <w:proofErr w:type="spellEnd"/>
            <w:r>
              <w:t xml:space="preserve"> </w:t>
            </w:r>
            <w:proofErr w:type="spellStart"/>
            <w:r>
              <w:t>protokołu</w:t>
            </w:r>
            <w:proofErr w:type="spellEnd"/>
            <w:r>
              <w:t xml:space="preserve">, </w:t>
            </w:r>
            <w:proofErr w:type="spellStart"/>
            <w:r>
              <w:t>fazy</w:t>
            </w:r>
            <w:proofErr w:type="spellEnd"/>
            <w:r>
              <w:t xml:space="preserve"> </w:t>
            </w:r>
            <w:proofErr w:type="spellStart"/>
            <w:r>
              <w:t>próby</w:t>
            </w:r>
            <w:proofErr w:type="spellEnd"/>
            <w:r>
              <w:t xml:space="preserve">, </w:t>
            </w:r>
            <w:proofErr w:type="spellStart"/>
            <w:r>
              <w:t>czasu</w:t>
            </w:r>
            <w:proofErr w:type="spellEnd"/>
            <w:r>
              <w:t xml:space="preserve"> </w:t>
            </w:r>
            <w:proofErr w:type="spellStart"/>
            <w:r>
              <w:t>trwania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poszczególnych</w:t>
            </w:r>
            <w:proofErr w:type="spellEnd"/>
            <w:r>
              <w:t xml:space="preserve"> </w:t>
            </w:r>
            <w:proofErr w:type="spellStart"/>
            <w:r>
              <w:t>faz</w:t>
            </w:r>
            <w:proofErr w:type="spellEnd"/>
          </w:p>
          <w:p w14:paraId="6C6BBD94" w14:textId="77777777" w:rsidR="00032BE8" w:rsidRDefault="00032BE8" w:rsidP="00032BE8">
            <w:r>
              <w:t>5.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procentowego</w:t>
            </w:r>
            <w:proofErr w:type="spellEnd"/>
            <w:r>
              <w:t xml:space="preserve"> </w:t>
            </w:r>
            <w:proofErr w:type="spellStart"/>
            <w:r>
              <w:t>wykonania</w:t>
            </w:r>
            <w:proofErr w:type="spellEnd"/>
            <w:r>
              <w:t xml:space="preserve"> </w:t>
            </w:r>
            <w:proofErr w:type="spellStart"/>
            <w:r>
              <w:t>limitów</w:t>
            </w:r>
            <w:proofErr w:type="spellEnd"/>
            <w:r>
              <w:t xml:space="preserve"> </w:t>
            </w:r>
            <w:proofErr w:type="spellStart"/>
            <w:r>
              <w:t>tętna</w:t>
            </w:r>
            <w:proofErr w:type="spellEnd"/>
            <w:r>
              <w:t xml:space="preserve"> z </w:t>
            </w:r>
            <w:proofErr w:type="spellStart"/>
            <w:r>
              <w:t>wartością</w:t>
            </w:r>
            <w:proofErr w:type="spellEnd"/>
            <w:r>
              <w:t xml:space="preserve"> </w:t>
            </w:r>
            <w:proofErr w:type="spellStart"/>
            <w:r>
              <w:t>docelową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kobiet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mężczyzn</w:t>
            </w:r>
            <w:proofErr w:type="spellEnd"/>
          </w:p>
          <w:p w14:paraId="7C54C2CF" w14:textId="77777777" w:rsidR="00032BE8" w:rsidRDefault="00032BE8" w:rsidP="00032BE8">
            <w:r>
              <w:t>6.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wartości</w:t>
            </w:r>
            <w:proofErr w:type="spellEnd"/>
            <w:r>
              <w:t xml:space="preserve"> </w:t>
            </w:r>
            <w:proofErr w:type="spellStart"/>
            <w:r>
              <w:t>obrotów</w:t>
            </w:r>
            <w:proofErr w:type="spellEnd"/>
            <w:r>
              <w:t xml:space="preserve"> </w:t>
            </w:r>
            <w:proofErr w:type="spellStart"/>
            <w:r>
              <w:t>pedałów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minutę</w:t>
            </w:r>
            <w:proofErr w:type="spellEnd"/>
            <w:r>
              <w:t xml:space="preserve"> RPM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  <w:r>
              <w:t xml:space="preserve"> z </w:t>
            </w:r>
            <w:proofErr w:type="spellStart"/>
            <w:r>
              <w:t>cykloergometrem</w:t>
            </w:r>
            <w:proofErr w:type="spellEnd"/>
          </w:p>
          <w:p w14:paraId="5AC27CB4" w14:textId="77777777" w:rsidR="00032BE8" w:rsidRDefault="00032BE8" w:rsidP="00032BE8">
            <w:r>
              <w:t>7.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wartości</w:t>
            </w:r>
            <w:proofErr w:type="spellEnd"/>
            <w:r>
              <w:t xml:space="preserve"> </w:t>
            </w:r>
            <w:proofErr w:type="spellStart"/>
            <w:r>
              <w:t>produktu</w:t>
            </w:r>
            <w:proofErr w:type="spellEnd"/>
            <w:r>
              <w:t xml:space="preserve"> </w:t>
            </w:r>
            <w:proofErr w:type="spellStart"/>
            <w:r>
              <w:t>podwójnego</w:t>
            </w:r>
            <w:proofErr w:type="spellEnd"/>
            <w:r>
              <w:t xml:space="preserve"> RPP</w:t>
            </w:r>
          </w:p>
          <w:p w14:paraId="7236E8D1" w14:textId="77777777" w:rsidR="00032BE8" w:rsidRDefault="00032BE8" w:rsidP="00032BE8">
            <w:r>
              <w:t>8.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załamka</w:t>
            </w:r>
            <w:proofErr w:type="spellEnd"/>
            <w:r>
              <w:t xml:space="preserve"> QRS w </w:t>
            </w:r>
            <w:proofErr w:type="spellStart"/>
            <w:r>
              <w:t>osobnym</w:t>
            </w:r>
            <w:proofErr w:type="spellEnd"/>
            <w:r>
              <w:t xml:space="preserve"> </w:t>
            </w:r>
            <w:proofErr w:type="spellStart"/>
            <w:r>
              <w:t>oknie</w:t>
            </w:r>
            <w:proofErr w:type="spellEnd"/>
          </w:p>
          <w:p w14:paraId="3F8E9B8D" w14:textId="77777777" w:rsidR="00032BE8" w:rsidRDefault="00032BE8" w:rsidP="00032BE8">
            <w:r>
              <w:t>9.</w:t>
            </w:r>
            <w:r>
              <w:tab/>
            </w:r>
            <w:proofErr w:type="spellStart"/>
            <w:r>
              <w:t>Czułość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zespołów</w:t>
            </w:r>
            <w:proofErr w:type="spellEnd"/>
            <w:r>
              <w:t xml:space="preserve"> </w:t>
            </w:r>
            <w:proofErr w:type="spellStart"/>
            <w:r>
              <w:t>średnich</w:t>
            </w:r>
            <w:proofErr w:type="spellEnd"/>
            <w:r>
              <w:t xml:space="preserve"> 5, 10, 20 mm/mV</w:t>
            </w:r>
          </w:p>
          <w:p w14:paraId="5CF2535A" w14:textId="77777777" w:rsidR="00032BE8" w:rsidRDefault="00032BE8" w:rsidP="00032BE8">
            <w:r>
              <w:t>10.</w:t>
            </w:r>
            <w:r>
              <w:tab/>
            </w:r>
            <w:proofErr w:type="spellStart"/>
            <w:r>
              <w:t>Prędkość</w:t>
            </w:r>
            <w:proofErr w:type="spellEnd"/>
            <w:r>
              <w:t xml:space="preserve"> 6,25, 12,5, 25, 50, 100 mm/s</w:t>
            </w:r>
          </w:p>
          <w:p w14:paraId="57748972" w14:textId="77777777" w:rsidR="00032BE8" w:rsidRDefault="00032BE8" w:rsidP="00032BE8">
            <w:r>
              <w:t>11.</w:t>
            </w:r>
            <w:r>
              <w:tab/>
            </w:r>
            <w:proofErr w:type="spellStart"/>
            <w:r>
              <w:t>Automatyczna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ręczna</w:t>
            </w:r>
            <w:proofErr w:type="spellEnd"/>
            <w:r>
              <w:t xml:space="preserve"> </w:t>
            </w:r>
            <w:proofErr w:type="spellStart"/>
            <w:r>
              <w:t>zmiana</w:t>
            </w:r>
            <w:proofErr w:type="spellEnd"/>
            <w:r>
              <w:t xml:space="preserve"> </w:t>
            </w:r>
            <w:proofErr w:type="spellStart"/>
            <w:r>
              <w:t>obciążenia</w:t>
            </w:r>
            <w:proofErr w:type="spellEnd"/>
          </w:p>
          <w:p w14:paraId="2CC9CDE1" w14:textId="77777777" w:rsidR="00032BE8" w:rsidRDefault="00032BE8" w:rsidP="00032BE8">
            <w:r>
              <w:t>12.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wpisania</w:t>
            </w:r>
            <w:proofErr w:type="spellEnd"/>
            <w:r>
              <w:t xml:space="preserve"> </w:t>
            </w:r>
            <w:proofErr w:type="spellStart"/>
            <w:r>
              <w:t>pomiarów</w:t>
            </w:r>
            <w:proofErr w:type="spellEnd"/>
            <w:r>
              <w:t xml:space="preserve"> </w:t>
            </w:r>
            <w:proofErr w:type="spellStart"/>
            <w:r>
              <w:t>ręcznych</w:t>
            </w:r>
            <w:proofErr w:type="spellEnd"/>
            <w:r>
              <w:t xml:space="preserve">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tętniczego</w:t>
            </w:r>
            <w:proofErr w:type="spellEnd"/>
            <w:r>
              <w:t xml:space="preserve"> </w:t>
            </w:r>
            <w:proofErr w:type="spellStart"/>
            <w:r>
              <w:t>krwi</w:t>
            </w:r>
            <w:proofErr w:type="spellEnd"/>
          </w:p>
          <w:p w14:paraId="54EC070E" w14:textId="77777777" w:rsidR="00032BE8" w:rsidRDefault="00032BE8" w:rsidP="00032BE8">
            <w:r>
              <w:t>13.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podłączenia</w:t>
            </w:r>
            <w:proofErr w:type="spellEnd"/>
            <w:r>
              <w:t xml:space="preserve"> </w:t>
            </w:r>
            <w:proofErr w:type="spellStart"/>
            <w:r>
              <w:t>cykloergometru</w:t>
            </w:r>
            <w:proofErr w:type="spellEnd"/>
            <w:r>
              <w:t xml:space="preserve"> z </w:t>
            </w:r>
            <w:proofErr w:type="spellStart"/>
            <w:r>
              <w:t>automatycznym</w:t>
            </w:r>
            <w:proofErr w:type="spellEnd"/>
            <w:r>
              <w:t xml:space="preserve"> </w:t>
            </w:r>
            <w:proofErr w:type="spellStart"/>
            <w:r>
              <w:t>pomiarem</w:t>
            </w:r>
            <w:proofErr w:type="spellEnd"/>
            <w:r>
              <w:t xml:space="preserve"> </w:t>
            </w:r>
            <w:proofErr w:type="spellStart"/>
            <w:r>
              <w:t>ciśnienia</w:t>
            </w:r>
            <w:proofErr w:type="spellEnd"/>
          </w:p>
          <w:p w14:paraId="7DD78783" w14:textId="77777777" w:rsidR="00032BE8" w:rsidRDefault="00032BE8" w:rsidP="00032BE8">
            <w:r>
              <w:t>14.</w:t>
            </w:r>
            <w:r>
              <w:tab/>
            </w:r>
            <w:proofErr w:type="spellStart"/>
            <w:r>
              <w:t>Podgląd</w:t>
            </w:r>
            <w:proofErr w:type="spellEnd"/>
            <w:r>
              <w:t xml:space="preserve"> </w:t>
            </w:r>
            <w:proofErr w:type="spellStart"/>
            <w:r>
              <w:t>zapisu</w:t>
            </w:r>
            <w:proofErr w:type="spellEnd"/>
            <w:r>
              <w:t xml:space="preserve"> EKG w </w:t>
            </w:r>
            <w:proofErr w:type="spellStart"/>
            <w:r>
              <w:t>trzech</w:t>
            </w:r>
            <w:proofErr w:type="spellEnd"/>
            <w:r>
              <w:t xml:space="preserve"> </w:t>
            </w:r>
            <w:proofErr w:type="spellStart"/>
            <w:r>
              <w:t>trybach</w:t>
            </w:r>
            <w:proofErr w:type="spellEnd"/>
            <w:r>
              <w:t xml:space="preserve">: 3-, 6- </w:t>
            </w:r>
            <w:proofErr w:type="spellStart"/>
            <w:r>
              <w:t>i</w:t>
            </w:r>
            <w:proofErr w:type="spellEnd"/>
            <w:r>
              <w:t xml:space="preserve"> 12-kanałowym</w:t>
            </w:r>
          </w:p>
          <w:p w14:paraId="5076AE37" w14:textId="77777777" w:rsidR="00032BE8" w:rsidRDefault="00032BE8" w:rsidP="00032BE8">
            <w:r>
              <w:t>15.</w:t>
            </w:r>
            <w:r>
              <w:tab/>
            </w:r>
            <w:proofErr w:type="spellStart"/>
            <w:r>
              <w:t>Porównanie</w:t>
            </w:r>
            <w:proofErr w:type="spellEnd"/>
            <w:r>
              <w:t xml:space="preserve"> </w:t>
            </w:r>
            <w:proofErr w:type="spellStart"/>
            <w:r>
              <w:t>odcinków</w:t>
            </w:r>
            <w:proofErr w:type="spellEnd"/>
            <w:r>
              <w:t xml:space="preserve"> ST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fazy</w:t>
            </w:r>
            <w:proofErr w:type="spellEnd"/>
            <w:r>
              <w:t xml:space="preserve"> </w:t>
            </w:r>
            <w:proofErr w:type="spellStart"/>
            <w:r>
              <w:t>spoczynkowej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podczas</w:t>
            </w:r>
            <w:proofErr w:type="spellEnd"/>
            <w:r>
              <w:t xml:space="preserve"> </w:t>
            </w:r>
            <w:proofErr w:type="spellStart"/>
            <w:r>
              <w:t>wysiłku</w:t>
            </w:r>
            <w:proofErr w:type="spellEnd"/>
          </w:p>
          <w:p w14:paraId="7406571C" w14:textId="77777777" w:rsidR="00032BE8" w:rsidRDefault="00032BE8" w:rsidP="00032BE8">
            <w:r>
              <w:t>16.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wyboru</w:t>
            </w:r>
            <w:proofErr w:type="spellEnd"/>
            <w:r>
              <w:t xml:space="preserve"> </w:t>
            </w:r>
            <w:proofErr w:type="spellStart"/>
            <w:r>
              <w:t>odprowadzeń</w:t>
            </w:r>
            <w:proofErr w:type="spellEnd"/>
            <w:r>
              <w:t xml:space="preserve"> w </w:t>
            </w:r>
            <w:proofErr w:type="spellStart"/>
            <w:r>
              <w:t>czasie</w:t>
            </w:r>
            <w:proofErr w:type="spellEnd"/>
            <w:r>
              <w:t xml:space="preserve"> </w:t>
            </w:r>
            <w:proofErr w:type="spellStart"/>
            <w:r>
              <w:t>trwania</w:t>
            </w:r>
            <w:proofErr w:type="spellEnd"/>
            <w:r>
              <w:t xml:space="preserve"> </w:t>
            </w:r>
            <w:proofErr w:type="spellStart"/>
            <w:r>
              <w:t>próby</w:t>
            </w:r>
            <w:proofErr w:type="spellEnd"/>
          </w:p>
          <w:p w14:paraId="3248B2ED" w14:textId="77777777" w:rsidR="00032BE8" w:rsidRDefault="00032BE8" w:rsidP="00032BE8">
            <w:r>
              <w:t>17.</w:t>
            </w:r>
            <w:r>
              <w:tab/>
              <w:t xml:space="preserve">W </w:t>
            </w:r>
            <w:proofErr w:type="spellStart"/>
            <w:r>
              <w:t>zestawie</w:t>
            </w:r>
            <w:proofErr w:type="spellEnd"/>
            <w:r>
              <w:t xml:space="preserve"> </w:t>
            </w:r>
            <w:proofErr w:type="spellStart"/>
            <w:r>
              <w:t>klasyczny</w:t>
            </w:r>
            <w:proofErr w:type="spellEnd"/>
            <w:r>
              <w:t xml:space="preserve"> </w:t>
            </w:r>
            <w:proofErr w:type="spellStart"/>
            <w:r>
              <w:t>przenośny</w:t>
            </w:r>
            <w:proofErr w:type="spellEnd"/>
            <w:r>
              <w:t xml:space="preserve"> </w:t>
            </w:r>
            <w:proofErr w:type="spellStart"/>
            <w:r>
              <w:t>aparat</w:t>
            </w:r>
            <w:proofErr w:type="spellEnd"/>
            <w:r>
              <w:t xml:space="preserve"> EKG (</w:t>
            </w:r>
            <w:proofErr w:type="spellStart"/>
            <w:r>
              <w:t>jako</w:t>
            </w:r>
            <w:proofErr w:type="spellEnd"/>
            <w:r>
              <w:t xml:space="preserve"> </w:t>
            </w:r>
            <w:proofErr w:type="spellStart"/>
            <w:r>
              <w:t>interfejs</w:t>
            </w:r>
            <w:proofErr w:type="spellEnd"/>
            <w:r>
              <w:t xml:space="preserve"> do </w:t>
            </w:r>
            <w:proofErr w:type="spellStart"/>
            <w:r>
              <w:t>próby</w:t>
            </w:r>
            <w:proofErr w:type="spellEnd"/>
            <w:r>
              <w:t xml:space="preserve"> </w:t>
            </w:r>
            <w:proofErr w:type="spellStart"/>
            <w:r>
              <w:t>wysiłkowej</w:t>
            </w:r>
            <w:proofErr w:type="spellEnd"/>
            <w:r>
              <w:t>)</w:t>
            </w:r>
          </w:p>
          <w:p w14:paraId="2A04FB5A" w14:textId="77777777" w:rsidR="00032BE8" w:rsidRDefault="00032BE8" w:rsidP="00032BE8">
            <w:r>
              <w:t>18.</w:t>
            </w:r>
            <w:r>
              <w:tab/>
            </w:r>
            <w:proofErr w:type="spellStart"/>
            <w:r>
              <w:t>Wykresy</w:t>
            </w:r>
            <w:proofErr w:type="spellEnd"/>
            <w:r>
              <w:t xml:space="preserve"> </w:t>
            </w:r>
            <w:proofErr w:type="spellStart"/>
            <w:r>
              <w:t>kołowe</w:t>
            </w:r>
            <w:proofErr w:type="spellEnd"/>
            <w:r>
              <w:t xml:space="preserve"> </w:t>
            </w:r>
            <w:proofErr w:type="spellStart"/>
            <w:r>
              <w:t>przedstawiające</w:t>
            </w:r>
            <w:proofErr w:type="spellEnd"/>
            <w:r>
              <w:t xml:space="preserve"> </w:t>
            </w:r>
            <w:proofErr w:type="spellStart"/>
            <w:r>
              <w:t>mapy</w:t>
            </w:r>
            <w:proofErr w:type="spellEnd"/>
            <w:r>
              <w:t xml:space="preserve"> ST w </w:t>
            </w:r>
            <w:proofErr w:type="spellStart"/>
            <w:r>
              <w:t>każdym</w:t>
            </w:r>
            <w:proofErr w:type="spellEnd"/>
            <w:r>
              <w:t xml:space="preserve"> </w:t>
            </w:r>
            <w:proofErr w:type="spellStart"/>
            <w:r>
              <w:t>odprowadzeniu</w:t>
            </w:r>
            <w:proofErr w:type="spellEnd"/>
          </w:p>
          <w:p w14:paraId="1C2B6997" w14:textId="77777777" w:rsidR="00032BE8" w:rsidRDefault="00032BE8" w:rsidP="00032BE8">
            <w:r>
              <w:t>19.</w:t>
            </w:r>
            <w:r>
              <w:tab/>
              <w:t xml:space="preserve">Trendy ST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wszystkich</w:t>
            </w:r>
            <w:proofErr w:type="spellEnd"/>
            <w:r>
              <w:t xml:space="preserve"> </w:t>
            </w:r>
            <w:proofErr w:type="spellStart"/>
            <w:r>
              <w:t>kanałów</w:t>
            </w:r>
            <w:proofErr w:type="spellEnd"/>
          </w:p>
          <w:p w14:paraId="487E7AAE" w14:textId="77777777" w:rsidR="00032BE8" w:rsidRDefault="00032BE8" w:rsidP="00032BE8">
            <w:r>
              <w:t>20.</w:t>
            </w:r>
            <w:r>
              <w:tab/>
              <w:t xml:space="preserve">Trendy </w:t>
            </w:r>
            <w:proofErr w:type="spellStart"/>
            <w:r>
              <w:t>tętna</w:t>
            </w:r>
            <w:proofErr w:type="spellEnd"/>
            <w:r>
              <w:t xml:space="preserve">, </w:t>
            </w:r>
            <w:proofErr w:type="spellStart"/>
            <w:r>
              <w:t>badania</w:t>
            </w:r>
            <w:proofErr w:type="spellEnd"/>
            <w:r>
              <w:t xml:space="preserve"> </w:t>
            </w:r>
            <w:proofErr w:type="spellStart"/>
            <w:r>
              <w:t>wysiłkowego</w:t>
            </w:r>
            <w:proofErr w:type="spellEnd"/>
            <w:r>
              <w:t xml:space="preserve">,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krwi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obciążenia</w:t>
            </w:r>
            <w:proofErr w:type="spellEnd"/>
          </w:p>
          <w:p w14:paraId="37354139" w14:textId="77777777" w:rsidR="00032BE8" w:rsidRDefault="00032BE8" w:rsidP="00032BE8">
            <w:r>
              <w:t>21.</w:t>
            </w:r>
            <w:r>
              <w:tab/>
            </w:r>
            <w:proofErr w:type="spellStart"/>
            <w:r>
              <w:t>Wyświetlanie</w:t>
            </w:r>
            <w:proofErr w:type="spellEnd"/>
            <w:r>
              <w:t xml:space="preserve"> </w:t>
            </w:r>
            <w:proofErr w:type="spellStart"/>
            <w:r>
              <w:t>bieżącej</w:t>
            </w:r>
            <w:proofErr w:type="spellEnd"/>
            <w:r>
              <w:t xml:space="preserve"> </w:t>
            </w:r>
            <w:proofErr w:type="spellStart"/>
            <w:r>
              <w:t>częstotliwości</w:t>
            </w:r>
            <w:proofErr w:type="spellEnd"/>
            <w:r>
              <w:t xml:space="preserve"> </w:t>
            </w:r>
            <w:proofErr w:type="spellStart"/>
            <w:r>
              <w:t>rytmu</w:t>
            </w:r>
            <w:proofErr w:type="spellEnd"/>
            <w:r>
              <w:t xml:space="preserve"> </w:t>
            </w:r>
            <w:proofErr w:type="spellStart"/>
            <w:r>
              <w:t>serca</w:t>
            </w:r>
            <w:proofErr w:type="spellEnd"/>
            <w:r>
              <w:t xml:space="preserve">, </w:t>
            </w:r>
            <w:proofErr w:type="spellStart"/>
            <w:r>
              <w:t>obciążenia</w:t>
            </w:r>
            <w:proofErr w:type="spellEnd"/>
            <w:r>
              <w:t xml:space="preserve">, </w:t>
            </w:r>
            <w:proofErr w:type="spellStart"/>
            <w:r>
              <w:t>wartości</w:t>
            </w:r>
            <w:proofErr w:type="spellEnd"/>
            <w:r>
              <w:t xml:space="preserve"> ST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arytmii</w:t>
            </w:r>
            <w:proofErr w:type="spellEnd"/>
          </w:p>
          <w:p w14:paraId="111403A6" w14:textId="77777777" w:rsidR="00032BE8" w:rsidRDefault="00032BE8" w:rsidP="00032BE8">
            <w:r>
              <w:t>22.</w:t>
            </w:r>
            <w:r>
              <w:tab/>
            </w:r>
            <w:proofErr w:type="spellStart"/>
            <w:r>
              <w:t>Porównanie</w:t>
            </w:r>
            <w:proofErr w:type="spellEnd"/>
            <w:r>
              <w:t xml:space="preserve"> </w:t>
            </w:r>
            <w:proofErr w:type="spellStart"/>
            <w:r>
              <w:t>załamków</w:t>
            </w:r>
            <w:proofErr w:type="spellEnd"/>
            <w:r>
              <w:t xml:space="preserve"> QRS w </w:t>
            </w:r>
            <w:proofErr w:type="spellStart"/>
            <w:r>
              <w:t>fazie</w:t>
            </w:r>
            <w:proofErr w:type="spellEnd"/>
            <w:r>
              <w:t xml:space="preserve"> </w:t>
            </w:r>
            <w:proofErr w:type="spellStart"/>
            <w:r>
              <w:t>spoczynkowej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podczas</w:t>
            </w:r>
            <w:proofErr w:type="spellEnd"/>
            <w:r>
              <w:t xml:space="preserve"> </w:t>
            </w:r>
            <w:proofErr w:type="spellStart"/>
            <w:r>
              <w:t>wysiłku</w:t>
            </w:r>
            <w:proofErr w:type="spellEnd"/>
          </w:p>
          <w:p w14:paraId="47DCA5E9" w14:textId="77777777" w:rsidR="00032BE8" w:rsidRDefault="00032BE8" w:rsidP="00032BE8">
            <w:r>
              <w:t>23.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drukowania</w:t>
            </w:r>
            <w:proofErr w:type="spellEnd"/>
            <w:r>
              <w:t xml:space="preserve"> </w:t>
            </w:r>
            <w:proofErr w:type="spellStart"/>
            <w:r>
              <w:t>zapisu</w:t>
            </w:r>
            <w:proofErr w:type="spellEnd"/>
            <w:r>
              <w:t xml:space="preserve"> EKG w </w:t>
            </w:r>
            <w:proofErr w:type="spellStart"/>
            <w:r>
              <w:t>trakcie</w:t>
            </w:r>
            <w:proofErr w:type="spellEnd"/>
            <w:r>
              <w:t xml:space="preserve"> </w:t>
            </w:r>
            <w:proofErr w:type="spellStart"/>
            <w:r>
              <w:t>przeprowadzania</w:t>
            </w:r>
            <w:proofErr w:type="spellEnd"/>
            <w:r>
              <w:t xml:space="preserve"> </w:t>
            </w:r>
            <w:proofErr w:type="spellStart"/>
            <w:r>
              <w:t>próby</w:t>
            </w:r>
            <w:proofErr w:type="spellEnd"/>
          </w:p>
          <w:p w14:paraId="76D5B4BB" w14:textId="77777777" w:rsidR="00032BE8" w:rsidRDefault="00032BE8" w:rsidP="00032BE8">
            <w:r>
              <w:lastRenderedPageBreak/>
              <w:t>24.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automatycznego</w:t>
            </w:r>
            <w:proofErr w:type="spellEnd"/>
            <w:r>
              <w:t xml:space="preserve"> </w:t>
            </w:r>
            <w:proofErr w:type="spellStart"/>
            <w:r>
              <w:t>wydruku</w:t>
            </w:r>
            <w:proofErr w:type="spellEnd"/>
            <w:r>
              <w:t xml:space="preserve"> po </w:t>
            </w:r>
            <w:proofErr w:type="spellStart"/>
            <w:r>
              <w:t>zapisie</w:t>
            </w:r>
            <w:proofErr w:type="spellEnd"/>
            <w:r>
              <w:t xml:space="preserve">, </w:t>
            </w:r>
            <w:proofErr w:type="spellStart"/>
            <w:r>
              <w:t>analizie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końcu</w:t>
            </w:r>
            <w:proofErr w:type="spellEnd"/>
            <w:r>
              <w:t xml:space="preserve"> </w:t>
            </w:r>
            <w:proofErr w:type="spellStart"/>
            <w:r>
              <w:t>każdej</w:t>
            </w:r>
            <w:proofErr w:type="spellEnd"/>
            <w:r>
              <w:t xml:space="preserve"> </w:t>
            </w:r>
            <w:proofErr w:type="spellStart"/>
            <w:r>
              <w:t>fazy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</w:p>
          <w:p w14:paraId="7F836902" w14:textId="77777777" w:rsidR="00032BE8" w:rsidRDefault="00032BE8" w:rsidP="00032BE8">
            <w:r>
              <w:t>25.</w:t>
            </w:r>
            <w:r>
              <w:tab/>
            </w:r>
            <w:proofErr w:type="spellStart"/>
            <w:r>
              <w:t>Konfigurowanie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filtrów</w:t>
            </w:r>
            <w:proofErr w:type="spellEnd"/>
            <w:r>
              <w:t xml:space="preserve"> </w:t>
            </w:r>
            <w:proofErr w:type="spellStart"/>
            <w:r>
              <w:t>sieciowych</w:t>
            </w:r>
            <w:proofErr w:type="spellEnd"/>
            <w:r>
              <w:t xml:space="preserve">, </w:t>
            </w:r>
            <w:proofErr w:type="spellStart"/>
            <w:r>
              <w:t>mięśniowych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antydryftowego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zapisu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analizy</w:t>
            </w:r>
            <w:proofErr w:type="spellEnd"/>
            <w:r>
              <w:t xml:space="preserve"> </w:t>
            </w:r>
            <w:proofErr w:type="spellStart"/>
            <w:r>
              <w:t>danych</w:t>
            </w:r>
            <w:proofErr w:type="spellEnd"/>
          </w:p>
          <w:p w14:paraId="6F607453" w14:textId="77777777" w:rsidR="00032BE8" w:rsidRDefault="00032BE8" w:rsidP="00032BE8">
            <w:r>
              <w:t>26.</w:t>
            </w:r>
            <w:r>
              <w:tab/>
            </w:r>
            <w:proofErr w:type="spellStart"/>
            <w:r>
              <w:t>Alarmy</w:t>
            </w:r>
            <w:proofErr w:type="spellEnd"/>
            <w:r>
              <w:t xml:space="preserve"> </w:t>
            </w:r>
            <w:proofErr w:type="spellStart"/>
            <w:r>
              <w:t>dźwiękiem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zmianą</w:t>
            </w:r>
            <w:proofErr w:type="spellEnd"/>
            <w:r>
              <w:t xml:space="preserve"> </w:t>
            </w:r>
            <w:proofErr w:type="spellStart"/>
            <w:r>
              <w:t>kolorów</w:t>
            </w:r>
            <w:proofErr w:type="spellEnd"/>
            <w:r>
              <w:t xml:space="preserve"> </w:t>
            </w:r>
            <w:proofErr w:type="spellStart"/>
            <w:r>
              <w:t>odpowiedniego</w:t>
            </w:r>
            <w:proofErr w:type="spellEnd"/>
            <w:r>
              <w:t xml:space="preserve"> </w:t>
            </w:r>
            <w:proofErr w:type="spellStart"/>
            <w:r>
              <w:t>pola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: </w:t>
            </w:r>
            <w:proofErr w:type="spellStart"/>
            <w:r>
              <w:t>przekroczenia</w:t>
            </w:r>
            <w:proofErr w:type="spellEnd"/>
            <w:r>
              <w:t xml:space="preserve"> </w:t>
            </w:r>
            <w:proofErr w:type="spellStart"/>
            <w:r>
              <w:t>zadanego</w:t>
            </w:r>
            <w:proofErr w:type="spellEnd"/>
            <w:r>
              <w:t xml:space="preserve"> </w:t>
            </w:r>
            <w:proofErr w:type="spellStart"/>
            <w:r>
              <w:t>limitu</w:t>
            </w:r>
            <w:proofErr w:type="spellEnd"/>
            <w:r>
              <w:t xml:space="preserve"> HR, </w:t>
            </w:r>
            <w:proofErr w:type="spellStart"/>
            <w:r>
              <w:t>progu</w:t>
            </w:r>
            <w:proofErr w:type="spellEnd"/>
            <w:r>
              <w:t xml:space="preserve"> </w:t>
            </w:r>
            <w:proofErr w:type="spellStart"/>
            <w:r>
              <w:t>poziomu</w:t>
            </w:r>
            <w:proofErr w:type="spellEnd"/>
            <w:r>
              <w:t xml:space="preserve"> ST,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złego</w:t>
            </w:r>
            <w:proofErr w:type="spellEnd"/>
            <w:r>
              <w:t xml:space="preserve"> </w:t>
            </w:r>
            <w:proofErr w:type="spellStart"/>
            <w:r>
              <w:t>kontaktu</w:t>
            </w:r>
            <w:proofErr w:type="spellEnd"/>
            <w:r>
              <w:t xml:space="preserve"> </w:t>
            </w:r>
            <w:proofErr w:type="spellStart"/>
            <w:r>
              <w:t>elektrod</w:t>
            </w:r>
            <w:proofErr w:type="spellEnd"/>
          </w:p>
          <w:p w14:paraId="625B8511" w14:textId="77777777" w:rsidR="00032BE8" w:rsidRDefault="00032BE8" w:rsidP="00032BE8">
            <w:r>
              <w:t>27.</w:t>
            </w:r>
            <w:r>
              <w:tab/>
            </w:r>
            <w:proofErr w:type="spellStart"/>
            <w:r>
              <w:t>Pomiary</w:t>
            </w:r>
            <w:proofErr w:type="spellEnd"/>
            <w:r>
              <w:t xml:space="preserve"> </w:t>
            </w:r>
            <w:proofErr w:type="spellStart"/>
            <w:r>
              <w:t>automatyczne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krzywej</w:t>
            </w:r>
            <w:proofErr w:type="spellEnd"/>
            <w:r>
              <w:t xml:space="preserve"> EKG, w </w:t>
            </w:r>
            <w:proofErr w:type="spellStart"/>
            <w:r>
              <w:t>tym</w:t>
            </w:r>
            <w:proofErr w:type="spellEnd"/>
            <w:r>
              <w:t xml:space="preserve"> </w:t>
            </w:r>
            <w:proofErr w:type="spellStart"/>
            <w:r>
              <w:t>poziom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nachylenie</w:t>
            </w:r>
            <w:proofErr w:type="spellEnd"/>
            <w:r>
              <w:t xml:space="preserve"> ST, </w:t>
            </w:r>
            <w:proofErr w:type="spellStart"/>
            <w:r>
              <w:t>załamek</w:t>
            </w:r>
            <w:proofErr w:type="spellEnd"/>
            <w:r>
              <w:t xml:space="preserve"> QRS, </w:t>
            </w:r>
            <w:proofErr w:type="spellStart"/>
            <w:r>
              <w:t>odcinek</w:t>
            </w:r>
            <w:proofErr w:type="spellEnd"/>
            <w:r>
              <w:t xml:space="preserve"> QT, QTc (po </w:t>
            </w:r>
            <w:proofErr w:type="spellStart"/>
            <w:r>
              <w:t>korekcji</w:t>
            </w:r>
            <w:proofErr w:type="spellEnd"/>
            <w:r>
              <w:t xml:space="preserve"> </w:t>
            </w:r>
            <w:proofErr w:type="spellStart"/>
            <w:r>
              <w:t>Bazetta</w:t>
            </w:r>
            <w:proofErr w:type="spellEnd"/>
            <w:r>
              <w:t xml:space="preserve">, Fridericia, </w:t>
            </w:r>
            <w:proofErr w:type="spellStart"/>
            <w:r>
              <w:t>Hodgesa</w:t>
            </w:r>
            <w:proofErr w:type="spellEnd"/>
            <w:r>
              <w:t xml:space="preserve">, </w:t>
            </w:r>
            <w:proofErr w:type="spellStart"/>
            <w:r>
              <w:t>Framinghama</w:t>
            </w:r>
            <w:proofErr w:type="spellEnd"/>
            <w:r>
              <w:t>)</w:t>
            </w:r>
          </w:p>
          <w:p w14:paraId="6C0CD32F" w14:textId="77777777" w:rsidR="00032BE8" w:rsidRDefault="00032BE8" w:rsidP="00032BE8">
            <w:r>
              <w:t>28.</w:t>
            </w:r>
            <w:r>
              <w:tab/>
            </w:r>
            <w:proofErr w:type="spellStart"/>
            <w:r>
              <w:t>Pomiary</w:t>
            </w:r>
            <w:proofErr w:type="spellEnd"/>
            <w:r>
              <w:t xml:space="preserve"> </w:t>
            </w:r>
            <w:proofErr w:type="spellStart"/>
            <w:r>
              <w:t>ręczne</w:t>
            </w:r>
            <w:proofErr w:type="spellEnd"/>
            <w:r>
              <w:t xml:space="preserve"> </w:t>
            </w:r>
            <w:proofErr w:type="spellStart"/>
            <w:r>
              <w:t>odcinków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wstędze</w:t>
            </w:r>
            <w:proofErr w:type="spellEnd"/>
            <w:r>
              <w:t xml:space="preserve"> EKG</w:t>
            </w:r>
          </w:p>
          <w:p w14:paraId="430EB580" w14:textId="77777777" w:rsidR="00032BE8" w:rsidRDefault="00032BE8" w:rsidP="00032BE8">
            <w:r>
              <w:t>29.</w:t>
            </w:r>
            <w:r>
              <w:tab/>
            </w:r>
            <w:proofErr w:type="spellStart"/>
            <w:r>
              <w:t>Oznaczanie</w:t>
            </w:r>
            <w:proofErr w:type="spellEnd"/>
            <w:r>
              <w:t xml:space="preserve"> </w:t>
            </w:r>
            <w:proofErr w:type="spellStart"/>
            <w:r>
              <w:t>zdarzeń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  <w:r>
              <w:t xml:space="preserve"> w </w:t>
            </w:r>
            <w:proofErr w:type="spellStart"/>
            <w:r>
              <w:t>trakcie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</w:p>
          <w:p w14:paraId="2655BA0E" w14:textId="77777777" w:rsidR="00032BE8" w:rsidRDefault="00032BE8" w:rsidP="00032BE8">
            <w:r>
              <w:t>30.</w:t>
            </w:r>
            <w:r>
              <w:tab/>
              <w:t xml:space="preserve">System </w:t>
            </w:r>
            <w:proofErr w:type="spellStart"/>
            <w:r>
              <w:t>logów</w:t>
            </w:r>
            <w:proofErr w:type="spellEnd"/>
            <w:r>
              <w:t xml:space="preserve"> </w:t>
            </w:r>
            <w:proofErr w:type="spellStart"/>
            <w:r>
              <w:t>monitorujący</w:t>
            </w:r>
            <w:proofErr w:type="spellEnd"/>
            <w:r>
              <w:t xml:space="preserve"> </w:t>
            </w:r>
            <w:proofErr w:type="spellStart"/>
            <w:r>
              <w:t>działania</w:t>
            </w:r>
            <w:proofErr w:type="spellEnd"/>
            <w:r>
              <w:t xml:space="preserve"> w </w:t>
            </w:r>
            <w:proofErr w:type="spellStart"/>
            <w:r>
              <w:t>oprogramowaniu</w:t>
            </w:r>
            <w:proofErr w:type="spellEnd"/>
            <w:r>
              <w:t xml:space="preserve"> </w:t>
            </w:r>
            <w:proofErr w:type="spellStart"/>
            <w:r>
              <w:t>takie</w:t>
            </w:r>
            <w:proofErr w:type="spellEnd"/>
            <w:r>
              <w:t xml:space="preserve"> jak: </w:t>
            </w:r>
            <w:proofErr w:type="spellStart"/>
            <w:r>
              <w:t>logowanie</w:t>
            </w:r>
            <w:proofErr w:type="spellEnd"/>
            <w:r>
              <w:t xml:space="preserve">, </w:t>
            </w:r>
            <w:proofErr w:type="spellStart"/>
            <w:r>
              <w:t>kasowanie</w:t>
            </w:r>
            <w:proofErr w:type="spellEnd"/>
            <w:r>
              <w:t xml:space="preserve"> </w:t>
            </w:r>
            <w:proofErr w:type="spellStart"/>
            <w:r>
              <w:t>danych</w:t>
            </w:r>
            <w:proofErr w:type="spellEnd"/>
            <w:r>
              <w:t xml:space="preserve">, </w:t>
            </w:r>
            <w:proofErr w:type="spellStart"/>
            <w:r>
              <w:t>zmiany</w:t>
            </w:r>
            <w:proofErr w:type="spellEnd"/>
            <w:r>
              <w:t xml:space="preserve"> w </w:t>
            </w:r>
            <w:proofErr w:type="spellStart"/>
            <w:r>
              <w:t>opisach</w:t>
            </w:r>
            <w:proofErr w:type="spellEnd"/>
            <w:r>
              <w:t xml:space="preserve"> etc.</w:t>
            </w:r>
          </w:p>
          <w:p w14:paraId="41CF7AA9" w14:textId="77777777" w:rsidR="00032BE8" w:rsidRDefault="00032BE8" w:rsidP="00032BE8">
            <w:r>
              <w:t>31.</w:t>
            </w:r>
            <w:r>
              <w:tab/>
            </w:r>
            <w:proofErr w:type="spellStart"/>
            <w:r>
              <w:t>Cyrkiel</w:t>
            </w:r>
            <w:proofErr w:type="spellEnd"/>
            <w:r>
              <w:t xml:space="preserve"> do </w:t>
            </w:r>
            <w:proofErr w:type="spellStart"/>
            <w:r>
              <w:t>pomiarów</w:t>
            </w:r>
            <w:proofErr w:type="spellEnd"/>
            <w:r>
              <w:t xml:space="preserve"> </w:t>
            </w:r>
            <w:proofErr w:type="spellStart"/>
            <w:r>
              <w:t>manualnych</w:t>
            </w:r>
            <w:proofErr w:type="spellEnd"/>
          </w:p>
          <w:p w14:paraId="4FA17B7D" w14:textId="77777777" w:rsidR="00032BE8" w:rsidRDefault="00032BE8" w:rsidP="00032BE8">
            <w:r>
              <w:t>32.</w:t>
            </w:r>
            <w:r>
              <w:tab/>
            </w:r>
            <w:proofErr w:type="spellStart"/>
            <w:r>
              <w:t>Konfigurowanie</w:t>
            </w:r>
            <w:proofErr w:type="spellEnd"/>
            <w:r>
              <w:t xml:space="preserve"> </w:t>
            </w:r>
            <w:proofErr w:type="spellStart"/>
            <w:r>
              <w:t>raportu</w:t>
            </w:r>
            <w:proofErr w:type="spellEnd"/>
            <w:r>
              <w:t xml:space="preserve"> </w:t>
            </w:r>
            <w:proofErr w:type="spellStart"/>
            <w:r>
              <w:t>końcowego</w:t>
            </w:r>
            <w:proofErr w:type="spellEnd"/>
          </w:p>
          <w:p w14:paraId="010B38F0" w14:textId="77777777" w:rsidR="00032BE8" w:rsidRDefault="00032BE8" w:rsidP="00032BE8">
            <w:r>
              <w:t>33.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tworzenia</w:t>
            </w:r>
            <w:proofErr w:type="spellEnd"/>
            <w:r>
              <w:t xml:space="preserve"> </w:t>
            </w:r>
            <w:proofErr w:type="spellStart"/>
            <w:r>
              <w:t>indywidualnych</w:t>
            </w:r>
            <w:proofErr w:type="spellEnd"/>
            <w:r>
              <w:t xml:space="preserve"> </w:t>
            </w:r>
            <w:proofErr w:type="spellStart"/>
            <w:r>
              <w:t>protokołów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  <w:r>
              <w:t xml:space="preserve"> (w </w:t>
            </w:r>
            <w:proofErr w:type="spellStart"/>
            <w:r>
              <w:t>tym</w:t>
            </w:r>
            <w:proofErr w:type="spellEnd"/>
            <w:r>
              <w:t xml:space="preserve"> RAMP), </w:t>
            </w:r>
            <w:proofErr w:type="spellStart"/>
            <w:r>
              <w:t>przełączanie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funkcję</w:t>
            </w:r>
            <w:proofErr w:type="spellEnd"/>
            <w:r>
              <w:t xml:space="preserve"> RAMP</w:t>
            </w:r>
          </w:p>
          <w:p w14:paraId="26941074" w14:textId="77777777" w:rsidR="00032BE8" w:rsidRDefault="00032BE8" w:rsidP="00032BE8">
            <w:r>
              <w:t>34.</w:t>
            </w:r>
            <w:r>
              <w:tab/>
            </w:r>
            <w:proofErr w:type="spellStart"/>
            <w:r>
              <w:t>Automatyczna</w:t>
            </w:r>
            <w:proofErr w:type="spellEnd"/>
            <w:r>
              <w:t xml:space="preserve"> </w:t>
            </w:r>
            <w:proofErr w:type="spellStart"/>
            <w:r>
              <w:t>kontrola</w:t>
            </w:r>
            <w:proofErr w:type="spellEnd"/>
            <w:r>
              <w:t xml:space="preserve"> </w:t>
            </w:r>
            <w:proofErr w:type="spellStart"/>
            <w:r>
              <w:t>cykloergometru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</w:p>
          <w:p w14:paraId="1947EDA3" w14:textId="77777777" w:rsidR="00032BE8" w:rsidRDefault="00032BE8" w:rsidP="00032BE8">
            <w:r>
              <w:t>35.</w:t>
            </w:r>
            <w:r>
              <w:tab/>
            </w:r>
            <w:proofErr w:type="spellStart"/>
            <w:r>
              <w:t>Archiwizacja</w:t>
            </w:r>
            <w:proofErr w:type="spellEnd"/>
            <w:r>
              <w:t xml:space="preserve"> </w:t>
            </w:r>
            <w:proofErr w:type="spellStart"/>
            <w:r>
              <w:t>danych</w:t>
            </w:r>
            <w:proofErr w:type="spellEnd"/>
            <w:r>
              <w:t xml:space="preserve"> </w:t>
            </w:r>
            <w:proofErr w:type="spellStart"/>
            <w:r>
              <w:t>medycznych</w:t>
            </w:r>
            <w:proofErr w:type="spellEnd"/>
          </w:p>
          <w:p w14:paraId="77744DBB" w14:textId="77777777" w:rsidR="00032BE8" w:rsidRDefault="00032BE8" w:rsidP="00032BE8">
            <w:r>
              <w:t>36.</w:t>
            </w:r>
            <w:r>
              <w:tab/>
            </w:r>
            <w:proofErr w:type="spellStart"/>
            <w:r>
              <w:t>Współpraca</w:t>
            </w:r>
            <w:proofErr w:type="spellEnd"/>
            <w:r>
              <w:t xml:space="preserve"> z </w:t>
            </w:r>
            <w:proofErr w:type="spellStart"/>
            <w:r>
              <w:t>bieżniami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ergometrami</w:t>
            </w:r>
            <w:proofErr w:type="spellEnd"/>
            <w:r>
              <w:t xml:space="preserve"> </w:t>
            </w:r>
            <w:proofErr w:type="spellStart"/>
            <w:r>
              <w:t>różnych</w:t>
            </w:r>
            <w:proofErr w:type="spellEnd"/>
            <w:r>
              <w:t xml:space="preserve"> </w:t>
            </w:r>
            <w:proofErr w:type="spellStart"/>
            <w:r>
              <w:t>producentów</w:t>
            </w:r>
            <w:proofErr w:type="spellEnd"/>
          </w:p>
          <w:p w14:paraId="43D6FA61" w14:textId="77777777" w:rsidR="00032BE8" w:rsidRDefault="00032BE8" w:rsidP="00032BE8">
            <w:r>
              <w:t>37.</w:t>
            </w:r>
            <w:r>
              <w:tab/>
            </w:r>
            <w:proofErr w:type="spellStart"/>
            <w:r>
              <w:t>Współpraca</w:t>
            </w:r>
            <w:proofErr w:type="spellEnd"/>
            <w:r>
              <w:t xml:space="preserve"> z ACTIVE DIRECTORY</w:t>
            </w:r>
          </w:p>
          <w:p w14:paraId="29502BA3" w14:textId="77777777" w:rsidR="00032BE8" w:rsidRDefault="00032BE8" w:rsidP="00032BE8">
            <w:r>
              <w:t>38.</w:t>
            </w:r>
            <w:r>
              <w:tab/>
            </w:r>
            <w:proofErr w:type="spellStart"/>
            <w:r>
              <w:t>Protokoły</w:t>
            </w:r>
            <w:proofErr w:type="spellEnd"/>
            <w:r>
              <w:t xml:space="preserve"> </w:t>
            </w:r>
            <w:proofErr w:type="spellStart"/>
            <w:r>
              <w:t>prób</w:t>
            </w:r>
            <w:proofErr w:type="spellEnd"/>
            <w:r>
              <w:t xml:space="preserve"> </w:t>
            </w:r>
            <w:proofErr w:type="spellStart"/>
            <w:r>
              <w:t>wysiłkowych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  <w:r>
              <w:t xml:space="preserve">: Bruce, </w:t>
            </w:r>
            <w:proofErr w:type="spellStart"/>
            <w:r>
              <w:t>Zmodyfikowany</w:t>
            </w:r>
            <w:proofErr w:type="spellEnd"/>
            <w:r>
              <w:t xml:space="preserve"> Bruce, Bruce Rapid, Bruce Ramp, </w:t>
            </w:r>
            <w:proofErr w:type="spellStart"/>
            <w:r>
              <w:t>Zmodyfikowany</w:t>
            </w:r>
            <w:proofErr w:type="spellEnd"/>
            <w:r>
              <w:t xml:space="preserve"> Balke, </w:t>
            </w:r>
            <w:proofErr w:type="spellStart"/>
            <w:r>
              <w:t>EllestadA</w:t>
            </w:r>
            <w:proofErr w:type="spellEnd"/>
            <w:r>
              <w:t xml:space="preserve">, Naughton, Balke-ware, </w:t>
            </w:r>
            <w:proofErr w:type="spellStart"/>
            <w:r>
              <w:t>Zmodyfikowany</w:t>
            </w:r>
            <w:proofErr w:type="spellEnd"/>
            <w:r>
              <w:t xml:space="preserve"> Naughton, Ellestad, </w:t>
            </w:r>
            <w:proofErr w:type="spellStart"/>
            <w:r>
              <w:t>ElestadB</w:t>
            </w:r>
            <w:proofErr w:type="spellEnd"/>
            <w:r>
              <w:t>, USAFSAM2, Costill, USAFSAM3</w:t>
            </w:r>
          </w:p>
          <w:p w14:paraId="03A6E23D" w14:textId="77777777" w:rsidR="00032BE8" w:rsidRDefault="00032BE8" w:rsidP="00032BE8">
            <w:r>
              <w:t>39.</w:t>
            </w:r>
            <w:r>
              <w:tab/>
            </w:r>
            <w:proofErr w:type="spellStart"/>
            <w:r>
              <w:t>Moduł</w:t>
            </w:r>
            <w:proofErr w:type="spellEnd"/>
            <w:r>
              <w:t xml:space="preserve"> </w:t>
            </w:r>
            <w:proofErr w:type="spellStart"/>
            <w:r>
              <w:t>analizujący</w:t>
            </w:r>
            <w:proofErr w:type="spellEnd"/>
            <w:r>
              <w:t xml:space="preserve"> </w:t>
            </w:r>
            <w:proofErr w:type="spellStart"/>
            <w:r>
              <w:t>ryzyka</w:t>
            </w:r>
            <w:proofErr w:type="spellEnd"/>
            <w:r>
              <w:t xml:space="preserve"> </w:t>
            </w:r>
            <w:proofErr w:type="spellStart"/>
            <w:r>
              <w:t>choroby</w:t>
            </w:r>
            <w:proofErr w:type="spellEnd"/>
            <w:r>
              <w:t xml:space="preserve"> </w:t>
            </w:r>
            <w:proofErr w:type="spellStart"/>
            <w:r>
              <w:t>wieńcowej</w:t>
            </w:r>
            <w:proofErr w:type="spellEnd"/>
          </w:p>
          <w:p w14:paraId="3441DF5B" w14:textId="77777777" w:rsidR="00032BE8" w:rsidRDefault="00032BE8" w:rsidP="00032BE8">
            <w:r>
              <w:t>40.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rozbudowy</w:t>
            </w:r>
            <w:proofErr w:type="spellEnd"/>
            <w:r>
              <w:t xml:space="preserve"> o </w:t>
            </w:r>
            <w:proofErr w:type="spellStart"/>
            <w:r>
              <w:t>moduł</w:t>
            </w:r>
            <w:proofErr w:type="spellEnd"/>
            <w:r>
              <w:t xml:space="preserve"> </w:t>
            </w:r>
            <w:proofErr w:type="spellStart"/>
            <w:r>
              <w:t>analizy</w:t>
            </w:r>
            <w:proofErr w:type="spellEnd"/>
            <w:r>
              <w:t xml:space="preserve"> </w:t>
            </w:r>
            <w:proofErr w:type="spellStart"/>
            <w:r>
              <w:t>ryzyka</w:t>
            </w:r>
            <w:proofErr w:type="spellEnd"/>
            <w:r>
              <w:t xml:space="preserve"> </w:t>
            </w:r>
            <w:proofErr w:type="spellStart"/>
            <w:r>
              <w:t>nagłej</w:t>
            </w:r>
            <w:proofErr w:type="spellEnd"/>
            <w:r>
              <w:t xml:space="preserve"> </w:t>
            </w:r>
            <w:proofErr w:type="spellStart"/>
            <w:r>
              <w:t>śmierci</w:t>
            </w:r>
            <w:proofErr w:type="spellEnd"/>
            <w:r>
              <w:t xml:space="preserve"> </w:t>
            </w:r>
            <w:proofErr w:type="spellStart"/>
            <w:r>
              <w:t>sercowej</w:t>
            </w:r>
            <w:proofErr w:type="spellEnd"/>
            <w:r>
              <w:t xml:space="preserve"> </w:t>
            </w:r>
            <w:proofErr w:type="spellStart"/>
            <w:r>
              <w:t>według</w:t>
            </w:r>
            <w:proofErr w:type="spellEnd"/>
            <w:r>
              <w:t xml:space="preserve"> </w:t>
            </w:r>
            <w:proofErr w:type="spellStart"/>
            <w:r>
              <w:t>kryteriów</w:t>
            </w:r>
            <w:proofErr w:type="spellEnd"/>
            <w:r>
              <w:t xml:space="preserve"> Seattle </w:t>
            </w:r>
            <w:proofErr w:type="spellStart"/>
            <w:r>
              <w:t>lub</w:t>
            </w:r>
            <w:proofErr w:type="spellEnd"/>
            <w:r>
              <w:t xml:space="preserve"> International.</w:t>
            </w:r>
          </w:p>
          <w:p w14:paraId="5E226B71" w14:textId="77777777" w:rsidR="00032BE8" w:rsidRDefault="00032BE8" w:rsidP="00032BE8">
            <w:r>
              <w:t>41.</w:t>
            </w:r>
            <w:r>
              <w:tab/>
            </w:r>
            <w:proofErr w:type="spellStart"/>
            <w:r>
              <w:t>Schemat</w:t>
            </w:r>
            <w:proofErr w:type="spellEnd"/>
            <w:r>
              <w:t xml:space="preserve"> </w:t>
            </w:r>
            <w:proofErr w:type="spellStart"/>
            <w:r>
              <w:t>rozmieszczenia</w:t>
            </w:r>
            <w:proofErr w:type="spellEnd"/>
            <w:r>
              <w:t xml:space="preserve"> </w:t>
            </w:r>
            <w:proofErr w:type="spellStart"/>
            <w:r>
              <w:t>elektrod</w:t>
            </w:r>
            <w:proofErr w:type="spellEnd"/>
            <w:r>
              <w:t xml:space="preserve"> z </w:t>
            </w:r>
            <w:proofErr w:type="spellStart"/>
            <w:r>
              <w:t>niezależną</w:t>
            </w:r>
            <w:proofErr w:type="spellEnd"/>
            <w:r>
              <w:t xml:space="preserve"> </w:t>
            </w:r>
            <w:proofErr w:type="spellStart"/>
            <w:r>
              <w:t>kontrolą</w:t>
            </w:r>
            <w:proofErr w:type="spellEnd"/>
            <w:r>
              <w:t xml:space="preserve"> </w:t>
            </w:r>
            <w:proofErr w:type="spellStart"/>
            <w:r>
              <w:t>jakość</w:t>
            </w:r>
            <w:proofErr w:type="spellEnd"/>
            <w:r>
              <w:t xml:space="preserve"> </w:t>
            </w:r>
            <w:proofErr w:type="spellStart"/>
            <w:r>
              <w:t>podłączenia</w:t>
            </w:r>
            <w:proofErr w:type="spellEnd"/>
            <w:r>
              <w:t xml:space="preserve"> </w:t>
            </w:r>
            <w:proofErr w:type="spellStart"/>
            <w:r>
              <w:t>każdej</w:t>
            </w:r>
            <w:proofErr w:type="spellEnd"/>
            <w:r>
              <w:t xml:space="preserve"> </w:t>
            </w:r>
            <w:proofErr w:type="spellStart"/>
            <w:r>
              <w:t>elektrody</w:t>
            </w:r>
            <w:proofErr w:type="spellEnd"/>
          </w:p>
          <w:p w14:paraId="6980AF88" w14:textId="77777777" w:rsidR="00032BE8" w:rsidRDefault="00032BE8" w:rsidP="00032BE8">
            <w:r>
              <w:t>42.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wyposażenia</w:t>
            </w:r>
            <w:proofErr w:type="spellEnd"/>
            <w:r>
              <w:t xml:space="preserve"> w </w:t>
            </w:r>
            <w:proofErr w:type="spellStart"/>
            <w:r>
              <w:t>stację</w:t>
            </w:r>
            <w:proofErr w:type="spellEnd"/>
            <w:r>
              <w:t xml:space="preserve"> </w:t>
            </w:r>
            <w:proofErr w:type="spellStart"/>
            <w:r>
              <w:t>roboczą</w:t>
            </w:r>
            <w:proofErr w:type="spellEnd"/>
            <w:r>
              <w:t xml:space="preserve"> z </w:t>
            </w:r>
            <w:proofErr w:type="spellStart"/>
            <w:r>
              <w:t>monitorem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drukarką</w:t>
            </w:r>
            <w:proofErr w:type="spellEnd"/>
          </w:p>
          <w:p w14:paraId="08DADA50" w14:textId="77777777" w:rsidR="00032BE8" w:rsidRDefault="00032BE8" w:rsidP="00032BE8">
            <w:r>
              <w:t>43.</w:t>
            </w:r>
            <w:r>
              <w:tab/>
            </w:r>
            <w:proofErr w:type="spellStart"/>
            <w:r>
              <w:t>Moduł</w:t>
            </w:r>
            <w:proofErr w:type="spellEnd"/>
            <w:r>
              <w:t xml:space="preserve"> EKG w </w:t>
            </w:r>
            <w:proofErr w:type="spellStart"/>
            <w:r>
              <w:t>postaci</w:t>
            </w:r>
            <w:proofErr w:type="spellEnd"/>
            <w:r>
              <w:t xml:space="preserve"> 12 </w:t>
            </w:r>
            <w:proofErr w:type="spellStart"/>
            <w:r>
              <w:t>kanałowego</w:t>
            </w:r>
            <w:proofErr w:type="spellEnd"/>
            <w:r>
              <w:t xml:space="preserve"> </w:t>
            </w:r>
            <w:proofErr w:type="spellStart"/>
            <w:r>
              <w:lastRenderedPageBreak/>
              <w:t>bezprzewodowego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  <w:r>
              <w:t xml:space="preserve"> EKG o </w:t>
            </w:r>
            <w:proofErr w:type="spellStart"/>
            <w:r>
              <w:t>parametrach</w:t>
            </w:r>
            <w:proofErr w:type="spellEnd"/>
            <w:r>
              <w:t>:</w:t>
            </w:r>
          </w:p>
          <w:p w14:paraId="4EF5E3BD" w14:textId="77777777" w:rsidR="00032BE8" w:rsidRDefault="00032BE8" w:rsidP="00032BE8">
            <w:r>
              <w:t>a.</w:t>
            </w:r>
            <w:r>
              <w:tab/>
            </w:r>
            <w:r>
              <w:tab/>
            </w:r>
            <w:proofErr w:type="spellStart"/>
            <w:r>
              <w:t>Wyświetlacz</w:t>
            </w:r>
            <w:proofErr w:type="spellEnd"/>
            <w:r>
              <w:t xml:space="preserve"> 2,8”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rozdzielczości</w:t>
            </w:r>
            <w:proofErr w:type="spellEnd"/>
            <w:r>
              <w:t xml:space="preserve"> 240 x 320 </w:t>
            </w:r>
            <w:proofErr w:type="spellStart"/>
            <w:r>
              <w:t>pikseli</w:t>
            </w:r>
            <w:proofErr w:type="spellEnd"/>
          </w:p>
          <w:p w14:paraId="4A2E97BC" w14:textId="77777777" w:rsidR="00032BE8" w:rsidRDefault="00032BE8" w:rsidP="00032BE8">
            <w:r>
              <w:t>b.</w:t>
            </w:r>
            <w:r>
              <w:tab/>
              <w:t xml:space="preserve">4Kompaktowe </w:t>
            </w:r>
            <w:proofErr w:type="spellStart"/>
            <w:r>
              <w:t>wymiary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  <w:r>
              <w:t xml:space="preserve"> 82 x 87 x 25 mm</w:t>
            </w:r>
          </w:p>
          <w:p w14:paraId="787FEB79" w14:textId="77777777" w:rsidR="00032BE8" w:rsidRDefault="00032BE8" w:rsidP="00032BE8">
            <w:r>
              <w:t>c.</w:t>
            </w:r>
            <w:r>
              <w:tab/>
              <w:t>Waga 150g</w:t>
            </w:r>
          </w:p>
          <w:p w14:paraId="5E797B8A" w14:textId="77777777" w:rsidR="00032BE8" w:rsidRDefault="00032BE8" w:rsidP="00032BE8">
            <w:r>
              <w:t>d.</w:t>
            </w:r>
            <w:r>
              <w:tab/>
            </w:r>
            <w:r>
              <w:tab/>
            </w:r>
            <w:proofErr w:type="spellStart"/>
            <w:r>
              <w:t>Wymagane</w:t>
            </w:r>
            <w:proofErr w:type="spellEnd"/>
            <w:r>
              <w:t xml:space="preserve"> </w:t>
            </w:r>
            <w:proofErr w:type="spellStart"/>
            <w:r>
              <w:t>prędkości</w:t>
            </w:r>
            <w:proofErr w:type="spellEnd"/>
            <w:r>
              <w:t xml:space="preserve"> </w:t>
            </w:r>
            <w:proofErr w:type="spellStart"/>
            <w:r>
              <w:t>przesuwu</w:t>
            </w:r>
            <w:proofErr w:type="spellEnd"/>
            <w:r>
              <w:t xml:space="preserve"> (mm/s): 5; 10; 12.5, 25, 50</w:t>
            </w:r>
          </w:p>
          <w:p w14:paraId="75853D43" w14:textId="77777777" w:rsidR="00032BE8" w:rsidRDefault="00032BE8" w:rsidP="00032BE8">
            <w:r>
              <w:t>e.</w:t>
            </w:r>
            <w:r>
              <w:tab/>
            </w:r>
            <w:r>
              <w:tab/>
            </w:r>
            <w:proofErr w:type="spellStart"/>
            <w:r>
              <w:t>Wymagane</w:t>
            </w:r>
            <w:proofErr w:type="spellEnd"/>
            <w:r>
              <w:t xml:space="preserve"> </w:t>
            </w:r>
            <w:proofErr w:type="spellStart"/>
            <w:r>
              <w:t>czułości</w:t>
            </w:r>
            <w:proofErr w:type="spellEnd"/>
            <w:r>
              <w:t xml:space="preserve"> (mm/mV): 2.5; 5; 10; 20</w:t>
            </w:r>
          </w:p>
          <w:p w14:paraId="138C3545" w14:textId="77777777" w:rsidR="00032BE8" w:rsidRDefault="00032BE8" w:rsidP="00032BE8">
            <w:r>
              <w:t>f.</w:t>
            </w:r>
            <w:r>
              <w:tab/>
            </w:r>
            <w:r>
              <w:tab/>
            </w:r>
            <w:proofErr w:type="spellStart"/>
            <w:r>
              <w:t>Układy</w:t>
            </w:r>
            <w:proofErr w:type="spellEnd"/>
            <w:r>
              <w:t xml:space="preserve"> </w:t>
            </w:r>
            <w:proofErr w:type="spellStart"/>
            <w:r>
              <w:t>wyświetlania</w:t>
            </w:r>
            <w:proofErr w:type="spellEnd"/>
            <w:r>
              <w:t xml:space="preserve"> </w:t>
            </w:r>
            <w:proofErr w:type="spellStart"/>
            <w:r>
              <w:t>zapisów</w:t>
            </w:r>
            <w:proofErr w:type="spellEnd"/>
            <w:r>
              <w:t xml:space="preserve"> EKG:  2x6+1R; 4x3+1R; 1x12+0R</w:t>
            </w:r>
          </w:p>
          <w:p w14:paraId="04E44A59" w14:textId="77777777" w:rsidR="00032BE8" w:rsidRDefault="00032BE8" w:rsidP="00032BE8">
            <w:r>
              <w:t>g.</w:t>
            </w:r>
            <w:r>
              <w:tab/>
            </w:r>
            <w:r>
              <w:tab/>
            </w:r>
            <w:proofErr w:type="spellStart"/>
            <w:r>
              <w:t>Dwa</w:t>
            </w:r>
            <w:proofErr w:type="spellEnd"/>
            <w:r>
              <w:t xml:space="preserve"> </w:t>
            </w:r>
            <w:proofErr w:type="spellStart"/>
            <w:r>
              <w:t>kable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  <w:r>
              <w:t xml:space="preserve">: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odprowadzeń</w:t>
            </w:r>
            <w:proofErr w:type="spellEnd"/>
            <w:r>
              <w:t xml:space="preserve"> </w:t>
            </w:r>
            <w:proofErr w:type="spellStart"/>
            <w:r>
              <w:t>przedsercowych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odprowadzeń</w:t>
            </w:r>
            <w:proofErr w:type="spellEnd"/>
            <w:r>
              <w:t xml:space="preserve"> </w:t>
            </w:r>
            <w:proofErr w:type="spellStart"/>
            <w:r>
              <w:t>kończynowych</w:t>
            </w:r>
            <w:proofErr w:type="spellEnd"/>
          </w:p>
          <w:p w14:paraId="4504E73D" w14:textId="77777777" w:rsidR="00032BE8" w:rsidRDefault="00032BE8" w:rsidP="00032BE8">
            <w:r>
              <w:t>h.</w:t>
            </w:r>
            <w:r>
              <w:tab/>
            </w:r>
            <w:r>
              <w:tab/>
            </w:r>
            <w:proofErr w:type="spellStart"/>
            <w:r>
              <w:t>Filtry</w:t>
            </w:r>
            <w:proofErr w:type="spellEnd"/>
            <w:r>
              <w:t xml:space="preserve"> </w:t>
            </w:r>
            <w:proofErr w:type="spellStart"/>
            <w:r>
              <w:t>sieciowe</w:t>
            </w:r>
            <w:proofErr w:type="spellEnd"/>
            <w:r>
              <w:t xml:space="preserve"> (Hz): 50; 60</w:t>
            </w:r>
          </w:p>
          <w:p w14:paraId="6827DDC2" w14:textId="77777777" w:rsidR="00032BE8" w:rsidRDefault="00032BE8" w:rsidP="00032BE8">
            <w:proofErr w:type="spellStart"/>
            <w:r>
              <w:t>i</w:t>
            </w:r>
            <w:proofErr w:type="spellEnd"/>
            <w:r>
              <w:t>.</w:t>
            </w:r>
            <w:r>
              <w:tab/>
            </w:r>
            <w:r>
              <w:tab/>
            </w:r>
            <w:proofErr w:type="spellStart"/>
            <w:r>
              <w:t>Filtry</w:t>
            </w:r>
            <w:proofErr w:type="spellEnd"/>
            <w:r>
              <w:t xml:space="preserve"> </w:t>
            </w:r>
            <w:proofErr w:type="spellStart"/>
            <w:r>
              <w:t>izolinii</w:t>
            </w:r>
            <w:proofErr w:type="spellEnd"/>
            <w:r>
              <w:t xml:space="preserve"> (Hz): 0,05; 0,25; 0.6</w:t>
            </w:r>
          </w:p>
          <w:p w14:paraId="5C734A12" w14:textId="77777777" w:rsidR="00032BE8" w:rsidRDefault="00032BE8" w:rsidP="00032BE8">
            <w:r>
              <w:t>j.</w:t>
            </w:r>
            <w:r>
              <w:tab/>
            </w:r>
            <w:r>
              <w:tab/>
            </w:r>
            <w:proofErr w:type="spellStart"/>
            <w:r>
              <w:t>Filtry</w:t>
            </w:r>
            <w:proofErr w:type="spellEnd"/>
            <w:r>
              <w:t xml:space="preserve"> </w:t>
            </w:r>
            <w:proofErr w:type="spellStart"/>
            <w:r>
              <w:t>mięśniowe</w:t>
            </w:r>
            <w:proofErr w:type="spellEnd"/>
            <w:r>
              <w:t xml:space="preserve"> (Hz): 20; 25; 35; 90</w:t>
            </w:r>
          </w:p>
          <w:p w14:paraId="4DED7246" w14:textId="77777777" w:rsidR="00032BE8" w:rsidRDefault="00032BE8" w:rsidP="00032BE8">
            <w:r>
              <w:t>k.</w:t>
            </w:r>
            <w:r>
              <w:tab/>
            </w:r>
            <w:r>
              <w:tab/>
            </w:r>
            <w:proofErr w:type="spellStart"/>
            <w:r>
              <w:t>Długość</w:t>
            </w:r>
            <w:proofErr w:type="spellEnd"/>
            <w:r>
              <w:t xml:space="preserve"> </w:t>
            </w:r>
            <w:proofErr w:type="spellStart"/>
            <w:r>
              <w:t>badania</w:t>
            </w:r>
            <w:proofErr w:type="spellEnd"/>
            <w:r>
              <w:t>: 10s; 12s; 15s; 20s</w:t>
            </w:r>
          </w:p>
          <w:p w14:paraId="2945CA30" w14:textId="77777777" w:rsidR="00032BE8" w:rsidRDefault="00032BE8" w:rsidP="00032BE8">
            <w:r>
              <w:t>l.</w:t>
            </w:r>
            <w:r>
              <w:tab/>
            </w:r>
            <w:r>
              <w:tab/>
            </w:r>
            <w:proofErr w:type="spellStart"/>
            <w:r>
              <w:t>Stopień</w:t>
            </w:r>
            <w:proofErr w:type="spellEnd"/>
            <w:r>
              <w:t xml:space="preserve"> </w:t>
            </w:r>
            <w:proofErr w:type="spellStart"/>
            <w:r>
              <w:t>odporności</w:t>
            </w:r>
            <w:proofErr w:type="spellEnd"/>
            <w:r>
              <w:t xml:space="preserve"> min. IPx2</w:t>
            </w:r>
          </w:p>
          <w:p w14:paraId="756A5658" w14:textId="77777777" w:rsidR="00032BE8" w:rsidRDefault="00032BE8" w:rsidP="00032BE8">
            <w:r>
              <w:t>m.</w:t>
            </w:r>
            <w:r>
              <w:tab/>
            </w:r>
            <w:r>
              <w:tab/>
            </w:r>
            <w:proofErr w:type="spellStart"/>
            <w:r>
              <w:t>Akumulator</w:t>
            </w:r>
            <w:proofErr w:type="spellEnd"/>
            <w:r>
              <w:t xml:space="preserve"> </w:t>
            </w:r>
            <w:proofErr w:type="spellStart"/>
            <w:r>
              <w:t>litowo</w:t>
            </w:r>
            <w:proofErr w:type="spellEnd"/>
            <w:r>
              <w:t xml:space="preserve">- </w:t>
            </w:r>
            <w:proofErr w:type="spellStart"/>
            <w:r>
              <w:t>jonowy</w:t>
            </w:r>
            <w:proofErr w:type="spellEnd"/>
            <w:r>
              <w:t xml:space="preserve">, </w:t>
            </w:r>
            <w:proofErr w:type="spellStart"/>
            <w:r>
              <w:t>pojemność</w:t>
            </w:r>
            <w:proofErr w:type="spellEnd"/>
            <w:r>
              <w:t xml:space="preserve"> 3200 </w:t>
            </w:r>
            <w:proofErr w:type="spellStart"/>
            <w:r>
              <w:t>mAh</w:t>
            </w:r>
            <w:proofErr w:type="spellEnd"/>
            <w:r>
              <w:t xml:space="preserve"> </w:t>
            </w:r>
            <w:proofErr w:type="spellStart"/>
            <w:r>
              <w:t>pozwalający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pracę</w:t>
            </w:r>
            <w:proofErr w:type="spellEnd"/>
            <w:r>
              <w:t xml:space="preserve"> do 9 </w:t>
            </w:r>
            <w:proofErr w:type="spellStart"/>
            <w:r>
              <w:t>godz</w:t>
            </w:r>
            <w:proofErr w:type="spellEnd"/>
            <w:r>
              <w:t xml:space="preserve">. </w:t>
            </w:r>
          </w:p>
          <w:p w14:paraId="0B7F760B" w14:textId="77777777" w:rsidR="00032BE8" w:rsidRDefault="00032BE8" w:rsidP="00032BE8">
            <w:r>
              <w:t>n.</w:t>
            </w:r>
            <w:r>
              <w:tab/>
            </w:r>
            <w:r>
              <w:tab/>
            </w:r>
            <w:proofErr w:type="spellStart"/>
            <w:r>
              <w:t>Wewnętrzna</w:t>
            </w:r>
            <w:proofErr w:type="spellEnd"/>
            <w:r>
              <w:t xml:space="preserve"> </w:t>
            </w:r>
            <w:proofErr w:type="spellStart"/>
            <w:r>
              <w:t>pamięć</w:t>
            </w:r>
            <w:proofErr w:type="spellEnd"/>
            <w:r>
              <w:t xml:space="preserve">: 30 </w:t>
            </w:r>
            <w:proofErr w:type="spellStart"/>
            <w:r>
              <w:t>badań</w:t>
            </w:r>
            <w:proofErr w:type="spellEnd"/>
            <w:r>
              <w:t xml:space="preserve"> EKG</w:t>
            </w:r>
          </w:p>
          <w:p w14:paraId="33E03214" w14:textId="77777777" w:rsidR="00032BE8" w:rsidRDefault="00032BE8" w:rsidP="00032BE8">
            <w:r>
              <w:t>o.</w:t>
            </w:r>
            <w:r>
              <w:tab/>
            </w:r>
            <w:r>
              <w:tab/>
            </w:r>
            <w:proofErr w:type="spellStart"/>
            <w:r>
              <w:t>Przetwornik</w:t>
            </w:r>
            <w:proofErr w:type="spellEnd"/>
            <w:r>
              <w:t xml:space="preserve"> A/C 24 bity</w:t>
            </w:r>
          </w:p>
          <w:p w14:paraId="3AEDF7F1" w14:textId="77777777" w:rsidR="00032BE8" w:rsidRDefault="00032BE8" w:rsidP="00032BE8">
            <w:r>
              <w:t>p.</w:t>
            </w:r>
            <w:r>
              <w:tab/>
            </w:r>
            <w:r>
              <w:tab/>
            </w:r>
            <w:proofErr w:type="spellStart"/>
            <w:r>
              <w:t>Wartość</w:t>
            </w:r>
            <w:proofErr w:type="spellEnd"/>
            <w:r>
              <w:t xml:space="preserve"> </w:t>
            </w:r>
            <w:proofErr w:type="spellStart"/>
            <w:r>
              <w:t>próbkowania</w:t>
            </w:r>
            <w:proofErr w:type="spellEnd"/>
            <w:r>
              <w:t xml:space="preserve"> 1600 Hz</w:t>
            </w:r>
          </w:p>
          <w:p w14:paraId="564DA7C0" w14:textId="77777777" w:rsidR="00032BE8" w:rsidRDefault="00032BE8" w:rsidP="00032BE8">
            <w:proofErr w:type="spellStart"/>
            <w:r>
              <w:t>Bieżnia</w:t>
            </w:r>
            <w:proofErr w:type="spellEnd"/>
            <w:r>
              <w:t>:</w:t>
            </w:r>
          </w:p>
          <w:p w14:paraId="7C294A5C" w14:textId="77777777" w:rsidR="00032BE8" w:rsidRDefault="00032BE8" w:rsidP="00032BE8">
            <w:r>
              <w:t>1.</w:t>
            </w:r>
            <w:r>
              <w:tab/>
            </w:r>
            <w:proofErr w:type="spellStart"/>
            <w:r>
              <w:t>Sterowanie</w:t>
            </w:r>
            <w:proofErr w:type="spellEnd"/>
            <w:r>
              <w:t xml:space="preserve"> </w:t>
            </w:r>
            <w:proofErr w:type="spellStart"/>
            <w:r>
              <w:t>prędkością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  <w:r>
              <w:t xml:space="preserve"> z </w:t>
            </w:r>
            <w:proofErr w:type="spellStart"/>
            <w:r>
              <w:t>oprogramowana</w:t>
            </w:r>
            <w:proofErr w:type="spellEnd"/>
          </w:p>
          <w:p w14:paraId="5716B4EA" w14:textId="77777777" w:rsidR="00032BE8" w:rsidRDefault="00032BE8" w:rsidP="00032BE8">
            <w:r>
              <w:t>2.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rozbudowy</w:t>
            </w:r>
            <w:proofErr w:type="spellEnd"/>
            <w:r>
              <w:t xml:space="preserve"> o </w:t>
            </w:r>
            <w:proofErr w:type="spellStart"/>
            <w:r>
              <w:t>automatyczny</w:t>
            </w:r>
            <w:proofErr w:type="spellEnd"/>
            <w:r>
              <w:t xml:space="preserve"> </w:t>
            </w:r>
            <w:proofErr w:type="spellStart"/>
            <w:r>
              <w:t>pomiar</w:t>
            </w:r>
            <w:proofErr w:type="spellEnd"/>
            <w:r>
              <w:t xml:space="preserve">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krwi</w:t>
            </w:r>
            <w:proofErr w:type="spellEnd"/>
          </w:p>
          <w:p w14:paraId="1D275AD6" w14:textId="77777777" w:rsidR="00032BE8" w:rsidRDefault="00032BE8" w:rsidP="00032BE8">
            <w:r>
              <w:t>3.</w:t>
            </w:r>
            <w:r>
              <w:tab/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prędkości</w:t>
            </w:r>
            <w:proofErr w:type="spellEnd"/>
            <w:r>
              <w:t xml:space="preserve"> 0-20 km/h z </w:t>
            </w:r>
            <w:proofErr w:type="spellStart"/>
            <w:r>
              <w:t>krokiem</w:t>
            </w:r>
            <w:proofErr w:type="spellEnd"/>
            <w:r>
              <w:t xml:space="preserve"> 0,1km/h</w:t>
            </w:r>
          </w:p>
          <w:p w14:paraId="09D497D1" w14:textId="77777777" w:rsidR="00032BE8" w:rsidRDefault="00032BE8" w:rsidP="00032BE8">
            <w:r>
              <w:t>4.</w:t>
            </w:r>
            <w:r>
              <w:tab/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nachylenia</w:t>
            </w:r>
            <w:proofErr w:type="spellEnd"/>
            <w:r>
              <w:t xml:space="preserve"> 0-25% z </w:t>
            </w:r>
            <w:proofErr w:type="spellStart"/>
            <w:r>
              <w:t>krokiem</w:t>
            </w:r>
            <w:proofErr w:type="spellEnd"/>
            <w:r>
              <w:t xml:space="preserve"> 0,5%</w:t>
            </w:r>
          </w:p>
          <w:p w14:paraId="3BD0D8C2" w14:textId="77777777" w:rsidR="00032BE8" w:rsidRDefault="00032BE8" w:rsidP="00032BE8">
            <w:r>
              <w:t>5.</w:t>
            </w:r>
            <w:r>
              <w:tab/>
            </w:r>
            <w:proofErr w:type="spellStart"/>
            <w:r>
              <w:t>Ruchomy</w:t>
            </w:r>
            <w:proofErr w:type="spellEnd"/>
            <w:r>
              <w:t xml:space="preserve"> pas o </w:t>
            </w:r>
            <w:proofErr w:type="spellStart"/>
            <w:r>
              <w:t>wymiarach</w:t>
            </w:r>
            <w:proofErr w:type="spellEnd"/>
            <w:r>
              <w:t xml:space="preserve"> 50 x 150 cm, </w:t>
            </w:r>
            <w:proofErr w:type="spellStart"/>
            <w:r>
              <w:t>grubość</w:t>
            </w:r>
            <w:proofErr w:type="spellEnd"/>
            <w:r>
              <w:t xml:space="preserve"> 2,7mm</w:t>
            </w:r>
          </w:p>
          <w:p w14:paraId="56186E48" w14:textId="77777777" w:rsidR="00032BE8" w:rsidRDefault="00032BE8" w:rsidP="00032BE8">
            <w:r>
              <w:t>6.</w:t>
            </w:r>
            <w:r>
              <w:tab/>
              <w:t xml:space="preserve">Cicha </w:t>
            </w:r>
            <w:proofErr w:type="spellStart"/>
            <w:r>
              <w:t>praca</w:t>
            </w:r>
            <w:proofErr w:type="spellEnd"/>
          </w:p>
          <w:p w14:paraId="024B97E7" w14:textId="77777777" w:rsidR="00032BE8" w:rsidRDefault="00032BE8" w:rsidP="00032BE8">
            <w:r>
              <w:t>7.</w:t>
            </w:r>
            <w:r>
              <w:tab/>
            </w:r>
            <w:proofErr w:type="spellStart"/>
            <w:r>
              <w:t>Odległość</w:t>
            </w:r>
            <w:proofErr w:type="spellEnd"/>
            <w:r>
              <w:t xml:space="preserve"> </w:t>
            </w:r>
            <w:proofErr w:type="spellStart"/>
            <w:r>
              <w:t>ruchomego</w:t>
            </w:r>
            <w:proofErr w:type="spellEnd"/>
            <w:r>
              <w:t xml:space="preserve"> </w:t>
            </w:r>
            <w:proofErr w:type="spellStart"/>
            <w:r>
              <w:t>pasa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  <w:r>
              <w:t xml:space="preserve"> od </w:t>
            </w:r>
            <w:proofErr w:type="spellStart"/>
            <w:r>
              <w:t>podłoża</w:t>
            </w:r>
            <w:proofErr w:type="spellEnd"/>
            <w:r>
              <w:t xml:space="preserve">  17 cm</w:t>
            </w:r>
          </w:p>
          <w:p w14:paraId="290F20EE" w14:textId="77777777" w:rsidR="00032BE8" w:rsidRDefault="00032BE8" w:rsidP="00032BE8">
            <w:r>
              <w:t>8.</w:t>
            </w:r>
            <w:r>
              <w:tab/>
            </w:r>
            <w:proofErr w:type="spellStart"/>
            <w:r>
              <w:t>Wymiary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  <w:r>
              <w:t>: 112 x 80 x 205 cm (</w:t>
            </w:r>
            <w:proofErr w:type="spellStart"/>
            <w:r>
              <w:t>wysokość</w:t>
            </w:r>
            <w:proofErr w:type="spellEnd"/>
            <w:r>
              <w:t xml:space="preserve"> 112cm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zerowym</w:t>
            </w:r>
            <w:proofErr w:type="spellEnd"/>
            <w:r>
              <w:t xml:space="preserve"> </w:t>
            </w:r>
            <w:proofErr w:type="spellStart"/>
            <w:r>
              <w:t>pochyleniu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  <w:r>
              <w:t>)</w:t>
            </w:r>
          </w:p>
          <w:p w14:paraId="446F2427" w14:textId="77777777" w:rsidR="00032BE8" w:rsidRDefault="00032BE8" w:rsidP="00032BE8">
            <w:r>
              <w:t>9.</w:t>
            </w:r>
            <w:r>
              <w:tab/>
              <w:t xml:space="preserve">Waga </w:t>
            </w:r>
            <w:proofErr w:type="spellStart"/>
            <w:r>
              <w:t>bieżni</w:t>
            </w:r>
            <w:proofErr w:type="spellEnd"/>
            <w:r>
              <w:t xml:space="preserve"> 163 kg</w:t>
            </w:r>
          </w:p>
          <w:p w14:paraId="76CAC6E7" w14:textId="77777777" w:rsidR="00032BE8" w:rsidRDefault="00032BE8" w:rsidP="00032BE8">
            <w:r>
              <w:lastRenderedPageBreak/>
              <w:t>10.</w:t>
            </w:r>
            <w:r>
              <w:tab/>
            </w:r>
            <w:proofErr w:type="spellStart"/>
            <w:r>
              <w:t>Łagodny</w:t>
            </w:r>
            <w:proofErr w:type="spellEnd"/>
            <w:r>
              <w:t xml:space="preserve"> start </w:t>
            </w:r>
            <w:proofErr w:type="spellStart"/>
            <w:r>
              <w:t>bieżni</w:t>
            </w:r>
            <w:proofErr w:type="spellEnd"/>
            <w:r>
              <w:t xml:space="preserve"> od </w:t>
            </w:r>
            <w:proofErr w:type="spellStart"/>
            <w:r>
              <w:t>prędkości</w:t>
            </w:r>
            <w:proofErr w:type="spellEnd"/>
            <w:r>
              <w:t xml:space="preserve"> </w:t>
            </w:r>
            <w:proofErr w:type="spellStart"/>
            <w:r>
              <w:t>równej</w:t>
            </w:r>
            <w:proofErr w:type="spellEnd"/>
            <w:r>
              <w:t xml:space="preserve"> zero z </w:t>
            </w:r>
            <w:proofErr w:type="spellStart"/>
            <w:r>
              <w:t>pełnym</w:t>
            </w:r>
            <w:proofErr w:type="spellEnd"/>
            <w:r>
              <w:t xml:space="preserve"> </w:t>
            </w:r>
            <w:proofErr w:type="spellStart"/>
            <w:r>
              <w:t>obciążeniem</w:t>
            </w:r>
            <w:proofErr w:type="spellEnd"/>
          </w:p>
          <w:p w14:paraId="5C3D8AD8" w14:textId="77777777" w:rsidR="00032BE8" w:rsidRDefault="00032BE8" w:rsidP="00032BE8">
            <w:r>
              <w:t>11.</w:t>
            </w:r>
            <w:r>
              <w:tab/>
            </w:r>
            <w:proofErr w:type="spellStart"/>
            <w:r>
              <w:t>Wytrzymałe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wygodne</w:t>
            </w:r>
            <w:proofErr w:type="spellEnd"/>
            <w:r>
              <w:t xml:space="preserve"> </w:t>
            </w:r>
            <w:proofErr w:type="spellStart"/>
            <w:r>
              <w:t>poręcze</w:t>
            </w:r>
            <w:proofErr w:type="spellEnd"/>
            <w:r>
              <w:t xml:space="preserve">, </w:t>
            </w:r>
            <w:proofErr w:type="spellStart"/>
            <w:r>
              <w:t>również</w:t>
            </w:r>
            <w:proofErr w:type="spellEnd"/>
            <w:r>
              <w:t xml:space="preserve"> po </w:t>
            </w:r>
            <w:proofErr w:type="spellStart"/>
            <w:r>
              <w:t>bokach</w:t>
            </w:r>
            <w:proofErr w:type="spellEnd"/>
            <w:r>
              <w:t xml:space="preserve">, </w:t>
            </w:r>
            <w:proofErr w:type="spellStart"/>
            <w:r>
              <w:t>mocowane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poziomie</w:t>
            </w:r>
            <w:proofErr w:type="spellEnd"/>
            <w:r>
              <w:t xml:space="preserve"> </w:t>
            </w:r>
            <w:proofErr w:type="spellStart"/>
            <w:r>
              <w:t>pasa</w:t>
            </w:r>
            <w:proofErr w:type="spellEnd"/>
            <w:r>
              <w:t xml:space="preserve"> </w:t>
            </w:r>
            <w:proofErr w:type="spellStart"/>
            <w:r>
              <w:t>ruchomego</w:t>
            </w:r>
            <w:proofErr w:type="spellEnd"/>
            <w:r>
              <w:t xml:space="preserve"> w </w:t>
            </w:r>
            <w:proofErr w:type="spellStart"/>
            <w:r>
              <w:t>dwóch</w:t>
            </w:r>
            <w:proofErr w:type="spellEnd"/>
            <w:r>
              <w:t xml:space="preserve"> </w:t>
            </w:r>
            <w:proofErr w:type="spellStart"/>
            <w:r>
              <w:t>punktach</w:t>
            </w:r>
            <w:proofErr w:type="spellEnd"/>
            <w:r>
              <w:t xml:space="preserve"> po </w:t>
            </w:r>
            <w:proofErr w:type="spellStart"/>
            <w:r>
              <w:t>przeciwległych</w:t>
            </w:r>
            <w:proofErr w:type="spellEnd"/>
            <w:r>
              <w:t xml:space="preserve"> </w:t>
            </w:r>
            <w:proofErr w:type="spellStart"/>
            <w:r>
              <w:t>stronach</w:t>
            </w:r>
            <w:proofErr w:type="spellEnd"/>
            <w:r>
              <w:t xml:space="preserve"> </w:t>
            </w:r>
            <w:proofErr w:type="spellStart"/>
            <w:r>
              <w:t>dłuższego</w:t>
            </w:r>
            <w:proofErr w:type="spellEnd"/>
            <w:r>
              <w:t xml:space="preserve"> </w:t>
            </w:r>
            <w:proofErr w:type="spellStart"/>
            <w:r>
              <w:t>boku</w:t>
            </w:r>
            <w:proofErr w:type="spellEnd"/>
            <w:r>
              <w:t xml:space="preserve"> </w:t>
            </w:r>
            <w:proofErr w:type="spellStart"/>
            <w:r>
              <w:t>bieżni</w:t>
            </w:r>
            <w:proofErr w:type="spellEnd"/>
          </w:p>
          <w:p w14:paraId="40047548" w14:textId="77777777" w:rsidR="00032BE8" w:rsidRDefault="00032BE8" w:rsidP="00032BE8">
            <w:r>
              <w:t>12.</w:t>
            </w:r>
            <w:r>
              <w:tab/>
            </w:r>
            <w:proofErr w:type="spellStart"/>
            <w:r>
              <w:t>Ciężar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  <w:r>
              <w:t xml:space="preserve"> do 200 kg</w:t>
            </w:r>
          </w:p>
          <w:p w14:paraId="06142BD1" w14:textId="77777777" w:rsidR="00032BE8" w:rsidRDefault="00032BE8" w:rsidP="00032BE8">
            <w:r>
              <w:t>13.</w:t>
            </w:r>
            <w:r>
              <w:tab/>
            </w:r>
            <w:proofErr w:type="spellStart"/>
            <w:r>
              <w:t>Dwa</w:t>
            </w:r>
            <w:proofErr w:type="spellEnd"/>
            <w:r>
              <w:t xml:space="preserve"> </w:t>
            </w:r>
            <w:proofErr w:type="spellStart"/>
            <w:r>
              <w:t>przyciski</w:t>
            </w:r>
            <w:proofErr w:type="spellEnd"/>
            <w:r>
              <w:t xml:space="preserve"> STOP </w:t>
            </w:r>
            <w:proofErr w:type="spellStart"/>
            <w:r>
              <w:t>awaryjnego</w:t>
            </w:r>
            <w:proofErr w:type="spellEnd"/>
            <w:r>
              <w:t xml:space="preserve"> </w:t>
            </w:r>
            <w:proofErr w:type="spellStart"/>
            <w:r>
              <w:t>zatrzymywania</w:t>
            </w:r>
            <w:proofErr w:type="spellEnd"/>
            <w:r>
              <w:t xml:space="preserve"> (po </w:t>
            </w:r>
            <w:proofErr w:type="spellStart"/>
            <w:r>
              <w:t>obu</w:t>
            </w:r>
            <w:proofErr w:type="spellEnd"/>
            <w:r>
              <w:t xml:space="preserve"> </w:t>
            </w:r>
            <w:proofErr w:type="spellStart"/>
            <w:r>
              <w:t>stronach</w:t>
            </w:r>
            <w:proofErr w:type="spellEnd"/>
            <w:r>
              <w:t xml:space="preserve"> </w:t>
            </w:r>
            <w:proofErr w:type="spellStart"/>
            <w:r>
              <w:t>poręczy</w:t>
            </w:r>
            <w:proofErr w:type="spellEnd"/>
            <w:r>
              <w:t>)</w:t>
            </w:r>
          </w:p>
          <w:p w14:paraId="4EE1B08A" w14:textId="77777777" w:rsidR="00032BE8" w:rsidRDefault="00032BE8" w:rsidP="00032BE8">
            <w:r>
              <w:t>14.</w:t>
            </w:r>
            <w:r>
              <w:tab/>
            </w:r>
            <w:proofErr w:type="spellStart"/>
            <w:r>
              <w:t>Amortyzacja</w:t>
            </w:r>
            <w:proofErr w:type="spellEnd"/>
            <w:r>
              <w:t xml:space="preserve"> </w:t>
            </w:r>
            <w:proofErr w:type="spellStart"/>
            <w:r>
              <w:t>drgań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wstrząsów</w:t>
            </w:r>
            <w:proofErr w:type="spellEnd"/>
          </w:p>
          <w:p w14:paraId="433E8024" w14:textId="77777777" w:rsidR="00032BE8" w:rsidRDefault="00032BE8" w:rsidP="00032BE8">
            <w:r>
              <w:t>15.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połączenia</w:t>
            </w:r>
            <w:proofErr w:type="spellEnd"/>
            <w:r>
              <w:t xml:space="preserve"> z </w:t>
            </w:r>
            <w:proofErr w:type="spellStart"/>
            <w:r>
              <w:t>systemami</w:t>
            </w:r>
            <w:proofErr w:type="spellEnd"/>
            <w:r>
              <w:t xml:space="preserve"> </w:t>
            </w:r>
            <w:proofErr w:type="spellStart"/>
            <w:r>
              <w:t>kontroli</w:t>
            </w:r>
            <w:proofErr w:type="spellEnd"/>
            <w:r>
              <w:t xml:space="preserve"> </w:t>
            </w:r>
            <w:proofErr w:type="spellStart"/>
            <w:r>
              <w:t>wysiłku</w:t>
            </w:r>
            <w:proofErr w:type="spellEnd"/>
            <w:r>
              <w:t xml:space="preserve"> </w:t>
            </w:r>
            <w:proofErr w:type="spellStart"/>
            <w:r>
              <w:t>przez</w:t>
            </w:r>
            <w:proofErr w:type="spellEnd"/>
            <w:r>
              <w:t xml:space="preserve"> </w:t>
            </w:r>
            <w:proofErr w:type="spellStart"/>
            <w:r>
              <w:t>interfejs</w:t>
            </w:r>
            <w:proofErr w:type="spellEnd"/>
            <w:r>
              <w:t xml:space="preserve"> RS-232</w:t>
            </w:r>
          </w:p>
          <w:p w14:paraId="7F07F805" w14:textId="4FC6AF08" w:rsidR="00032BE8" w:rsidRDefault="00032BE8" w:rsidP="00032BE8">
            <w:r>
              <w:t>16.</w:t>
            </w:r>
            <w:r>
              <w:tab/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połączenia</w:t>
            </w:r>
            <w:proofErr w:type="spellEnd"/>
            <w:r>
              <w:t xml:space="preserve"> z </w:t>
            </w:r>
            <w:proofErr w:type="spellStart"/>
            <w:r>
              <w:t>systemami</w:t>
            </w:r>
            <w:proofErr w:type="spellEnd"/>
            <w:r>
              <w:t xml:space="preserve"> </w:t>
            </w:r>
            <w:proofErr w:type="spellStart"/>
            <w:r>
              <w:t>kontroli</w:t>
            </w:r>
            <w:proofErr w:type="spellEnd"/>
            <w:r>
              <w:t xml:space="preserve"> </w:t>
            </w:r>
            <w:proofErr w:type="spellStart"/>
            <w:r>
              <w:t>wysiłku</w:t>
            </w:r>
            <w:proofErr w:type="spellEnd"/>
            <w:r>
              <w:t xml:space="preserve"> </w:t>
            </w:r>
            <w:proofErr w:type="spellStart"/>
            <w:r>
              <w:t>przez</w:t>
            </w:r>
            <w:proofErr w:type="spellEnd"/>
            <w:r>
              <w:t xml:space="preserve"> </w:t>
            </w:r>
            <w:proofErr w:type="spellStart"/>
            <w:r>
              <w:t>interfejs</w:t>
            </w:r>
            <w:proofErr w:type="spellEnd"/>
            <w:r>
              <w:t xml:space="preserve"> port </w:t>
            </w:r>
            <w:proofErr w:type="spellStart"/>
            <w:r>
              <w:t>szeregowy</w:t>
            </w:r>
            <w:proofErr w:type="spellEnd"/>
            <w:r>
              <w:t xml:space="preserve"> RS-232 (</w:t>
            </w:r>
            <w:proofErr w:type="spellStart"/>
            <w:r>
              <w:t>prędkość</w:t>
            </w:r>
            <w:proofErr w:type="spellEnd"/>
            <w:r>
              <w:t xml:space="preserve"> </w:t>
            </w:r>
            <w:proofErr w:type="spellStart"/>
            <w:r>
              <w:t>transmisji</w:t>
            </w:r>
            <w:proofErr w:type="spellEnd"/>
            <w:r>
              <w:t xml:space="preserve"> 4800 bps</w:t>
            </w:r>
          </w:p>
        </w:tc>
        <w:tc>
          <w:tcPr>
            <w:tcW w:w="1728" w:type="dxa"/>
          </w:tcPr>
          <w:p w14:paraId="6FC2DE89" w14:textId="77777777" w:rsidR="00032BE8" w:rsidRDefault="00032BE8" w:rsidP="00032BE8"/>
        </w:tc>
      </w:tr>
      <w:tr w:rsidR="00032BE8" w14:paraId="2F165970" w14:textId="77777777" w:rsidTr="00032BE8">
        <w:tc>
          <w:tcPr>
            <w:tcW w:w="2376" w:type="dxa"/>
          </w:tcPr>
          <w:p w14:paraId="2DFA961B" w14:textId="77777777" w:rsidR="00032BE8" w:rsidRDefault="00032BE8" w:rsidP="00032BE8">
            <w:proofErr w:type="spellStart"/>
            <w:r>
              <w:lastRenderedPageBreak/>
              <w:t>Certyfikat</w:t>
            </w:r>
            <w:proofErr w:type="spellEnd"/>
            <w:r>
              <w:t xml:space="preserve"> CE</w:t>
            </w:r>
          </w:p>
        </w:tc>
        <w:tc>
          <w:tcPr>
            <w:tcW w:w="4536" w:type="dxa"/>
          </w:tcPr>
          <w:p w14:paraId="015D50FF" w14:textId="77777777" w:rsidR="00032BE8" w:rsidRDefault="00032BE8" w:rsidP="00032BE8">
            <w:proofErr w:type="spellStart"/>
            <w:r>
              <w:t>Wymagany</w:t>
            </w:r>
            <w:proofErr w:type="spellEnd"/>
          </w:p>
        </w:tc>
        <w:tc>
          <w:tcPr>
            <w:tcW w:w="1728" w:type="dxa"/>
          </w:tcPr>
          <w:p w14:paraId="73F8E92D" w14:textId="77777777" w:rsidR="00032BE8" w:rsidRDefault="00032BE8" w:rsidP="00032BE8"/>
        </w:tc>
      </w:tr>
      <w:tr w:rsidR="00032BE8" w14:paraId="00DFFC3A" w14:textId="77777777" w:rsidTr="00032BE8">
        <w:tc>
          <w:tcPr>
            <w:tcW w:w="2376" w:type="dxa"/>
          </w:tcPr>
          <w:p w14:paraId="0771E6E5" w14:textId="77777777" w:rsidR="00032BE8" w:rsidRDefault="00032BE8" w:rsidP="00032BE8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4536" w:type="dxa"/>
          </w:tcPr>
          <w:p w14:paraId="37B3A46D" w14:textId="77777777" w:rsidR="00032BE8" w:rsidRDefault="00032BE8" w:rsidP="00032BE8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1728" w:type="dxa"/>
          </w:tcPr>
          <w:p w14:paraId="01B7BD26" w14:textId="77777777" w:rsidR="00032BE8" w:rsidRDefault="00032BE8" w:rsidP="00032BE8"/>
        </w:tc>
      </w:tr>
      <w:tr w:rsidR="00032BE8" w14:paraId="2266FF3F" w14:textId="77777777" w:rsidTr="00032BE8">
        <w:tc>
          <w:tcPr>
            <w:tcW w:w="2376" w:type="dxa"/>
          </w:tcPr>
          <w:p w14:paraId="2BDBF100" w14:textId="77777777" w:rsidR="00032BE8" w:rsidRDefault="00032BE8" w:rsidP="00032BE8">
            <w:proofErr w:type="spellStart"/>
            <w:r>
              <w:t>Gwarancja</w:t>
            </w:r>
            <w:proofErr w:type="spellEnd"/>
          </w:p>
        </w:tc>
        <w:tc>
          <w:tcPr>
            <w:tcW w:w="4536" w:type="dxa"/>
          </w:tcPr>
          <w:p w14:paraId="2FB952C1" w14:textId="77777777" w:rsidR="00032BE8" w:rsidRDefault="00032BE8" w:rsidP="00032BE8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1728" w:type="dxa"/>
          </w:tcPr>
          <w:p w14:paraId="73A880ED" w14:textId="77777777" w:rsidR="00032BE8" w:rsidRDefault="00032BE8" w:rsidP="00032BE8"/>
        </w:tc>
      </w:tr>
    </w:tbl>
    <w:p w14:paraId="645AC869" w14:textId="77777777" w:rsidR="00043C9C" w:rsidRDefault="00000000">
      <w:pPr>
        <w:pStyle w:val="Nagwek2"/>
      </w:pPr>
      <w:r>
        <w:t xml:space="preserve">21. </w:t>
      </w:r>
      <w:proofErr w:type="spellStart"/>
      <w:r>
        <w:t>Zestaw</w:t>
      </w:r>
      <w:proofErr w:type="spellEnd"/>
      <w:r>
        <w:t xml:space="preserve"> do </w:t>
      </w:r>
      <w:proofErr w:type="spellStart"/>
      <w:r>
        <w:t>oscylometrii</w:t>
      </w:r>
      <w:proofErr w:type="spellEnd"/>
      <w:r>
        <w:t xml:space="preserve">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15"/>
        <w:gridCol w:w="4286"/>
        <w:gridCol w:w="2029"/>
      </w:tblGrid>
      <w:tr w:rsidR="00043C9C" w14:paraId="439343CA" w14:textId="77777777" w:rsidTr="00032BE8">
        <w:tc>
          <w:tcPr>
            <w:tcW w:w="2880" w:type="dxa"/>
          </w:tcPr>
          <w:p w14:paraId="09C74AA6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5450" w:type="dxa"/>
          </w:tcPr>
          <w:p w14:paraId="3D87885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310" w:type="dxa"/>
          </w:tcPr>
          <w:p w14:paraId="13872B42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AC22F16" w14:textId="77777777" w:rsidTr="00032BE8">
        <w:tc>
          <w:tcPr>
            <w:tcW w:w="2880" w:type="dxa"/>
          </w:tcPr>
          <w:p w14:paraId="039C7ACC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5450" w:type="dxa"/>
          </w:tcPr>
          <w:p w14:paraId="251F927E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310" w:type="dxa"/>
          </w:tcPr>
          <w:p w14:paraId="4743AFF5" w14:textId="77777777" w:rsidR="00043C9C" w:rsidRDefault="00043C9C"/>
        </w:tc>
      </w:tr>
      <w:tr w:rsidR="00043C9C" w14:paraId="0E7DAB65" w14:textId="77777777" w:rsidTr="00032BE8">
        <w:tc>
          <w:tcPr>
            <w:tcW w:w="2880" w:type="dxa"/>
          </w:tcPr>
          <w:p w14:paraId="569513BE" w14:textId="77777777" w:rsidR="00043C9C" w:rsidRDefault="00000000">
            <w:r>
              <w:t>Producent</w:t>
            </w:r>
          </w:p>
        </w:tc>
        <w:tc>
          <w:tcPr>
            <w:tcW w:w="5450" w:type="dxa"/>
          </w:tcPr>
          <w:p w14:paraId="30233511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310" w:type="dxa"/>
          </w:tcPr>
          <w:p w14:paraId="51B7AD3C" w14:textId="77777777" w:rsidR="00043C9C" w:rsidRDefault="00043C9C"/>
        </w:tc>
      </w:tr>
      <w:tr w:rsidR="00043C9C" w14:paraId="64E834F1" w14:textId="77777777" w:rsidTr="00032BE8">
        <w:tc>
          <w:tcPr>
            <w:tcW w:w="2880" w:type="dxa"/>
          </w:tcPr>
          <w:p w14:paraId="0624F7F1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5450" w:type="dxa"/>
          </w:tcPr>
          <w:p w14:paraId="53489F82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310" w:type="dxa"/>
          </w:tcPr>
          <w:p w14:paraId="241C1898" w14:textId="77777777" w:rsidR="00043C9C" w:rsidRDefault="00043C9C"/>
        </w:tc>
      </w:tr>
      <w:tr w:rsidR="00043C9C" w14:paraId="14648D17" w14:textId="77777777" w:rsidTr="00032BE8">
        <w:tc>
          <w:tcPr>
            <w:tcW w:w="2880" w:type="dxa"/>
          </w:tcPr>
          <w:p w14:paraId="3B43E475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5450" w:type="dxa"/>
          </w:tcPr>
          <w:p w14:paraId="36A02D5A" w14:textId="77777777" w:rsidR="00043C9C" w:rsidRDefault="00000000">
            <w:proofErr w:type="spellStart"/>
            <w:r>
              <w:t>Technika</w:t>
            </w:r>
            <w:proofErr w:type="spellEnd"/>
            <w:r>
              <w:t xml:space="preserve"> FOT</w:t>
            </w:r>
          </w:p>
        </w:tc>
        <w:tc>
          <w:tcPr>
            <w:tcW w:w="310" w:type="dxa"/>
          </w:tcPr>
          <w:p w14:paraId="39F8AF29" w14:textId="77777777" w:rsidR="00043C9C" w:rsidRDefault="00043C9C"/>
        </w:tc>
      </w:tr>
      <w:tr w:rsidR="00043C9C" w14:paraId="57A0A42D" w14:textId="77777777" w:rsidTr="00032BE8">
        <w:tc>
          <w:tcPr>
            <w:tcW w:w="2880" w:type="dxa"/>
          </w:tcPr>
          <w:p w14:paraId="708572FC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5450" w:type="dxa"/>
          </w:tcPr>
          <w:p w14:paraId="42E00AD5" w14:textId="77777777" w:rsidR="008E090B" w:rsidRDefault="008E090B" w:rsidP="00032BE8">
            <w:proofErr w:type="spellStart"/>
            <w:r>
              <w:t>Zestaw</w:t>
            </w:r>
            <w:proofErr w:type="spellEnd"/>
            <w:r>
              <w:t>:</w:t>
            </w:r>
          </w:p>
          <w:p w14:paraId="11D2157D" w14:textId="77777777" w:rsidR="008E090B" w:rsidRDefault="008E090B" w:rsidP="008E090B">
            <w:pPr>
              <w:pStyle w:val="Akapitzlist"/>
              <w:numPr>
                <w:ilvl w:val="0"/>
                <w:numId w:val="12"/>
              </w:numPr>
            </w:pPr>
            <w:proofErr w:type="spellStart"/>
            <w:r>
              <w:t>Oscylometr</w:t>
            </w:r>
            <w:proofErr w:type="spellEnd"/>
            <w:r>
              <w:t>:</w:t>
            </w:r>
          </w:p>
          <w:p w14:paraId="3AD4ACAB" w14:textId="77777777" w:rsidR="008E090B" w:rsidRDefault="008E090B" w:rsidP="008E090B">
            <w:proofErr w:type="spellStart"/>
            <w:r>
              <w:t>Oscylometria</w:t>
            </w:r>
            <w:proofErr w:type="spellEnd"/>
            <w:r>
              <w:t xml:space="preserve"> </w:t>
            </w:r>
            <w:proofErr w:type="spellStart"/>
            <w:r>
              <w:t>techniką</w:t>
            </w:r>
            <w:proofErr w:type="spellEnd"/>
            <w:r>
              <w:t xml:space="preserve"> FOT, </w:t>
            </w:r>
            <w:proofErr w:type="spellStart"/>
            <w:r>
              <w:t>spełniająca</w:t>
            </w:r>
            <w:proofErr w:type="spellEnd"/>
            <w:r>
              <w:t xml:space="preserve"> w 100% </w:t>
            </w:r>
            <w:proofErr w:type="spellStart"/>
            <w:r>
              <w:t>kryteria</w:t>
            </w:r>
            <w:proofErr w:type="spellEnd"/>
            <w:r>
              <w:t xml:space="preserve"> </w:t>
            </w:r>
            <w:proofErr w:type="spellStart"/>
            <w:r>
              <w:t>standardów</w:t>
            </w:r>
            <w:proofErr w:type="spellEnd"/>
            <w:r>
              <w:t xml:space="preserve"> ATS/ERS, </w:t>
            </w:r>
            <w:proofErr w:type="spellStart"/>
            <w:r>
              <w:t>analiza</w:t>
            </w:r>
            <w:proofErr w:type="spellEnd"/>
            <w:r>
              <w:t xml:space="preserve"> Breath-By-Breath, </w:t>
            </w:r>
            <w:proofErr w:type="spellStart"/>
            <w:r>
              <w:t>anailiza</w:t>
            </w:r>
            <w:proofErr w:type="spellEnd"/>
            <w:r>
              <w:t xml:space="preserve"> Within-Breath (Insp. Exp, Tot), </w:t>
            </w:r>
            <w:proofErr w:type="spellStart"/>
            <w:r>
              <w:t>Rrs</w:t>
            </w:r>
            <w:proofErr w:type="spellEnd"/>
            <w:r>
              <w:t xml:space="preserve">, </w:t>
            </w:r>
            <w:proofErr w:type="spellStart"/>
            <w:r>
              <w:t>Xrs</w:t>
            </w:r>
            <w:proofErr w:type="spellEnd"/>
            <w:r>
              <w:t xml:space="preserve">, </w:t>
            </w:r>
            <w:proofErr w:type="spellStart"/>
            <w:r>
              <w:t>Zrs</w:t>
            </w:r>
            <w:proofErr w:type="spellEnd"/>
            <w:r>
              <w:t xml:space="preserve">, </w:t>
            </w:r>
            <w:proofErr w:type="spellStart"/>
            <w:r>
              <w:t>Pomiar</w:t>
            </w:r>
            <w:proofErr w:type="spellEnd"/>
            <w:r>
              <w:t xml:space="preserve"> CV, </w:t>
            </w:r>
            <w:proofErr w:type="spellStart"/>
            <w:r>
              <w:t>Zwiększenie</w:t>
            </w:r>
            <w:proofErr w:type="spellEnd"/>
            <w:r>
              <w:t xml:space="preserve"> </w:t>
            </w:r>
            <w:proofErr w:type="spellStart"/>
            <w:r>
              <w:t>dokładności</w:t>
            </w:r>
            <w:proofErr w:type="spellEnd"/>
            <w:r>
              <w:t xml:space="preserve"> </w:t>
            </w:r>
            <w:proofErr w:type="spellStart"/>
            <w:r>
              <w:t>pomiaru</w:t>
            </w:r>
            <w:proofErr w:type="spellEnd"/>
            <w:r>
              <w:t xml:space="preserve"> – </w:t>
            </w:r>
            <w:proofErr w:type="spellStart"/>
            <w:r>
              <w:t>automatyczne</w:t>
            </w:r>
            <w:proofErr w:type="spellEnd"/>
            <w:r>
              <w:t xml:space="preserve"> </w:t>
            </w:r>
            <w:proofErr w:type="spellStart"/>
            <w:r>
              <w:t>wykrywanie</w:t>
            </w:r>
            <w:proofErr w:type="spellEnd"/>
            <w:r>
              <w:t xml:space="preserve"> I </w:t>
            </w:r>
            <w:proofErr w:type="spellStart"/>
            <w:r>
              <w:t>usuwanie</w:t>
            </w:r>
            <w:proofErr w:type="spellEnd"/>
            <w:r>
              <w:t xml:space="preserve"> </w:t>
            </w:r>
            <w:proofErr w:type="spellStart"/>
            <w:r>
              <w:t>artefaktów</w:t>
            </w:r>
            <w:proofErr w:type="spellEnd"/>
            <w:r>
              <w:t xml:space="preserve"> </w:t>
            </w:r>
            <w:proofErr w:type="spellStart"/>
            <w:r>
              <w:t>podczas</w:t>
            </w:r>
            <w:proofErr w:type="spellEnd"/>
            <w:r>
              <w:t xml:space="preserve"> </w:t>
            </w:r>
            <w:proofErr w:type="spellStart"/>
            <w:r>
              <w:t>odchylenia</w:t>
            </w:r>
            <w:proofErr w:type="spellEnd"/>
            <w:r>
              <w:t xml:space="preserve">, </w:t>
            </w:r>
            <w:proofErr w:type="spellStart"/>
            <w:r>
              <w:t>wyizolowanie</w:t>
            </w:r>
            <w:proofErr w:type="spellEnd"/>
            <w:r>
              <w:t xml:space="preserve"> </w:t>
            </w:r>
            <w:proofErr w:type="spellStart"/>
            <w:r>
              <w:t>częstotliwości</w:t>
            </w:r>
            <w:proofErr w:type="spellEnd"/>
            <w:r>
              <w:t xml:space="preserve"> 5Hz, 5Hz, 8Hz, 10Hz, </w:t>
            </w:r>
            <w:proofErr w:type="spellStart"/>
            <w:r>
              <w:t>Potrójna</w:t>
            </w:r>
            <w:proofErr w:type="spellEnd"/>
            <w:r>
              <w:t xml:space="preserve"> </w:t>
            </w:r>
            <w:proofErr w:type="spellStart"/>
            <w:r>
              <w:t>częstotliwość</w:t>
            </w:r>
            <w:proofErr w:type="spellEnd"/>
            <w:r>
              <w:t xml:space="preserve"> 5-11-19 Hz, </w:t>
            </w:r>
            <w:proofErr w:type="spellStart"/>
            <w:r>
              <w:t>automatyczny</w:t>
            </w:r>
            <w:proofErr w:type="spellEnd"/>
            <w:r>
              <w:t xml:space="preserve"> </w:t>
            </w:r>
            <w:proofErr w:type="spellStart"/>
            <w:r>
              <w:t>pomiar</w:t>
            </w:r>
            <w:proofErr w:type="spellEnd"/>
            <w:r>
              <w:t xml:space="preserve"> </w:t>
            </w:r>
            <w:proofErr w:type="spellStart"/>
            <w:r>
              <w:t>CoV</w:t>
            </w:r>
            <w:proofErr w:type="spellEnd"/>
            <w:r>
              <w:t xml:space="preserve"> </w:t>
            </w:r>
            <w:proofErr w:type="spellStart"/>
            <w:r>
              <w:t>zgodnie</w:t>
            </w:r>
            <w:proofErr w:type="spellEnd"/>
            <w:r>
              <w:t xml:space="preserve"> ze </w:t>
            </w:r>
            <w:proofErr w:type="spellStart"/>
            <w:r>
              <w:t>standardami</w:t>
            </w:r>
            <w:proofErr w:type="spellEnd"/>
            <w:r>
              <w:t xml:space="preserve"> ATS/ERS, </w:t>
            </w:r>
            <w:proofErr w:type="spellStart"/>
            <w:r>
              <w:t>wbudowany</w:t>
            </w:r>
            <w:proofErr w:type="spellEnd"/>
            <w:r>
              <w:t xml:space="preserve"> computer z </w:t>
            </w:r>
            <w:proofErr w:type="spellStart"/>
            <w:r>
              <w:t>dotykowym</w:t>
            </w:r>
            <w:proofErr w:type="spellEnd"/>
            <w:r>
              <w:t xml:space="preserve"> </w:t>
            </w:r>
            <w:proofErr w:type="spellStart"/>
            <w:r>
              <w:t>wyświetlaczem</w:t>
            </w:r>
            <w:proofErr w:type="spellEnd"/>
            <w:r>
              <w:t xml:space="preserve"> min 10,1’’.</w:t>
            </w:r>
          </w:p>
          <w:p w14:paraId="2CE3E011" w14:textId="77777777" w:rsidR="008E090B" w:rsidRDefault="008E090B" w:rsidP="008E090B">
            <w:pPr>
              <w:pStyle w:val="Akapitzlist"/>
              <w:numPr>
                <w:ilvl w:val="0"/>
                <w:numId w:val="12"/>
              </w:numPr>
            </w:pPr>
            <w:proofErr w:type="spellStart"/>
            <w:r>
              <w:t>Analizator</w:t>
            </w:r>
            <w:proofErr w:type="spellEnd"/>
            <w:r>
              <w:t xml:space="preserve"> </w:t>
            </w:r>
            <w:proofErr w:type="spellStart"/>
            <w:r>
              <w:t>tlenku</w:t>
            </w:r>
            <w:proofErr w:type="spellEnd"/>
            <w:r>
              <w:t xml:space="preserve"> </w:t>
            </w:r>
            <w:proofErr w:type="spellStart"/>
            <w:r>
              <w:t>FeNO+PFS</w:t>
            </w:r>
            <w:proofErr w:type="spellEnd"/>
            <w:r>
              <w:t xml:space="preserve"> ze </w:t>
            </w:r>
            <w:proofErr w:type="spellStart"/>
            <w:r>
              <w:t>spirometrem</w:t>
            </w:r>
            <w:proofErr w:type="spellEnd"/>
          </w:p>
          <w:p w14:paraId="0562B4B9" w14:textId="77777777" w:rsidR="008E090B" w:rsidRDefault="008E090B" w:rsidP="008E090B">
            <w:proofErr w:type="spellStart"/>
            <w:r>
              <w:t>Pomiar</w:t>
            </w:r>
            <w:proofErr w:type="spellEnd"/>
            <w:r>
              <w:t xml:space="preserve"> NO </w:t>
            </w:r>
            <w:proofErr w:type="spellStart"/>
            <w:r>
              <w:t>frakcji</w:t>
            </w:r>
            <w:proofErr w:type="spellEnd"/>
            <w:r>
              <w:t xml:space="preserve"> </w:t>
            </w:r>
            <w:proofErr w:type="spellStart"/>
            <w:r>
              <w:t>oskrzelowej</w:t>
            </w:r>
            <w:proofErr w:type="spellEnd"/>
            <w:r>
              <w:t xml:space="preserve">, </w:t>
            </w:r>
            <w:proofErr w:type="spellStart"/>
            <w:r>
              <w:t>pęcherzykowej</w:t>
            </w:r>
            <w:proofErr w:type="spellEnd"/>
            <w:r>
              <w:t xml:space="preserve">, </w:t>
            </w:r>
            <w:proofErr w:type="spellStart"/>
            <w:r>
              <w:t>nosowej</w:t>
            </w:r>
            <w:proofErr w:type="spellEnd"/>
            <w:r>
              <w:t xml:space="preserve">, </w:t>
            </w:r>
            <w:proofErr w:type="spellStart"/>
            <w:r>
              <w:t>zintegrowany</w:t>
            </w:r>
            <w:proofErr w:type="spellEnd"/>
            <w:r>
              <w:t xml:space="preserve"> </w:t>
            </w:r>
            <w:proofErr w:type="spellStart"/>
            <w:r>
              <w:t>spirometr</w:t>
            </w:r>
            <w:proofErr w:type="spellEnd"/>
            <w:r>
              <w:t>,</w:t>
            </w:r>
          </w:p>
          <w:p w14:paraId="118BB0CF" w14:textId="77777777" w:rsidR="008E090B" w:rsidRDefault="008E090B" w:rsidP="008E090B">
            <w:pPr>
              <w:pStyle w:val="Akapitzlist"/>
              <w:numPr>
                <w:ilvl w:val="0"/>
                <w:numId w:val="12"/>
              </w:numPr>
            </w:pPr>
            <w:proofErr w:type="spellStart"/>
            <w:r>
              <w:t>Mobilny</w:t>
            </w:r>
            <w:proofErr w:type="spellEnd"/>
            <w:r>
              <w:t xml:space="preserve"> </w:t>
            </w:r>
            <w:proofErr w:type="spellStart"/>
            <w:r>
              <w:t>oscylometr</w:t>
            </w:r>
            <w:proofErr w:type="spellEnd"/>
            <w:r>
              <w:t xml:space="preserve"> </w:t>
            </w:r>
          </w:p>
          <w:p w14:paraId="2ACBAEFE" w14:textId="77777777" w:rsidR="008E090B" w:rsidRDefault="008E090B" w:rsidP="008E090B">
            <w:proofErr w:type="spellStart"/>
            <w:r>
              <w:lastRenderedPageBreak/>
              <w:t>Zasilany</w:t>
            </w:r>
            <w:proofErr w:type="spellEnd"/>
            <w:r>
              <w:t xml:space="preserve"> </w:t>
            </w:r>
            <w:proofErr w:type="spellStart"/>
            <w:r>
              <w:t>akumulatorowo</w:t>
            </w:r>
            <w:proofErr w:type="spellEnd"/>
            <w:r>
              <w:t xml:space="preserve">, </w:t>
            </w:r>
            <w:proofErr w:type="spellStart"/>
            <w:r>
              <w:t>oscylometria</w:t>
            </w:r>
            <w:proofErr w:type="spellEnd"/>
            <w:r>
              <w:t xml:space="preserve"> </w:t>
            </w:r>
            <w:proofErr w:type="spellStart"/>
            <w:r>
              <w:t>techniką</w:t>
            </w:r>
            <w:proofErr w:type="spellEnd"/>
            <w:r>
              <w:t xml:space="preserve"> FOT, </w:t>
            </w:r>
            <w:proofErr w:type="spellStart"/>
            <w:r>
              <w:t>spełniająca</w:t>
            </w:r>
            <w:proofErr w:type="spellEnd"/>
            <w:r>
              <w:t xml:space="preserve"> </w:t>
            </w:r>
            <w:proofErr w:type="spellStart"/>
            <w:r>
              <w:t>standardy</w:t>
            </w:r>
            <w:proofErr w:type="spellEnd"/>
            <w:r>
              <w:t xml:space="preserve"> ATS/ERS, </w:t>
            </w:r>
            <w:proofErr w:type="spellStart"/>
            <w:r>
              <w:t>analiza</w:t>
            </w:r>
            <w:proofErr w:type="spellEnd"/>
            <w:r>
              <w:t xml:space="preserve"> Breath-By Breath, Within-Breath (Insp, </w:t>
            </w:r>
            <w:proofErr w:type="spellStart"/>
            <w:r>
              <w:t>Wxp,Tot</w:t>
            </w:r>
            <w:proofErr w:type="spellEnd"/>
            <w:r>
              <w:t xml:space="preserve">), </w:t>
            </w:r>
            <w:proofErr w:type="spellStart"/>
            <w:r>
              <w:t>Rrs</w:t>
            </w:r>
            <w:proofErr w:type="spellEnd"/>
            <w:r>
              <w:t xml:space="preserve">, </w:t>
            </w:r>
            <w:proofErr w:type="spellStart"/>
            <w:r>
              <w:t>Xrs</w:t>
            </w:r>
            <w:proofErr w:type="spellEnd"/>
            <w:r>
              <w:t xml:space="preserve">, </w:t>
            </w:r>
            <w:proofErr w:type="spellStart"/>
            <w:r>
              <w:t>ZrsElf</w:t>
            </w:r>
            <w:proofErr w:type="spellEnd"/>
            <w:r>
              <w:t xml:space="preserve">, </w:t>
            </w:r>
            <w:proofErr w:type="spellStart"/>
            <w:r>
              <w:t>Pulsoksymetr</w:t>
            </w:r>
            <w:proofErr w:type="spellEnd"/>
            <w:r>
              <w:t xml:space="preserve">, </w:t>
            </w:r>
            <w:proofErr w:type="spellStart"/>
            <w:r>
              <w:t>pamięć</w:t>
            </w:r>
            <w:proofErr w:type="spellEnd"/>
            <w:r>
              <w:t xml:space="preserve"> </w:t>
            </w:r>
            <w:proofErr w:type="spellStart"/>
            <w:r>
              <w:t>wewnętrzna</w:t>
            </w:r>
            <w:proofErr w:type="spellEnd"/>
            <w:r>
              <w:t xml:space="preserve"> min. 200 </w:t>
            </w:r>
            <w:proofErr w:type="spellStart"/>
            <w:r>
              <w:t>badań</w:t>
            </w:r>
            <w:proofErr w:type="spellEnd"/>
          </w:p>
          <w:p w14:paraId="4A992043" w14:textId="1A518B72" w:rsidR="008E090B" w:rsidRDefault="008E090B" w:rsidP="008E090B">
            <w:pPr>
              <w:pStyle w:val="Akapitzlist"/>
              <w:numPr>
                <w:ilvl w:val="0"/>
                <w:numId w:val="12"/>
              </w:numPr>
            </w:pPr>
            <w:proofErr w:type="spellStart"/>
            <w:r>
              <w:t>Stolik</w:t>
            </w:r>
            <w:proofErr w:type="spellEnd"/>
            <w:r>
              <w:t xml:space="preserve">, </w:t>
            </w:r>
            <w:proofErr w:type="spellStart"/>
            <w:r>
              <w:t>drukarka</w:t>
            </w:r>
            <w:proofErr w:type="spellEnd"/>
            <w:r>
              <w:t xml:space="preserve">, </w:t>
            </w:r>
            <w:proofErr w:type="spellStart"/>
            <w:r>
              <w:t>komputer</w:t>
            </w:r>
            <w:proofErr w:type="spellEnd"/>
            <w:r>
              <w:t xml:space="preserve"> </w:t>
            </w:r>
            <w:proofErr w:type="spellStart"/>
            <w:r>
              <w:t>sterujący</w:t>
            </w:r>
            <w:proofErr w:type="spellEnd"/>
            <w:r>
              <w:t xml:space="preserve"> z </w:t>
            </w:r>
            <w:proofErr w:type="spellStart"/>
            <w:r>
              <w:t>monitorem</w:t>
            </w:r>
            <w:proofErr w:type="spellEnd"/>
            <w:r>
              <w:t xml:space="preserve"> min. 24” </w:t>
            </w:r>
            <w:proofErr w:type="spellStart"/>
            <w:r>
              <w:t>wraz</w:t>
            </w:r>
            <w:proofErr w:type="spellEnd"/>
            <w:r>
              <w:t xml:space="preserve"> z </w:t>
            </w:r>
            <w:proofErr w:type="spellStart"/>
            <w:r>
              <w:t>oprogramowaniem</w:t>
            </w:r>
            <w:proofErr w:type="spellEnd"/>
            <w:r>
              <w:t xml:space="preserve"> </w:t>
            </w:r>
          </w:p>
        </w:tc>
        <w:tc>
          <w:tcPr>
            <w:tcW w:w="310" w:type="dxa"/>
          </w:tcPr>
          <w:p w14:paraId="6F7787C6" w14:textId="77777777" w:rsidR="00043C9C" w:rsidRDefault="00043C9C"/>
        </w:tc>
      </w:tr>
      <w:tr w:rsidR="00043C9C" w14:paraId="731C4781" w14:textId="77777777" w:rsidTr="00032BE8">
        <w:tc>
          <w:tcPr>
            <w:tcW w:w="2880" w:type="dxa"/>
          </w:tcPr>
          <w:p w14:paraId="48C725E4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5450" w:type="dxa"/>
          </w:tcPr>
          <w:p w14:paraId="1B0589FA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310" w:type="dxa"/>
          </w:tcPr>
          <w:p w14:paraId="3E8AEFBF" w14:textId="77777777" w:rsidR="00043C9C" w:rsidRDefault="00043C9C"/>
        </w:tc>
      </w:tr>
      <w:tr w:rsidR="00043C9C" w14:paraId="5E0B49D7" w14:textId="77777777" w:rsidTr="00032BE8">
        <w:tc>
          <w:tcPr>
            <w:tcW w:w="2880" w:type="dxa"/>
          </w:tcPr>
          <w:p w14:paraId="1EF006E4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5450" w:type="dxa"/>
          </w:tcPr>
          <w:p w14:paraId="7945295F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310" w:type="dxa"/>
          </w:tcPr>
          <w:p w14:paraId="6D512BD4" w14:textId="77777777" w:rsidR="00043C9C" w:rsidRDefault="00043C9C"/>
        </w:tc>
      </w:tr>
      <w:tr w:rsidR="00043C9C" w14:paraId="461D9679" w14:textId="77777777" w:rsidTr="00032BE8">
        <w:tc>
          <w:tcPr>
            <w:tcW w:w="2880" w:type="dxa"/>
          </w:tcPr>
          <w:p w14:paraId="721CB79C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5450" w:type="dxa"/>
          </w:tcPr>
          <w:p w14:paraId="52BCDB33" w14:textId="190DC51D" w:rsidR="00043C9C" w:rsidRDefault="00000000">
            <w:r>
              <w:t xml:space="preserve">Min. </w:t>
            </w:r>
            <w:r w:rsidR="00DA5EAA">
              <w:t>60</w:t>
            </w:r>
            <w:r>
              <w:t xml:space="preserve"> </w:t>
            </w:r>
            <w:proofErr w:type="spellStart"/>
            <w:r>
              <w:t>miesiąc</w:t>
            </w:r>
            <w:r w:rsidR="00DA5EAA">
              <w:t>y</w:t>
            </w:r>
            <w:proofErr w:type="spellEnd"/>
          </w:p>
        </w:tc>
        <w:tc>
          <w:tcPr>
            <w:tcW w:w="310" w:type="dxa"/>
          </w:tcPr>
          <w:p w14:paraId="3232135D" w14:textId="77777777" w:rsidR="00043C9C" w:rsidRDefault="00043C9C"/>
        </w:tc>
      </w:tr>
    </w:tbl>
    <w:p w14:paraId="782288EE" w14:textId="77777777" w:rsidR="00043C9C" w:rsidRDefault="00000000">
      <w:pPr>
        <w:pStyle w:val="Nagwek2"/>
      </w:pPr>
      <w:r>
        <w:t xml:space="preserve">22. </w:t>
      </w:r>
      <w:proofErr w:type="spellStart"/>
      <w:r>
        <w:t>Aparat</w:t>
      </w:r>
      <w:proofErr w:type="spellEnd"/>
      <w:r>
        <w:t xml:space="preserve"> USG – 1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466"/>
        <w:gridCol w:w="4135"/>
        <w:gridCol w:w="2029"/>
      </w:tblGrid>
      <w:tr w:rsidR="00043C9C" w14:paraId="0DE4C2EF" w14:textId="77777777" w:rsidTr="00032BE8">
        <w:tc>
          <w:tcPr>
            <w:tcW w:w="2880" w:type="dxa"/>
          </w:tcPr>
          <w:p w14:paraId="5FEBFEA8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5025" w:type="dxa"/>
          </w:tcPr>
          <w:p w14:paraId="7B9557F5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735" w:type="dxa"/>
          </w:tcPr>
          <w:p w14:paraId="2B5C458C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4F87F9E" w14:textId="77777777" w:rsidTr="00032BE8">
        <w:tc>
          <w:tcPr>
            <w:tcW w:w="2880" w:type="dxa"/>
          </w:tcPr>
          <w:p w14:paraId="1C1711B5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5025" w:type="dxa"/>
          </w:tcPr>
          <w:p w14:paraId="3C0F2026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735" w:type="dxa"/>
          </w:tcPr>
          <w:p w14:paraId="2B513204" w14:textId="77777777" w:rsidR="00043C9C" w:rsidRDefault="00043C9C"/>
        </w:tc>
      </w:tr>
      <w:tr w:rsidR="00043C9C" w14:paraId="2CA8BFCF" w14:textId="77777777" w:rsidTr="00032BE8">
        <w:tc>
          <w:tcPr>
            <w:tcW w:w="2880" w:type="dxa"/>
          </w:tcPr>
          <w:p w14:paraId="2C44CB22" w14:textId="77777777" w:rsidR="00043C9C" w:rsidRDefault="00000000">
            <w:r>
              <w:t>Producent</w:t>
            </w:r>
          </w:p>
        </w:tc>
        <w:tc>
          <w:tcPr>
            <w:tcW w:w="5025" w:type="dxa"/>
          </w:tcPr>
          <w:p w14:paraId="66319F0E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735" w:type="dxa"/>
          </w:tcPr>
          <w:p w14:paraId="18AFD5C6" w14:textId="77777777" w:rsidR="00043C9C" w:rsidRDefault="00043C9C"/>
        </w:tc>
      </w:tr>
      <w:tr w:rsidR="00043C9C" w14:paraId="477C80A7" w14:textId="77777777" w:rsidTr="00032BE8">
        <w:tc>
          <w:tcPr>
            <w:tcW w:w="2880" w:type="dxa"/>
          </w:tcPr>
          <w:p w14:paraId="60D3287C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5025" w:type="dxa"/>
          </w:tcPr>
          <w:p w14:paraId="1FC51768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735" w:type="dxa"/>
          </w:tcPr>
          <w:p w14:paraId="671FBC02" w14:textId="77777777" w:rsidR="00043C9C" w:rsidRDefault="00043C9C"/>
        </w:tc>
      </w:tr>
      <w:tr w:rsidR="00043C9C" w14:paraId="1FC45773" w14:textId="77777777" w:rsidTr="00032BE8">
        <w:tc>
          <w:tcPr>
            <w:tcW w:w="2880" w:type="dxa"/>
          </w:tcPr>
          <w:p w14:paraId="0E605E0A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5025" w:type="dxa"/>
          </w:tcPr>
          <w:p w14:paraId="2204512B" w14:textId="77777777" w:rsidR="00043C9C" w:rsidRDefault="00000000">
            <w:r>
              <w:t xml:space="preserve">Echo </w:t>
            </w:r>
            <w:proofErr w:type="spellStart"/>
            <w:r>
              <w:t>serca</w:t>
            </w:r>
            <w:proofErr w:type="spellEnd"/>
          </w:p>
        </w:tc>
        <w:tc>
          <w:tcPr>
            <w:tcW w:w="735" w:type="dxa"/>
          </w:tcPr>
          <w:p w14:paraId="1AAAA68E" w14:textId="77777777" w:rsidR="00043C9C" w:rsidRDefault="00043C9C"/>
        </w:tc>
      </w:tr>
      <w:tr w:rsidR="00043C9C" w14:paraId="2B9AEB9C" w14:textId="77777777" w:rsidTr="00032BE8">
        <w:tc>
          <w:tcPr>
            <w:tcW w:w="2880" w:type="dxa"/>
          </w:tcPr>
          <w:p w14:paraId="4A5BA3A7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5025" w:type="dxa"/>
          </w:tcPr>
          <w:p w14:paraId="410340E0" w14:textId="41491FCC" w:rsidR="00032BE8" w:rsidRDefault="00032BE8" w:rsidP="00032BE8">
            <w:proofErr w:type="spellStart"/>
            <w:r>
              <w:t>Opis</w:t>
            </w:r>
            <w:proofErr w:type="spellEnd"/>
            <w:r>
              <w:t xml:space="preserve"> </w:t>
            </w:r>
            <w:proofErr w:type="spellStart"/>
            <w:r>
              <w:t>ogólny</w:t>
            </w:r>
            <w:proofErr w:type="spellEnd"/>
            <w:r>
              <w:t>:</w:t>
            </w:r>
          </w:p>
          <w:p w14:paraId="34DCB6E7" w14:textId="77777777" w:rsidR="00032BE8" w:rsidRDefault="00032BE8" w:rsidP="00032BE8">
            <w:proofErr w:type="spellStart"/>
            <w:r>
              <w:t>Cyfrowy</w:t>
            </w:r>
            <w:proofErr w:type="spellEnd"/>
            <w:r>
              <w:t xml:space="preserve"> </w:t>
            </w:r>
            <w:proofErr w:type="spellStart"/>
            <w:r>
              <w:t>układ</w:t>
            </w:r>
            <w:proofErr w:type="spellEnd"/>
            <w:r>
              <w:t xml:space="preserve"> </w:t>
            </w:r>
            <w:proofErr w:type="spellStart"/>
            <w:r>
              <w:t>przetwarzania</w:t>
            </w:r>
            <w:proofErr w:type="spellEnd"/>
            <w:r>
              <w:t xml:space="preserve"> </w:t>
            </w:r>
            <w:proofErr w:type="spellStart"/>
            <w:r>
              <w:t>wiązki</w:t>
            </w:r>
            <w:proofErr w:type="spellEnd"/>
            <w:r>
              <w:t xml:space="preserve">, z </w:t>
            </w:r>
            <w:proofErr w:type="spellStart"/>
            <w:r>
              <w:t>ilością</w:t>
            </w:r>
            <w:proofErr w:type="spellEnd"/>
            <w:r>
              <w:t xml:space="preserve"> </w:t>
            </w:r>
            <w:proofErr w:type="spellStart"/>
            <w:r>
              <w:t>efektywnych</w:t>
            </w:r>
            <w:proofErr w:type="spellEnd"/>
            <w:r>
              <w:t xml:space="preserve"> </w:t>
            </w:r>
            <w:proofErr w:type="spellStart"/>
            <w:r>
              <w:t>kanałów</w:t>
            </w:r>
            <w:proofErr w:type="spellEnd"/>
            <w:r>
              <w:t xml:space="preserve"> </w:t>
            </w:r>
            <w:proofErr w:type="spellStart"/>
            <w:r>
              <w:t>cyfrowych</w:t>
            </w:r>
            <w:proofErr w:type="spellEnd"/>
            <w:r>
              <w:t xml:space="preserve"> </w:t>
            </w:r>
            <w:proofErr w:type="spellStart"/>
            <w:r>
              <w:t>powyżej</w:t>
            </w:r>
            <w:proofErr w:type="spellEnd"/>
            <w:r>
              <w:t xml:space="preserve"> 20 </w:t>
            </w:r>
            <w:proofErr w:type="spellStart"/>
            <w:r>
              <w:t>mln</w:t>
            </w:r>
            <w:proofErr w:type="spellEnd"/>
          </w:p>
          <w:p w14:paraId="12619A7B" w14:textId="77777777" w:rsidR="00032BE8" w:rsidRDefault="00032BE8" w:rsidP="00032BE8">
            <w:proofErr w:type="spellStart"/>
            <w:r>
              <w:t>Regulowany</w:t>
            </w:r>
            <w:proofErr w:type="spellEnd"/>
            <w:r>
              <w:t xml:space="preserve"> </w:t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dynamiki</w:t>
            </w:r>
            <w:proofErr w:type="spellEnd"/>
            <w:r>
              <w:t xml:space="preserve"> z  </w:t>
            </w:r>
            <w:proofErr w:type="spellStart"/>
            <w:r>
              <w:t>poziomem</w:t>
            </w:r>
            <w:proofErr w:type="spellEnd"/>
            <w:r>
              <w:t xml:space="preserve"> </w:t>
            </w:r>
            <w:proofErr w:type="spellStart"/>
            <w:r>
              <w:t>górnym</w:t>
            </w:r>
            <w:proofErr w:type="spellEnd"/>
            <w:r>
              <w:t xml:space="preserve"> </w:t>
            </w:r>
            <w:proofErr w:type="spellStart"/>
            <w:r>
              <w:t>powyżej</w:t>
            </w:r>
            <w:proofErr w:type="spellEnd"/>
            <w:r>
              <w:t xml:space="preserve"> 450dB</w:t>
            </w:r>
          </w:p>
          <w:p w14:paraId="45701D00" w14:textId="77777777" w:rsidR="00032BE8" w:rsidRDefault="00032BE8" w:rsidP="00032BE8">
            <w:proofErr w:type="spellStart"/>
            <w:r>
              <w:t>Obrazowanie</w:t>
            </w:r>
            <w:proofErr w:type="spellEnd"/>
            <w:r>
              <w:t xml:space="preserve"> </w:t>
            </w:r>
            <w:proofErr w:type="spellStart"/>
            <w:r>
              <w:t>ciągłoogniskowe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całej</w:t>
            </w:r>
            <w:proofErr w:type="spellEnd"/>
            <w:r>
              <w:t xml:space="preserve"> </w:t>
            </w:r>
            <w:proofErr w:type="spellStart"/>
            <w:r>
              <w:t>głębokości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(bez </w:t>
            </w:r>
            <w:proofErr w:type="spellStart"/>
            <w:r>
              <w:t>konieczności</w:t>
            </w:r>
            <w:proofErr w:type="spellEnd"/>
            <w:r>
              <w:t xml:space="preserve"> </w:t>
            </w:r>
            <w:proofErr w:type="spellStart"/>
            <w:r>
              <w:t>regulacji</w:t>
            </w:r>
            <w:proofErr w:type="spellEnd"/>
            <w:r>
              <w:t xml:space="preserve"> </w:t>
            </w:r>
            <w:proofErr w:type="spellStart"/>
            <w:r>
              <w:t>ognisk</w:t>
            </w:r>
            <w:proofErr w:type="spellEnd"/>
            <w:r>
              <w:t xml:space="preserve"> ) z </w:t>
            </w:r>
            <w:proofErr w:type="spellStart"/>
            <w:r>
              <w:t>trybem</w:t>
            </w:r>
            <w:proofErr w:type="spellEnd"/>
            <w:r>
              <w:t xml:space="preserve"> </w:t>
            </w:r>
            <w:proofErr w:type="spellStart"/>
            <w:r>
              <w:t>ciągłej</w:t>
            </w:r>
            <w:proofErr w:type="spellEnd"/>
            <w:r>
              <w:t xml:space="preserve"> </w:t>
            </w:r>
            <w:proofErr w:type="spellStart"/>
            <w:r>
              <w:t>automatycznej</w:t>
            </w:r>
            <w:proofErr w:type="spellEnd"/>
            <w:r>
              <w:t xml:space="preserve"> </w:t>
            </w:r>
            <w:proofErr w:type="spellStart"/>
            <w:r>
              <w:t>optymalizacji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w </w:t>
            </w:r>
            <w:proofErr w:type="spellStart"/>
            <w:r>
              <w:t>czasie</w:t>
            </w:r>
            <w:proofErr w:type="spellEnd"/>
            <w:r>
              <w:t xml:space="preserve"> </w:t>
            </w:r>
            <w:proofErr w:type="spellStart"/>
            <w:r>
              <w:t>rzeczywistym</w:t>
            </w:r>
            <w:proofErr w:type="spellEnd"/>
            <w:r>
              <w:t>.</w:t>
            </w:r>
          </w:p>
          <w:p w14:paraId="79156B4E" w14:textId="77777777" w:rsidR="00032BE8" w:rsidRDefault="00032BE8" w:rsidP="00032BE8">
            <w:proofErr w:type="spellStart"/>
            <w:r>
              <w:t>Maksymalna</w:t>
            </w:r>
            <w:proofErr w:type="spellEnd"/>
            <w:r>
              <w:t xml:space="preserve"> </w:t>
            </w:r>
            <w:proofErr w:type="spellStart"/>
            <w:r>
              <w:t>głębokość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min 30 cm, </w:t>
            </w:r>
            <w:proofErr w:type="spellStart"/>
            <w:r>
              <w:t>zależna</w:t>
            </w:r>
            <w:proofErr w:type="spellEnd"/>
            <w:r>
              <w:t xml:space="preserve"> od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ustawień</w:t>
            </w:r>
            <w:proofErr w:type="spellEnd"/>
          </w:p>
          <w:p w14:paraId="45C2752A" w14:textId="77777777" w:rsidR="00032BE8" w:rsidRDefault="00032BE8" w:rsidP="00032BE8"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częstotliwości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  <w:r>
              <w:t xml:space="preserve"> </w:t>
            </w:r>
            <w:proofErr w:type="spellStart"/>
            <w:r>
              <w:t>głowic</w:t>
            </w:r>
            <w:proofErr w:type="spellEnd"/>
            <w:r>
              <w:t xml:space="preserve">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mniejszy</w:t>
            </w:r>
            <w:proofErr w:type="spellEnd"/>
            <w:r>
              <w:t xml:space="preserve"> </w:t>
            </w:r>
            <w:proofErr w:type="spellStart"/>
            <w:r>
              <w:t>niż</w:t>
            </w:r>
            <w:proofErr w:type="spellEnd"/>
            <w:r>
              <w:t>: 1,5 MHz  ÷ 15 MHz</w:t>
            </w:r>
          </w:p>
          <w:p w14:paraId="5015A067" w14:textId="77777777" w:rsidR="00032BE8" w:rsidRDefault="00032BE8" w:rsidP="00032BE8">
            <w:proofErr w:type="spellStart"/>
            <w:r>
              <w:t>Bezstratne</w:t>
            </w:r>
            <w:proofErr w:type="spellEnd"/>
            <w:r>
              <w:t xml:space="preserve"> </w:t>
            </w:r>
            <w:proofErr w:type="spellStart"/>
            <w:r>
              <w:t>powiększenie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w </w:t>
            </w:r>
            <w:proofErr w:type="spellStart"/>
            <w:r>
              <w:t>stosunku</w:t>
            </w:r>
            <w:proofErr w:type="spellEnd"/>
            <w:r>
              <w:t xml:space="preserve">  do </w:t>
            </w:r>
            <w:proofErr w:type="spellStart"/>
            <w:r>
              <w:t>jego</w:t>
            </w:r>
            <w:proofErr w:type="spellEnd"/>
            <w:r>
              <w:t xml:space="preserve"> </w:t>
            </w:r>
            <w:proofErr w:type="spellStart"/>
            <w:r>
              <w:t>rzeczywistej</w:t>
            </w:r>
            <w:proofErr w:type="spellEnd"/>
            <w:r>
              <w:t xml:space="preserve"> </w:t>
            </w:r>
            <w:proofErr w:type="spellStart"/>
            <w:r>
              <w:t>wielkości</w:t>
            </w:r>
            <w:proofErr w:type="spellEnd"/>
            <w:r>
              <w:t xml:space="preserve">- min. 8 </w:t>
            </w:r>
            <w:proofErr w:type="spellStart"/>
            <w:r>
              <w:t>razy</w:t>
            </w:r>
            <w:proofErr w:type="spellEnd"/>
          </w:p>
          <w:p w14:paraId="68B76895" w14:textId="77777777" w:rsidR="00032BE8" w:rsidRDefault="00032BE8" w:rsidP="00032BE8">
            <w:r>
              <w:t xml:space="preserve">Monitor </w:t>
            </w:r>
            <w:proofErr w:type="spellStart"/>
            <w:r>
              <w:t>aparatu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przegubowym</w:t>
            </w:r>
            <w:proofErr w:type="spellEnd"/>
            <w:r>
              <w:t xml:space="preserve"> </w:t>
            </w:r>
            <w:proofErr w:type="spellStart"/>
            <w:r>
              <w:t>ramieniu</w:t>
            </w:r>
            <w:proofErr w:type="spellEnd"/>
            <w:r>
              <w:t xml:space="preserve">,  o </w:t>
            </w:r>
            <w:proofErr w:type="spellStart"/>
            <w:r>
              <w:t>przekątnej</w:t>
            </w:r>
            <w:proofErr w:type="spellEnd"/>
            <w:r>
              <w:t xml:space="preserve"> </w:t>
            </w:r>
            <w:proofErr w:type="spellStart"/>
            <w:r>
              <w:t>powyżej</w:t>
            </w:r>
            <w:proofErr w:type="spellEnd"/>
            <w:r>
              <w:t xml:space="preserve"> 23,5”</w:t>
            </w:r>
          </w:p>
          <w:p w14:paraId="5F33FBD0" w14:textId="77777777" w:rsidR="00032BE8" w:rsidRDefault="00032BE8" w:rsidP="00032BE8">
            <w:proofErr w:type="spellStart"/>
            <w:r>
              <w:t>Ekran</w:t>
            </w:r>
            <w:proofErr w:type="spellEnd"/>
            <w:r>
              <w:t xml:space="preserve"> </w:t>
            </w:r>
            <w:proofErr w:type="spellStart"/>
            <w:r>
              <w:t>dotykowy</w:t>
            </w:r>
            <w:proofErr w:type="spellEnd"/>
            <w:r>
              <w:t xml:space="preserve"> </w:t>
            </w:r>
            <w:proofErr w:type="spellStart"/>
            <w:r>
              <w:t>zintegrowany</w:t>
            </w:r>
            <w:proofErr w:type="spellEnd"/>
            <w:r>
              <w:t xml:space="preserve"> z </w:t>
            </w:r>
            <w:proofErr w:type="spellStart"/>
            <w:r>
              <w:t>konsolą</w:t>
            </w:r>
            <w:proofErr w:type="spellEnd"/>
            <w:r>
              <w:t xml:space="preserve"> o </w:t>
            </w:r>
            <w:proofErr w:type="spellStart"/>
            <w:r>
              <w:t>przekątnej</w:t>
            </w:r>
            <w:proofErr w:type="spellEnd"/>
            <w:r>
              <w:t xml:space="preserve"> </w:t>
            </w:r>
            <w:proofErr w:type="spellStart"/>
            <w:r>
              <w:t>powyżej</w:t>
            </w:r>
            <w:proofErr w:type="spellEnd"/>
            <w:r>
              <w:t xml:space="preserve"> 12”</w:t>
            </w:r>
          </w:p>
          <w:p w14:paraId="685032AD" w14:textId="77777777" w:rsidR="00032BE8" w:rsidRDefault="00032BE8" w:rsidP="00032BE8">
            <w:proofErr w:type="spellStart"/>
            <w:r>
              <w:t>Niezależne</w:t>
            </w:r>
            <w:proofErr w:type="spellEnd"/>
            <w:r>
              <w:t xml:space="preserve"> </w:t>
            </w:r>
            <w:proofErr w:type="spellStart"/>
            <w:r>
              <w:t>bezpinowe</w:t>
            </w:r>
            <w:proofErr w:type="spellEnd"/>
            <w:r>
              <w:t xml:space="preserve"> </w:t>
            </w:r>
            <w:proofErr w:type="spellStart"/>
            <w:r>
              <w:t>gniazda</w:t>
            </w:r>
            <w:proofErr w:type="spellEnd"/>
            <w:r>
              <w:t xml:space="preserve"> do </w:t>
            </w:r>
            <w:proofErr w:type="spellStart"/>
            <w:r>
              <w:t>podłączenia</w:t>
            </w:r>
            <w:proofErr w:type="spellEnd"/>
            <w:r>
              <w:t xml:space="preserve"> </w:t>
            </w:r>
            <w:proofErr w:type="spellStart"/>
            <w:r>
              <w:t>głowic</w:t>
            </w:r>
            <w:proofErr w:type="spellEnd"/>
            <w:r>
              <w:t xml:space="preserve"> -  min. 4</w:t>
            </w:r>
          </w:p>
          <w:p w14:paraId="67B50810" w14:textId="77777777" w:rsidR="00032BE8" w:rsidRDefault="00032BE8" w:rsidP="00032BE8">
            <w:proofErr w:type="spellStart"/>
            <w:r>
              <w:t>Konsola</w:t>
            </w:r>
            <w:proofErr w:type="spellEnd"/>
            <w:r>
              <w:t xml:space="preserve"> </w:t>
            </w:r>
            <w:proofErr w:type="spellStart"/>
            <w:r>
              <w:t>operatora</w:t>
            </w:r>
            <w:proofErr w:type="spellEnd"/>
            <w:r>
              <w:t xml:space="preserve"> – pulpit, z </w:t>
            </w:r>
            <w:proofErr w:type="spellStart"/>
            <w:r>
              <w:t>możliwością</w:t>
            </w:r>
            <w:proofErr w:type="spellEnd"/>
            <w:r>
              <w:t xml:space="preserve"> </w:t>
            </w:r>
            <w:proofErr w:type="spellStart"/>
            <w:r>
              <w:t>wysuwania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blokady</w:t>
            </w:r>
            <w:proofErr w:type="spellEnd"/>
            <w:r>
              <w:t xml:space="preserve">, </w:t>
            </w:r>
            <w:proofErr w:type="spellStart"/>
            <w:r>
              <w:t>ustawionego</w:t>
            </w:r>
            <w:proofErr w:type="spellEnd"/>
            <w:r>
              <w:t xml:space="preserve"> </w:t>
            </w:r>
            <w:proofErr w:type="spellStart"/>
            <w:r>
              <w:t>położenia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regulacji</w:t>
            </w:r>
            <w:proofErr w:type="spellEnd"/>
            <w:r>
              <w:t xml:space="preserve"> </w:t>
            </w:r>
            <w:proofErr w:type="spellStart"/>
            <w:r>
              <w:t>wysokości</w:t>
            </w:r>
            <w:proofErr w:type="spellEnd"/>
            <w:r>
              <w:t xml:space="preserve"> </w:t>
            </w:r>
            <w:proofErr w:type="spellStart"/>
            <w:r>
              <w:t>wspomaganej</w:t>
            </w:r>
            <w:proofErr w:type="spellEnd"/>
            <w:r>
              <w:t xml:space="preserve"> </w:t>
            </w:r>
            <w:proofErr w:type="spellStart"/>
            <w:r>
              <w:t>elektrycznie</w:t>
            </w:r>
            <w:proofErr w:type="spellEnd"/>
            <w:r>
              <w:t xml:space="preserve"> </w:t>
            </w:r>
          </w:p>
          <w:p w14:paraId="27033943" w14:textId="77777777" w:rsidR="00032BE8" w:rsidRDefault="00032BE8" w:rsidP="00032BE8">
            <w:proofErr w:type="spellStart"/>
            <w:r>
              <w:t>Całkowity</w:t>
            </w:r>
            <w:proofErr w:type="spellEnd"/>
            <w:r>
              <w:t xml:space="preserve"> </w:t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regulacji</w:t>
            </w:r>
            <w:proofErr w:type="spellEnd"/>
            <w:r>
              <w:t xml:space="preserve"> </w:t>
            </w:r>
            <w:proofErr w:type="spellStart"/>
            <w:r>
              <w:t>wysokości</w:t>
            </w:r>
            <w:proofErr w:type="spellEnd"/>
            <w:r>
              <w:t xml:space="preserve"> </w:t>
            </w:r>
            <w:proofErr w:type="spellStart"/>
            <w:r>
              <w:lastRenderedPageBreak/>
              <w:t>wspomaganej</w:t>
            </w:r>
            <w:proofErr w:type="spellEnd"/>
            <w:r>
              <w:t xml:space="preserve"> </w:t>
            </w:r>
            <w:proofErr w:type="spellStart"/>
            <w:r>
              <w:t>elektrycznie</w:t>
            </w:r>
            <w:proofErr w:type="spellEnd"/>
            <w:r>
              <w:t xml:space="preserve">, </w:t>
            </w:r>
            <w:proofErr w:type="spellStart"/>
            <w:r>
              <w:t>względem</w:t>
            </w:r>
            <w:proofErr w:type="spellEnd"/>
            <w:r>
              <w:t xml:space="preserve"> </w:t>
            </w:r>
            <w:proofErr w:type="spellStart"/>
            <w:r>
              <w:t>podłogi</w:t>
            </w:r>
            <w:proofErr w:type="spellEnd"/>
            <w:r>
              <w:t xml:space="preserve"> </w:t>
            </w:r>
          </w:p>
          <w:p w14:paraId="41B884F3" w14:textId="77777777" w:rsidR="00032BE8" w:rsidRDefault="00032BE8" w:rsidP="00032BE8">
            <w:r>
              <w:t>min 0-30cm</w:t>
            </w:r>
          </w:p>
          <w:p w14:paraId="5ED12E4D" w14:textId="77777777" w:rsidR="00032BE8" w:rsidRDefault="00032BE8" w:rsidP="00032BE8">
            <w:proofErr w:type="spellStart"/>
            <w:r>
              <w:t>Komunikacja</w:t>
            </w:r>
            <w:proofErr w:type="spellEnd"/>
            <w:r>
              <w:t xml:space="preserve"> </w:t>
            </w:r>
            <w:proofErr w:type="spellStart"/>
            <w:r>
              <w:t>użytkownika</w:t>
            </w:r>
            <w:proofErr w:type="spellEnd"/>
            <w:r>
              <w:t xml:space="preserve"> z </w:t>
            </w:r>
            <w:proofErr w:type="spellStart"/>
            <w:r>
              <w:t>aparatem</w:t>
            </w:r>
            <w:proofErr w:type="spellEnd"/>
            <w:r>
              <w:t xml:space="preserve"> w </w:t>
            </w:r>
            <w:proofErr w:type="spellStart"/>
            <w:r>
              <w:t>języku</w:t>
            </w:r>
            <w:proofErr w:type="spellEnd"/>
            <w:r>
              <w:t xml:space="preserve"> </w:t>
            </w:r>
            <w:proofErr w:type="spellStart"/>
            <w:r>
              <w:t>polskim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angielskim</w:t>
            </w:r>
            <w:proofErr w:type="spellEnd"/>
          </w:p>
          <w:p w14:paraId="19EA1984" w14:textId="77777777" w:rsidR="00032BE8" w:rsidRDefault="00032BE8" w:rsidP="00032BE8">
            <w:proofErr w:type="spellStart"/>
            <w:r>
              <w:t>Zasilanie</w:t>
            </w:r>
            <w:proofErr w:type="spellEnd"/>
            <w:r>
              <w:t xml:space="preserve"> z </w:t>
            </w:r>
            <w:proofErr w:type="spellStart"/>
            <w:r>
              <w:t>sieci</w:t>
            </w:r>
            <w:proofErr w:type="spellEnd"/>
            <w:r>
              <w:t xml:space="preserve"> </w:t>
            </w:r>
            <w:proofErr w:type="spellStart"/>
            <w:r>
              <w:t>elektroenergetycznej</w:t>
            </w:r>
            <w:proofErr w:type="spellEnd"/>
            <w:r>
              <w:t xml:space="preserve"> 220V,  50/60 Hz</w:t>
            </w:r>
          </w:p>
          <w:p w14:paraId="44E192C0" w14:textId="77777777" w:rsidR="00032BE8" w:rsidRDefault="00032BE8" w:rsidP="00032BE8">
            <w:r>
              <w:t>TRYBY OBRAZOWANIA</w:t>
            </w:r>
          </w:p>
          <w:p w14:paraId="1CC7B9A0" w14:textId="77777777" w:rsidR="00032BE8" w:rsidRDefault="00032BE8" w:rsidP="00032BE8"/>
          <w:p w14:paraId="3528FBDA" w14:textId="77777777" w:rsidR="00032BE8" w:rsidRDefault="00032BE8" w:rsidP="00032BE8">
            <w:r>
              <w:t>B-mode - 2D</w:t>
            </w:r>
          </w:p>
          <w:p w14:paraId="0052B40A" w14:textId="77777777" w:rsidR="00032BE8" w:rsidRDefault="00032BE8" w:rsidP="00032BE8">
            <w:proofErr w:type="spellStart"/>
            <w:r>
              <w:t>Częstotliwość</w:t>
            </w:r>
            <w:proofErr w:type="spellEnd"/>
            <w:r>
              <w:t xml:space="preserve"> </w:t>
            </w:r>
            <w:proofErr w:type="spellStart"/>
            <w:r>
              <w:t>odświeżania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(frame rate) w </w:t>
            </w:r>
            <w:proofErr w:type="spellStart"/>
            <w:r>
              <w:t>obrazowaniu</w:t>
            </w:r>
            <w:proofErr w:type="spellEnd"/>
            <w:r>
              <w:t xml:space="preserve"> 2D- min. 5000 </w:t>
            </w:r>
            <w:proofErr w:type="spellStart"/>
            <w:r>
              <w:t>obrazów</w:t>
            </w:r>
            <w:proofErr w:type="spellEnd"/>
            <w:r>
              <w:t xml:space="preserve">/s   – </w:t>
            </w:r>
            <w:proofErr w:type="spellStart"/>
            <w:r>
              <w:t>zależy</w:t>
            </w:r>
            <w:proofErr w:type="spellEnd"/>
            <w:r>
              <w:t xml:space="preserve"> od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ustawień</w:t>
            </w:r>
            <w:proofErr w:type="spellEnd"/>
          </w:p>
          <w:p w14:paraId="7FD18EF0" w14:textId="77777777" w:rsidR="00032BE8" w:rsidRDefault="00032BE8" w:rsidP="00032BE8">
            <w:proofErr w:type="spellStart"/>
            <w:r>
              <w:t>Obrazowanie</w:t>
            </w:r>
            <w:proofErr w:type="spellEnd"/>
            <w:r>
              <w:t xml:space="preserve"> </w:t>
            </w:r>
            <w:proofErr w:type="spellStart"/>
            <w:r>
              <w:t>poszerzone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trybu</w:t>
            </w:r>
            <w:proofErr w:type="spellEnd"/>
            <w:r>
              <w:t xml:space="preserve"> B-mode – z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sektorowej</w:t>
            </w:r>
            <w:proofErr w:type="spellEnd"/>
            <w:r>
              <w:t xml:space="preserve"> pole </w:t>
            </w:r>
            <w:proofErr w:type="spellStart"/>
            <w:r>
              <w:t>obrazowania</w:t>
            </w:r>
            <w:proofErr w:type="spellEnd"/>
            <w:r>
              <w:t xml:space="preserve"> od </w:t>
            </w:r>
            <w:proofErr w:type="spellStart"/>
            <w:r>
              <w:t>styku</w:t>
            </w:r>
            <w:proofErr w:type="spellEnd"/>
            <w:r>
              <w:t xml:space="preserve"> ze </w:t>
            </w:r>
            <w:proofErr w:type="spellStart"/>
            <w:r>
              <w:t>skórą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  <w:r>
              <w:t xml:space="preserve"> </w:t>
            </w:r>
            <w:proofErr w:type="spellStart"/>
            <w:r>
              <w:t>ograniczone</w:t>
            </w:r>
            <w:proofErr w:type="spellEnd"/>
            <w:r>
              <w:t xml:space="preserve"> </w:t>
            </w:r>
            <w:proofErr w:type="spellStart"/>
            <w:r>
              <w:t>odcinkiem</w:t>
            </w:r>
            <w:proofErr w:type="spellEnd"/>
            <w:r>
              <w:t xml:space="preserve"> a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punktem</w:t>
            </w:r>
            <w:proofErr w:type="spellEnd"/>
            <w:r>
              <w:t>.</w:t>
            </w:r>
          </w:p>
          <w:p w14:paraId="25658CF2" w14:textId="77777777" w:rsidR="00032BE8" w:rsidRDefault="00032BE8" w:rsidP="00032BE8">
            <w:proofErr w:type="spellStart"/>
            <w:r>
              <w:t>Obrazowanie</w:t>
            </w:r>
            <w:proofErr w:type="spellEnd"/>
            <w:r>
              <w:t xml:space="preserve"> </w:t>
            </w:r>
            <w:proofErr w:type="spellStart"/>
            <w:r>
              <w:t>harmoniczne</w:t>
            </w:r>
            <w:proofErr w:type="spellEnd"/>
          </w:p>
          <w:p w14:paraId="43DCD63D" w14:textId="77777777" w:rsidR="00032BE8" w:rsidRDefault="00032BE8" w:rsidP="00032BE8">
            <w:r>
              <w:t>M-mode</w:t>
            </w:r>
          </w:p>
          <w:p w14:paraId="0A13B017" w14:textId="77777777" w:rsidR="00032BE8" w:rsidRDefault="00032BE8" w:rsidP="00032BE8">
            <w:proofErr w:type="spellStart"/>
            <w:r>
              <w:t>Anatomiczny</w:t>
            </w:r>
            <w:proofErr w:type="spellEnd"/>
            <w:r>
              <w:t xml:space="preserve"> M-mode:</w:t>
            </w:r>
          </w:p>
          <w:p w14:paraId="3057123C" w14:textId="77777777" w:rsidR="00032BE8" w:rsidRDefault="00032BE8" w:rsidP="00032BE8">
            <w:r>
              <w:t>1)</w:t>
            </w:r>
            <w:r>
              <w:tab/>
              <w:t xml:space="preserve">w </w:t>
            </w:r>
            <w:proofErr w:type="spellStart"/>
            <w:r>
              <w:t>czasie</w:t>
            </w:r>
            <w:proofErr w:type="spellEnd"/>
            <w:r>
              <w:t xml:space="preserve"> </w:t>
            </w:r>
            <w:proofErr w:type="spellStart"/>
            <w:r>
              <w:t>rzeczywistym</w:t>
            </w:r>
            <w:proofErr w:type="spellEnd"/>
          </w:p>
          <w:p w14:paraId="17636443" w14:textId="77777777" w:rsidR="00032BE8" w:rsidRDefault="00032BE8" w:rsidP="00032BE8">
            <w:r>
              <w:t>2)</w:t>
            </w:r>
            <w:r>
              <w:tab/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pętlach</w:t>
            </w:r>
            <w:proofErr w:type="spellEnd"/>
            <w:r>
              <w:t xml:space="preserve"> </w:t>
            </w:r>
            <w:proofErr w:type="spellStart"/>
            <w:r>
              <w:t>obrazowych</w:t>
            </w:r>
            <w:proofErr w:type="spellEnd"/>
            <w:r>
              <w:t xml:space="preserve"> 2D </w:t>
            </w:r>
            <w:proofErr w:type="spellStart"/>
            <w:r>
              <w:t>zapisanych</w:t>
            </w:r>
            <w:proofErr w:type="spellEnd"/>
            <w:r>
              <w:t xml:space="preserve"> w </w:t>
            </w:r>
            <w:proofErr w:type="spellStart"/>
            <w:r>
              <w:t>pamięci</w:t>
            </w:r>
            <w:proofErr w:type="spellEnd"/>
            <w:r>
              <w:t xml:space="preserve"> CINE </w:t>
            </w:r>
            <w:proofErr w:type="spellStart"/>
            <w:r>
              <w:t>oraz</w:t>
            </w:r>
            <w:proofErr w:type="spellEnd"/>
            <w:r>
              <w:t xml:space="preserve"> z </w:t>
            </w:r>
            <w:proofErr w:type="spellStart"/>
            <w:r>
              <w:t>archiwum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</w:p>
          <w:p w14:paraId="5B0A175C" w14:textId="77777777" w:rsidR="00032BE8" w:rsidRDefault="00032BE8" w:rsidP="00032BE8">
            <w:r>
              <w:t>3)</w:t>
            </w:r>
            <w:r>
              <w:tab/>
              <w:t xml:space="preserve">z </w:t>
            </w:r>
            <w:proofErr w:type="spellStart"/>
            <w:r>
              <w:t>krzywej</w:t>
            </w:r>
            <w:proofErr w:type="spellEnd"/>
            <w:r>
              <w:t xml:space="preserve"> </w:t>
            </w:r>
            <w:proofErr w:type="spellStart"/>
            <w:r>
              <w:t>utworzonej</w:t>
            </w:r>
            <w:proofErr w:type="spellEnd"/>
            <w:r>
              <w:t xml:space="preserve"> </w:t>
            </w:r>
            <w:proofErr w:type="spellStart"/>
            <w:r>
              <w:t>przez</w:t>
            </w:r>
            <w:proofErr w:type="spellEnd"/>
            <w:r>
              <w:t xml:space="preserve"> </w:t>
            </w:r>
            <w:proofErr w:type="spellStart"/>
            <w:r>
              <w:t>operatora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pętli</w:t>
            </w:r>
            <w:proofErr w:type="spellEnd"/>
            <w:r>
              <w:t xml:space="preserve"> </w:t>
            </w:r>
            <w:proofErr w:type="spellStart"/>
            <w:r>
              <w:t>obrazów</w:t>
            </w:r>
            <w:proofErr w:type="spellEnd"/>
            <w:r>
              <w:t xml:space="preserve"> 2D z </w:t>
            </w:r>
            <w:proofErr w:type="spellStart"/>
            <w:r>
              <w:t>archiwum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</w:p>
          <w:p w14:paraId="2D2F0707" w14:textId="77777777" w:rsidR="00032BE8" w:rsidRDefault="00032BE8" w:rsidP="00032BE8">
            <w:proofErr w:type="spellStart"/>
            <w:r>
              <w:t>Kolorowy</w:t>
            </w:r>
            <w:proofErr w:type="spellEnd"/>
            <w:r>
              <w:t xml:space="preserve"> M-mode</w:t>
            </w:r>
          </w:p>
          <w:p w14:paraId="002D72E3" w14:textId="77777777" w:rsidR="00032BE8" w:rsidRDefault="00032BE8" w:rsidP="00032BE8">
            <w:r>
              <w:t xml:space="preserve">Doppler </w:t>
            </w:r>
            <w:proofErr w:type="spellStart"/>
            <w:r>
              <w:t>kolorowy</w:t>
            </w:r>
            <w:proofErr w:type="spellEnd"/>
            <w:r>
              <w:t xml:space="preserve"> - CF</w:t>
            </w:r>
          </w:p>
          <w:p w14:paraId="6A9D0BAF" w14:textId="77777777" w:rsidR="00032BE8" w:rsidRDefault="00032BE8" w:rsidP="00032BE8">
            <w:proofErr w:type="spellStart"/>
            <w:r>
              <w:t>Częstotliwość</w:t>
            </w:r>
            <w:proofErr w:type="spellEnd"/>
            <w:r>
              <w:t xml:space="preserve"> </w:t>
            </w:r>
            <w:proofErr w:type="spellStart"/>
            <w:r>
              <w:t>odświeżania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(</w:t>
            </w:r>
            <w:proofErr w:type="spellStart"/>
            <w:r>
              <w:t>framr</w:t>
            </w:r>
            <w:proofErr w:type="spellEnd"/>
            <w:r>
              <w:t xml:space="preserve"> rate ) w </w:t>
            </w:r>
            <w:proofErr w:type="spellStart"/>
            <w:r>
              <w:t>obrazowaniu</w:t>
            </w:r>
            <w:proofErr w:type="spellEnd"/>
            <w:r>
              <w:t xml:space="preserve"> 2D+CF min. 450 </w:t>
            </w:r>
            <w:proofErr w:type="spellStart"/>
            <w:r>
              <w:t>obr</w:t>
            </w:r>
            <w:proofErr w:type="spellEnd"/>
            <w:r>
              <w:t>/</w:t>
            </w:r>
            <w:proofErr w:type="spellStart"/>
            <w:r>
              <w:t>sek</w:t>
            </w:r>
            <w:proofErr w:type="spellEnd"/>
            <w:r>
              <w:t xml:space="preserve">, </w:t>
            </w:r>
            <w:proofErr w:type="spellStart"/>
            <w:r>
              <w:t>zależna</w:t>
            </w:r>
            <w:proofErr w:type="spellEnd"/>
            <w:r>
              <w:t xml:space="preserve"> od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ustawień</w:t>
            </w:r>
            <w:proofErr w:type="spellEnd"/>
          </w:p>
          <w:p w14:paraId="25D632A3" w14:textId="77777777" w:rsidR="00032BE8" w:rsidRDefault="00032BE8" w:rsidP="00032BE8">
            <w:r>
              <w:t xml:space="preserve">Power doppler – </w:t>
            </w:r>
            <w:proofErr w:type="spellStart"/>
            <w:r>
              <w:t>angio</w:t>
            </w:r>
            <w:proofErr w:type="spellEnd"/>
          </w:p>
          <w:p w14:paraId="256154F5" w14:textId="77777777" w:rsidR="00032BE8" w:rsidRDefault="00032BE8" w:rsidP="00032BE8">
            <w:r>
              <w:t xml:space="preserve">Doppler </w:t>
            </w:r>
            <w:proofErr w:type="spellStart"/>
            <w:r>
              <w:t>spektralny</w:t>
            </w:r>
            <w:proofErr w:type="spellEnd"/>
            <w:r>
              <w:t xml:space="preserve"> z </w:t>
            </w:r>
            <w:proofErr w:type="spellStart"/>
            <w:r>
              <w:t>falą</w:t>
            </w:r>
            <w:proofErr w:type="spellEnd"/>
            <w:r>
              <w:t xml:space="preserve"> </w:t>
            </w:r>
            <w:proofErr w:type="spellStart"/>
            <w:r>
              <w:t>pulsacyjną</w:t>
            </w:r>
            <w:proofErr w:type="spellEnd"/>
            <w:r>
              <w:t xml:space="preserve"> (PW-D):</w:t>
            </w:r>
          </w:p>
          <w:p w14:paraId="22050842" w14:textId="77777777" w:rsidR="00032BE8" w:rsidRDefault="00032BE8" w:rsidP="00032BE8">
            <w:r>
              <w:t>1)</w:t>
            </w:r>
            <w:r>
              <w:tab/>
            </w:r>
            <w:proofErr w:type="spellStart"/>
            <w:r>
              <w:t>automatyczna</w:t>
            </w:r>
            <w:proofErr w:type="spellEnd"/>
            <w:r>
              <w:t xml:space="preserve"> </w:t>
            </w:r>
            <w:proofErr w:type="spellStart"/>
            <w:r>
              <w:t>optymalizacja</w:t>
            </w:r>
            <w:proofErr w:type="spellEnd"/>
            <w:r>
              <w:t xml:space="preserve"> </w:t>
            </w:r>
            <w:proofErr w:type="spellStart"/>
            <w:r>
              <w:t>spektrum</w:t>
            </w:r>
            <w:proofErr w:type="spellEnd"/>
            <w:r>
              <w:t xml:space="preserve"> – </w:t>
            </w:r>
            <w:proofErr w:type="spellStart"/>
            <w:r>
              <w:t>przesunięcie</w:t>
            </w:r>
            <w:proofErr w:type="spellEnd"/>
            <w:r>
              <w:t xml:space="preserve"> </w:t>
            </w:r>
            <w:proofErr w:type="spellStart"/>
            <w:r>
              <w:t>linii</w:t>
            </w:r>
            <w:proofErr w:type="spellEnd"/>
            <w:r>
              <w:t xml:space="preserve"> </w:t>
            </w:r>
            <w:proofErr w:type="spellStart"/>
            <w:r>
              <w:t>bazowej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ustawienie</w:t>
            </w:r>
            <w:proofErr w:type="spellEnd"/>
            <w:r>
              <w:t xml:space="preserve"> </w:t>
            </w:r>
            <w:proofErr w:type="spellStart"/>
            <w:r>
              <w:t>skali</w:t>
            </w:r>
            <w:proofErr w:type="spellEnd"/>
            <w:r>
              <w:t xml:space="preserve"> </w:t>
            </w:r>
            <w:proofErr w:type="spellStart"/>
            <w:r>
              <w:t>jednym</w:t>
            </w:r>
            <w:proofErr w:type="spellEnd"/>
            <w:r>
              <w:t xml:space="preserve"> </w:t>
            </w:r>
            <w:proofErr w:type="spellStart"/>
            <w:r>
              <w:t>przyciskiem</w:t>
            </w:r>
            <w:proofErr w:type="spellEnd"/>
          </w:p>
          <w:p w14:paraId="361A89DE" w14:textId="77777777" w:rsidR="00032BE8" w:rsidRDefault="00032BE8" w:rsidP="00032BE8">
            <w:r>
              <w:t>2)</w:t>
            </w:r>
            <w:r>
              <w:tab/>
            </w:r>
            <w:proofErr w:type="spellStart"/>
            <w:r>
              <w:t>automatyczna</w:t>
            </w:r>
            <w:proofErr w:type="spellEnd"/>
            <w:r>
              <w:t xml:space="preserve"> </w:t>
            </w:r>
            <w:proofErr w:type="spellStart"/>
            <w:r>
              <w:t>korekcja</w:t>
            </w:r>
            <w:proofErr w:type="spellEnd"/>
            <w:r>
              <w:t xml:space="preserve"> </w:t>
            </w:r>
            <w:proofErr w:type="spellStart"/>
            <w:r>
              <w:t>kąta</w:t>
            </w:r>
            <w:proofErr w:type="spellEnd"/>
            <w:r>
              <w:t xml:space="preserve"> </w:t>
            </w:r>
            <w:proofErr w:type="spellStart"/>
            <w:r>
              <w:t>jednym</w:t>
            </w:r>
            <w:proofErr w:type="spellEnd"/>
            <w:r>
              <w:t xml:space="preserve"> </w:t>
            </w:r>
            <w:proofErr w:type="spellStart"/>
            <w:r>
              <w:t>przyciskiem</w:t>
            </w:r>
            <w:proofErr w:type="spellEnd"/>
          </w:p>
          <w:p w14:paraId="3327E4D6" w14:textId="77777777" w:rsidR="00032BE8" w:rsidRDefault="00032BE8" w:rsidP="00032BE8">
            <w:r>
              <w:t>3)</w:t>
            </w:r>
            <w:r>
              <w:tab/>
            </w:r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linii</w:t>
            </w:r>
            <w:proofErr w:type="spellEnd"/>
            <w:r>
              <w:t xml:space="preserve"> </w:t>
            </w:r>
            <w:proofErr w:type="spellStart"/>
            <w:r>
              <w:t>bazowej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korekcji</w:t>
            </w:r>
            <w:proofErr w:type="spellEnd"/>
            <w:r>
              <w:t xml:space="preserve"> </w:t>
            </w:r>
            <w:proofErr w:type="spellStart"/>
            <w:r>
              <w:t>kąta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obrazach</w:t>
            </w:r>
            <w:proofErr w:type="spellEnd"/>
            <w:r>
              <w:t xml:space="preserve"> </w:t>
            </w:r>
            <w:proofErr w:type="spellStart"/>
            <w:r>
              <w:t>zapisanych</w:t>
            </w:r>
            <w:proofErr w:type="spellEnd"/>
            <w:r>
              <w:t xml:space="preserve"> w </w:t>
            </w:r>
            <w:proofErr w:type="spellStart"/>
            <w:r>
              <w:t>archiwum</w:t>
            </w:r>
            <w:proofErr w:type="spellEnd"/>
          </w:p>
          <w:p w14:paraId="1C82C1C2" w14:textId="77777777" w:rsidR="00032BE8" w:rsidRDefault="00032BE8" w:rsidP="00032BE8">
            <w:r>
              <w:t>4)</w:t>
            </w:r>
            <w:r>
              <w:tab/>
            </w:r>
            <w:proofErr w:type="spellStart"/>
            <w:r>
              <w:t>zakres</w:t>
            </w:r>
            <w:proofErr w:type="spellEnd"/>
            <w:r>
              <w:t xml:space="preserve"> </w:t>
            </w:r>
            <w:proofErr w:type="spellStart"/>
            <w:r>
              <w:t>regulacji</w:t>
            </w:r>
            <w:proofErr w:type="spellEnd"/>
            <w:r>
              <w:t xml:space="preserve"> </w:t>
            </w:r>
            <w:proofErr w:type="spellStart"/>
            <w:r>
              <w:t>korekcji</w:t>
            </w:r>
            <w:proofErr w:type="spellEnd"/>
            <w:r>
              <w:t xml:space="preserve"> </w:t>
            </w:r>
            <w:proofErr w:type="spellStart"/>
            <w:r>
              <w:t>kąta</w:t>
            </w:r>
            <w:proofErr w:type="spellEnd"/>
            <w:r>
              <w:t xml:space="preserve"> w </w:t>
            </w:r>
            <w:proofErr w:type="spellStart"/>
            <w:r>
              <w:t>zakresie</w:t>
            </w:r>
            <w:proofErr w:type="spellEnd"/>
            <w:r>
              <w:t xml:space="preserve"> minimum od ± 0° do ± 75°</w:t>
            </w:r>
          </w:p>
          <w:p w14:paraId="5F4FE50C" w14:textId="77777777" w:rsidR="00032BE8" w:rsidRDefault="00032BE8" w:rsidP="00032BE8">
            <w:r>
              <w:t xml:space="preserve">Doppler </w:t>
            </w:r>
            <w:proofErr w:type="spellStart"/>
            <w:r>
              <w:t>spektralny</w:t>
            </w:r>
            <w:proofErr w:type="spellEnd"/>
            <w:r>
              <w:t xml:space="preserve"> z </w:t>
            </w:r>
            <w:proofErr w:type="spellStart"/>
            <w:r>
              <w:t>falą</w:t>
            </w:r>
            <w:proofErr w:type="spellEnd"/>
            <w:r>
              <w:t xml:space="preserve"> </w:t>
            </w:r>
            <w:proofErr w:type="spellStart"/>
            <w:r>
              <w:t>ciągłą</w:t>
            </w:r>
            <w:proofErr w:type="spellEnd"/>
            <w:r>
              <w:t xml:space="preserve"> (CWD): </w:t>
            </w:r>
            <w:proofErr w:type="spellStart"/>
            <w:r>
              <w:t>maksymalna</w:t>
            </w:r>
            <w:proofErr w:type="spellEnd"/>
            <w:r>
              <w:t xml:space="preserve"> </w:t>
            </w:r>
            <w:proofErr w:type="spellStart"/>
            <w:r>
              <w:t>mierzona</w:t>
            </w:r>
            <w:proofErr w:type="spellEnd"/>
            <w:r>
              <w:t xml:space="preserve"> </w:t>
            </w:r>
            <w:proofErr w:type="spellStart"/>
            <w:r>
              <w:t>prędkość</w:t>
            </w:r>
            <w:proofErr w:type="spellEnd"/>
            <w:r>
              <w:t xml:space="preserve">  min. 12,5 m/</w:t>
            </w:r>
            <w:proofErr w:type="spellStart"/>
            <w:r>
              <w:t>sek</w:t>
            </w:r>
            <w:proofErr w:type="spellEnd"/>
          </w:p>
          <w:p w14:paraId="1712F8B2" w14:textId="77777777" w:rsidR="00032BE8" w:rsidRDefault="00032BE8" w:rsidP="00032BE8">
            <w:proofErr w:type="spellStart"/>
            <w:r>
              <w:t>Obrazowanie</w:t>
            </w:r>
            <w:proofErr w:type="spellEnd"/>
            <w:r>
              <w:t xml:space="preserve"> 4D z </w:t>
            </w:r>
            <w:proofErr w:type="spellStart"/>
            <w:r>
              <w:t>kolorowym</w:t>
            </w:r>
            <w:proofErr w:type="spellEnd"/>
            <w:r>
              <w:t xml:space="preserve"> </w:t>
            </w:r>
            <w:proofErr w:type="spellStart"/>
            <w:r>
              <w:t>dopplerem</w:t>
            </w:r>
            <w:proofErr w:type="spellEnd"/>
            <w:r>
              <w:t xml:space="preserve"> z </w:t>
            </w:r>
            <w:proofErr w:type="spellStart"/>
            <w:r>
              <w:t>częstotliwościa</w:t>
            </w:r>
            <w:proofErr w:type="spellEnd"/>
            <w:r>
              <w:t xml:space="preserve"> </w:t>
            </w:r>
            <w:proofErr w:type="spellStart"/>
            <w:r>
              <w:t>odświeżania</w:t>
            </w:r>
            <w:proofErr w:type="spellEnd"/>
            <w:r>
              <w:t xml:space="preserve"> </w:t>
            </w:r>
            <w:proofErr w:type="spellStart"/>
            <w:r>
              <w:t>obrazu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przezprzełykowej</w:t>
            </w:r>
            <w:proofErr w:type="spellEnd"/>
            <w:r>
              <w:t xml:space="preserve"> 4D - min 150 </w:t>
            </w:r>
            <w:proofErr w:type="spellStart"/>
            <w:r>
              <w:lastRenderedPageBreak/>
              <w:t>obr</w:t>
            </w:r>
            <w:proofErr w:type="spellEnd"/>
            <w:r>
              <w:t>/</w:t>
            </w:r>
            <w:proofErr w:type="spellStart"/>
            <w:r>
              <w:t>sek</w:t>
            </w:r>
            <w:proofErr w:type="spellEnd"/>
            <w:r>
              <w:t xml:space="preserve">, </w:t>
            </w:r>
            <w:proofErr w:type="spellStart"/>
            <w:r>
              <w:t>zależy</w:t>
            </w:r>
            <w:proofErr w:type="spellEnd"/>
            <w:r>
              <w:t xml:space="preserve"> od </w:t>
            </w:r>
            <w:proofErr w:type="spellStart"/>
            <w:r>
              <w:t>ustawień</w:t>
            </w:r>
            <w:proofErr w:type="spellEnd"/>
          </w:p>
          <w:p w14:paraId="4DDB7764" w14:textId="77777777" w:rsidR="00032BE8" w:rsidRDefault="00032BE8" w:rsidP="00032BE8">
            <w:proofErr w:type="spellStart"/>
            <w:r>
              <w:t>Jednoczesna</w:t>
            </w:r>
            <w:proofErr w:type="spellEnd"/>
            <w:r>
              <w:t xml:space="preserve"> </w:t>
            </w:r>
            <w:proofErr w:type="spellStart"/>
            <w:r>
              <w:t>prezentacja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ekranie</w:t>
            </w:r>
            <w:proofErr w:type="spellEnd"/>
            <w:r>
              <w:t xml:space="preserve"> w </w:t>
            </w:r>
            <w:proofErr w:type="spellStart"/>
            <w:r>
              <w:t>czasie</w:t>
            </w:r>
            <w:proofErr w:type="spellEnd"/>
            <w:r>
              <w:t xml:space="preserve"> </w:t>
            </w:r>
            <w:proofErr w:type="spellStart"/>
            <w:r>
              <w:t>rzeczywistym</w:t>
            </w:r>
            <w:proofErr w:type="spellEnd"/>
            <w:r>
              <w:t xml:space="preserve"> </w:t>
            </w:r>
            <w:proofErr w:type="spellStart"/>
            <w:r>
              <w:t>dwóch</w:t>
            </w:r>
            <w:proofErr w:type="spellEnd"/>
            <w:r>
              <w:t xml:space="preserve"> </w:t>
            </w:r>
            <w:proofErr w:type="spellStart"/>
            <w:r>
              <w:t>ruchomych</w:t>
            </w:r>
            <w:proofErr w:type="spellEnd"/>
            <w:r>
              <w:t xml:space="preserve"> </w:t>
            </w:r>
            <w:proofErr w:type="spellStart"/>
            <w:r>
              <w:t>obrazów</w:t>
            </w:r>
            <w:proofErr w:type="spellEnd"/>
            <w:r>
              <w:t>:</w:t>
            </w:r>
          </w:p>
          <w:p w14:paraId="7780100A" w14:textId="77777777" w:rsidR="00032BE8" w:rsidRDefault="00032BE8" w:rsidP="00032BE8">
            <w:r>
              <w:t>1)</w:t>
            </w:r>
            <w:r>
              <w:tab/>
              <w:t xml:space="preserve">w </w:t>
            </w:r>
            <w:proofErr w:type="spellStart"/>
            <w:r>
              <w:t>trybie</w:t>
            </w:r>
            <w:proofErr w:type="spellEnd"/>
            <w:r>
              <w:t xml:space="preserve"> 2D</w:t>
            </w:r>
          </w:p>
          <w:p w14:paraId="06F4523D" w14:textId="77777777" w:rsidR="00032BE8" w:rsidRDefault="00032BE8" w:rsidP="00032BE8">
            <w:r>
              <w:t>2)</w:t>
            </w:r>
            <w:r>
              <w:tab/>
              <w:t xml:space="preserve">w </w:t>
            </w:r>
            <w:proofErr w:type="spellStart"/>
            <w:r>
              <w:t>trybie</w:t>
            </w:r>
            <w:proofErr w:type="spellEnd"/>
            <w:r>
              <w:t xml:space="preserve"> </w:t>
            </w:r>
            <w:proofErr w:type="spellStart"/>
            <w:r>
              <w:t>kolorowego</w:t>
            </w:r>
            <w:proofErr w:type="spellEnd"/>
            <w:r>
              <w:t xml:space="preserve"> </w:t>
            </w:r>
            <w:proofErr w:type="spellStart"/>
            <w:r>
              <w:t>Dopplera</w:t>
            </w:r>
            <w:proofErr w:type="spellEnd"/>
          </w:p>
          <w:p w14:paraId="66039259" w14:textId="77777777" w:rsidR="00032BE8" w:rsidRDefault="00032BE8" w:rsidP="00032BE8">
            <w:r>
              <w:t xml:space="preserve">Triplex: 2D + CD + CWD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głowicy</w:t>
            </w:r>
            <w:proofErr w:type="spellEnd"/>
            <w:r>
              <w:t xml:space="preserve"> </w:t>
            </w:r>
            <w:proofErr w:type="spellStart"/>
            <w:r>
              <w:t>sektorowej</w:t>
            </w:r>
            <w:proofErr w:type="spellEnd"/>
          </w:p>
          <w:p w14:paraId="32125645" w14:textId="77777777" w:rsidR="00032BE8" w:rsidRDefault="00032BE8" w:rsidP="00032BE8">
            <w:proofErr w:type="spellStart"/>
            <w:r>
              <w:t>Dostępność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4D z </w:t>
            </w:r>
            <w:proofErr w:type="spellStart"/>
            <w:r>
              <w:t>sondy</w:t>
            </w:r>
            <w:proofErr w:type="spellEnd"/>
            <w:r>
              <w:t xml:space="preserve"> </w:t>
            </w:r>
            <w:proofErr w:type="spellStart"/>
            <w:r>
              <w:t>przezprzełykowej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przezklatkowej</w:t>
            </w:r>
            <w:proofErr w:type="spellEnd"/>
          </w:p>
          <w:p w14:paraId="04846B2A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archiwizacja</w:t>
            </w:r>
            <w:proofErr w:type="spellEnd"/>
          </w:p>
          <w:p w14:paraId="670FD26B" w14:textId="77777777" w:rsidR="00032BE8" w:rsidRDefault="00032BE8" w:rsidP="00032BE8"/>
          <w:p w14:paraId="65083A7F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pomiarowe</w:t>
            </w:r>
            <w:proofErr w:type="spellEnd"/>
            <w:r>
              <w:t xml:space="preserve"> z </w:t>
            </w:r>
            <w:proofErr w:type="spellStart"/>
            <w:r>
              <w:t>pakietem</w:t>
            </w:r>
            <w:proofErr w:type="spellEnd"/>
            <w:r>
              <w:t xml:space="preserve"> </w:t>
            </w:r>
            <w:proofErr w:type="spellStart"/>
            <w:r>
              <w:t>obliczeniowym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raportami</w:t>
            </w:r>
            <w:proofErr w:type="spellEnd"/>
          </w:p>
          <w:p w14:paraId="07B8FBFF" w14:textId="77777777" w:rsidR="00032BE8" w:rsidRDefault="00032BE8" w:rsidP="00032BE8">
            <w:proofErr w:type="spellStart"/>
            <w:r>
              <w:t>Raport</w:t>
            </w:r>
            <w:proofErr w:type="spellEnd"/>
            <w:r>
              <w:t xml:space="preserve"> z </w:t>
            </w:r>
            <w:proofErr w:type="spellStart"/>
            <w:r>
              <w:t>badania</w:t>
            </w:r>
            <w:proofErr w:type="spellEnd"/>
            <w:r>
              <w:t xml:space="preserve"> </w:t>
            </w:r>
            <w:proofErr w:type="spellStart"/>
            <w:r>
              <w:t>kardiologicznego</w:t>
            </w:r>
            <w:proofErr w:type="spellEnd"/>
            <w:r>
              <w:t xml:space="preserve"> z </w:t>
            </w:r>
            <w:proofErr w:type="spellStart"/>
            <w:r>
              <w:t>możliwością</w:t>
            </w:r>
            <w:proofErr w:type="spellEnd"/>
            <w:r>
              <w:t xml:space="preserve"> </w:t>
            </w:r>
            <w:proofErr w:type="spellStart"/>
            <w:r>
              <w:t>tworzenia</w:t>
            </w:r>
            <w:proofErr w:type="spellEnd"/>
            <w:r>
              <w:t xml:space="preserve"> </w:t>
            </w:r>
            <w:proofErr w:type="spellStart"/>
            <w:r>
              <w:t>własnych</w:t>
            </w:r>
            <w:proofErr w:type="spellEnd"/>
            <w:r>
              <w:t xml:space="preserve"> </w:t>
            </w:r>
            <w:proofErr w:type="spellStart"/>
            <w:r>
              <w:t>wzorów</w:t>
            </w:r>
            <w:proofErr w:type="spellEnd"/>
            <w:r>
              <w:t xml:space="preserve"> </w:t>
            </w:r>
            <w:proofErr w:type="spellStart"/>
            <w:r>
              <w:t>raportu</w:t>
            </w:r>
            <w:proofErr w:type="spellEnd"/>
          </w:p>
          <w:p w14:paraId="5EA821A7" w14:textId="77777777" w:rsidR="00032BE8" w:rsidRDefault="00032BE8" w:rsidP="00032BE8">
            <w:proofErr w:type="spellStart"/>
            <w:r>
              <w:t>Archiwizacja</w:t>
            </w:r>
            <w:proofErr w:type="spellEnd"/>
            <w:r>
              <w:t xml:space="preserve"> </w:t>
            </w:r>
            <w:proofErr w:type="spellStart"/>
            <w:r>
              <w:t>raportów</w:t>
            </w:r>
            <w:proofErr w:type="spellEnd"/>
            <w:r>
              <w:t xml:space="preserve"> z </w:t>
            </w:r>
            <w:proofErr w:type="spellStart"/>
            <w:r>
              <w:t>badań</w:t>
            </w:r>
            <w:proofErr w:type="spellEnd"/>
            <w:r>
              <w:t xml:space="preserve">, </w:t>
            </w:r>
            <w:proofErr w:type="spellStart"/>
            <w:r>
              <w:t>obrazów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pętli</w:t>
            </w:r>
            <w:proofErr w:type="spellEnd"/>
            <w:r>
              <w:t xml:space="preserve"> </w:t>
            </w:r>
            <w:proofErr w:type="spellStart"/>
            <w:r>
              <w:t>obrazowych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wewnętrznym</w:t>
            </w:r>
            <w:proofErr w:type="spellEnd"/>
            <w:r>
              <w:t xml:space="preserve"> </w:t>
            </w:r>
            <w:proofErr w:type="spellStart"/>
            <w:r>
              <w:t>twardym</w:t>
            </w:r>
            <w:proofErr w:type="spellEnd"/>
            <w:r>
              <w:t xml:space="preserve"> </w:t>
            </w:r>
            <w:proofErr w:type="spellStart"/>
            <w:r>
              <w:t>dysku</w:t>
            </w:r>
            <w:proofErr w:type="spellEnd"/>
          </w:p>
          <w:p w14:paraId="731FF076" w14:textId="77777777" w:rsidR="00032BE8" w:rsidRDefault="00032BE8" w:rsidP="00032BE8">
            <w:proofErr w:type="spellStart"/>
            <w:r>
              <w:t>Wymagania</w:t>
            </w:r>
            <w:proofErr w:type="spellEnd"/>
            <w:r>
              <w:t xml:space="preserve"> </w:t>
            </w:r>
            <w:proofErr w:type="spellStart"/>
            <w:r>
              <w:t>postprocesingu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zapisanych</w:t>
            </w:r>
            <w:proofErr w:type="spellEnd"/>
            <w:r>
              <w:t xml:space="preserve"> </w:t>
            </w:r>
            <w:proofErr w:type="spellStart"/>
            <w:r>
              <w:t>obrazów</w:t>
            </w:r>
            <w:proofErr w:type="spellEnd"/>
            <w:r>
              <w:t>:</w:t>
            </w:r>
          </w:p>
          <w:p w14:paraId="2B58D52E" w14:textId="77777777" w:rsidR="00032BE8" w:rsidRDefault="00032BE8" w:rsidP="00032BE8">
            <w:r>
              <w:t xml:space="preserve"> - </w:t>
            </w:r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wzmocnienia</w:t>
            </w:r>
            <w:proofErr w:type="spellEnd"/>
          </w:p>
          <w:p w14:paraId="09F7185C" w14:textId="77777777" w:rsidR="00032BE8" w:rsidRDefault="00032BE8" w:rsidP="00032BE8">
            <w:r>
              <w:t xml:space="preserve">- </w:t>
            </w:r>
            <w:proofErr w:type="spellStart"/>
            <w:r>
              <w:t>zmiana</w:t>
            </w:r>
            <w:proofErr w:type="spellEnd"/>
            <w:r>
              <w:t xml:space="preserve"> </w:t>
            </w:r>
            <w:proofErr w:type="spellStart"/>
            <w:r>
              <w:t>zakresu</w:t>
            </w:r>
            <w:proofErr w:type="spellEnd"/>
            <w:r>
              <w:t xml:space="preserve"> </w:t>
            </w:r>
            <w:proofErr w:type="spellStart"/>
            <w:r>
              <w:t>dynamiki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B-mode, </w:t>
            </w:r>
            <w:proofErr w:type="spellStart"/>
            <w:r>
              <w:t>dopplera</w:t>
            </w:r>
            <w:proofErr w:type="spellEnd"/>
            <w:r>
              <w:t xml:space="preserve"> </w:t>
            </w:r>
            <w:proofErr w:type="spellStart"/>
            <w:r>
              <w:t>kolorowego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spektralnego</w:t>
            </w:r>
            <w:proofErr w:type="spellEnd"/>
          </w:p>
          <w:p w14:paraId="676E424F" w14:textId="77777777" w:rsidR="00032BE8" w:rsidRDefault="00032BE8" w:rsidP="00032BE8">
            <w:r>
              <w:t xml:space="preserve">- </w:t>
            </w:r>
            <w:proofErr w:type="spellStart"/>
            <w:r>
              <w:t>zmiana</w:t>
            </w:r>
            <w:proofErr w:type="spellEnd"/>
            <w:r>
              <w:t xml:space="preserve"> map B-mode, M-mode (</w:t>
            </w:r>
            <w:proofErr w:type="spellStart"/>
            <w:r>
              <w:t>koloryzacja</w:t>
            </w:r>
            <w:proofErr w:type="spellEnd"/>
            <w:r>
              <w:t xml:space="preserve"> )</w:t>
            </w:r>
          </w:p>
          <w:p w14:paraId="0BF2B615" w14:textId="77777777" w:rsidR="00032BE8" w:rsidRDefault="00032BE8" w:rsidP="00032BE8">
            <w:r>
              <w:t xml:space="preserve">- </w:t>
            </w:r>
            <w:proofErr w:type="spellStart"/>
            <w:r>
              <w:t>przetworzenie</w:t>
            </w:r>
            <w:proofErr w:type="spellEnd"/>
            <w:r>
              <w:t xml:space="preserve"> </w:t>
            </w:r>
            <w:proofErr w:type="spellStart"/>
            <w:r>
              <w:t>zapisanych</w:t>
            </w:r>
            <w:proofErr w:type="spellEnd"/>
            <w:r>
              <w:t xml:space="preserve"> </w:t>
            </w:r>
            <w:proofErr w:type="spellStart"/>
            <w:r>
              <w:t>pętli</w:t>
            </w:r>
            <w:proofErr w:type="spellEnd"/>
            <w:r>
              <w:t xml:space="preserve"> B-mode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zapis</w:t>
            </w:r>
            <w:proofErr w:type="spellEnd"/>
            <w:r>
              <w:t xml:space="preserve"> M-mode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anatomiczny</w:t>
            </w:r>
            <w:proofErr w:type="spellEnd"/>
            <w:r>
              <w:t xml:space="preserve"> M-mode</w:t>
            </w:r>
          </w:p>
          <w:p w14:paraId="793FEDE3" w14:textId="77777777" w:rsidR="00032BE8" w:rsidRDefault="00032BE8" w:rsidP="00032BE8">
            <w:r>
              <w:t xml:space="preserve">- </w:t>
            </w:r>
            <w:proofErr w:type="spellStart"/>
            <w:r>
              <w:t>ustawienie</w:t>
            </w:r>
            <w:proofErr w:type="spellEnd"/>
            <w:r>
              <w:t xml:space="preserve"> </w:t>
            </w:r>
            <w:proofErr w:type="spellStart"/>
            <w:r>
              <w:t>kąta</w:t>
            </w:r>
            <w:proofErr w:type="spellEnd"/>
            <w:r>
              <w:t xml:space="preserve"> </w:t>
            </w:r>
            <w:proofErr w:type="spellStart"/>
            <w:r>
              <w:t>korekcji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dopplera</w:t>
            </w:r>
            <w:proofErr w:type="spellEnd"/>
            <w:r>
              <w:t xml:space="preserve"> </w:t>
            </w:r>
            <w:proofErr w:type="spellStart"/>
            <w:r>
              <w:t>spektralnego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ciągłego</w:t>
            </w:r>
            <w:proofErr w:type="spellEnd"/>
          </w:p>
          <w:p w14:paraId="24960864" w14:textId="77777777" w:rsidR="00032BE8" w:rsidRDefault="00032BE8" w:rsidP="00032BE8">
            <w:r>
              <w:t xml:space="preserve">- </w:t>
            </w:r>
            <w:proofErr w:type="spellStart"/>
            <w:r>
              <w:t>wykonanie</w:t>
            </w:r>
            <w:proofErr w:type="spellEnd"/>
            <w:r>
              <w:t xml:space="preserve"> </w:t>
            </w:r>
            <w:proofErr w:type="spellStart"/>
            <w:r>
              <w:t>pomiarów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obliczeń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badań</w:t>
            </w:r>
            <w:proofErr w:type="spellEnd"/>
            <w:r>
              <w:t xml:space="preserve"> </w:t>
            </w:r>
            <w:proofErr w:type="spellStart"/>
            <w:r>
              <w:t>kardiologicznych</w:t>
            </w:r>
            <w:proofErr w:type="spellEnd"/>
            <w:r>
              <w:t xml:space="preserve"> (w </w:t>
            </w:r>
            <w:proofErr w:type="spellStart"/>
            <w:r>
              <w:t>tym</w:t>
            </w:r>
            <w:proofErr w:type="spellEnd"/>
            <w:r>
              <w:t xml:space="preserve">: PISA, </w:t>
            </w:r>
            <w:proofErr w:type="spellStart"/>
            <w:r>
              <w:t>Qp</w:t>
            </w:r>
            <w:proofErr w:type="spellEnd"/>
            <w:r>
              <w:t>/Qs, EF )</w:t>
            </w:r>
          </w:p>
          <w:p w14:paraId="2ACC9F99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półautomatycznych</w:t>
            </w:r>
            <w:proofErr w:type="spellEnd"/>
            <w:r>
              <w:t xml:space="preserve"> </w:t>
            </w:r>
            <w:proofErr w:type="spellStart"/>
            <w:r>
              <w:t>pomiarów</w:t>
            </w:r>
            <w:proofErr w:type="spellEnd"/>
            <w:r>
              <w:t xml:space="preserve"> 2D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lewej</w:t>
            </w:r>
            <w:proofErr w:type="spellEnd"/>
            <w:r>
              <w:t xml:space="preserve"> </w:t>
            </w:r>
            <w:proofErr w:type="spellStart"/>
            <w:r>
              <w:t>komory</w:t>
            </w:r>
            <w:proofErr w:type="spellEnd"/>
            <w:r>
              <w:t xml:space="preserve"> </w:t>
            </w:r>
            <w:proofErr w:type="spellStart"/>
            <w:r>
              <w:t>serca</w:t>
            </w:r>
            <w:proofErr w:type="spellEnd"/>
            <w:r>
              <w:t xml:space="preserve"> w </w:t>
            </w:r>
            <w:proofErr w:type="spellStart"/>
            <w:r>
              <w:t>projekcji</w:t>
            </w:r>
            <w:proofErr w:type="spellEnd"/>
            <w:r>
              <w:t xml:space="preserve"> </w:t>
            </w:r>
            <w:proofErr w:type="spellStart"/>
            <w:r>
              <w:t>przymostkowej</w:t>
            </w:r>
            <w:proofErr w:type="spellEnd"/>
            <w:r>
              <w:t xml:space="preserve"> </w:t>
            </w:r>
            <w:proofErr w:type="spellStart"/>
            <w:r>
              <w:t>długiej</w:t>
            </w:r>
            <w:proofErr w:type="spellEnd"/>
            <w:r>
              <w:t xml:space="preserve"> </w:t>
            </w:r>
            <w:proofErr w:type="spellStart"/>
            <w:r>
              <w:t>oparte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sztucznej</w:t>
            </w:r>
            <w:proofErr w:type="spellEnd"/>
            <w:r>
              <w:t xml:space="preserve"> </w:t>
            </w:r>
            <w:proofErr w:type="spellStart"/>
            <w:r>
              <w:t>inteligencji</w:t>
            </w:r>
            <w:proofErr w:type="spellEnd"/>
            <w:r>
              <w:t xml:space="preserve">. </w:t>
            </w:r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zapewnia</w:t>
            </w:r>
            <w:proofErr w:type="spellEnd"/>
            <w:r>
              <w:t xml:space="preserve"> </w:t>
            </w:r>
            <w:proofErr w:type="spellStart"/>
            <w:r>
              <w:t>automatyczny</w:t>
            </w:r>
            <w:proofErr w:type="spellEnd"/>
            <w:r>
              <w:t xml:space="preserve"> </w:t>
            </w:r>
            <w:proofErr w:type="spellStart"/>
            <w:r>
              <w:t>pomiar</w:t>
            </w:r>
            <w:proofErr w:type="spellEnd"/>
            <w:r>
              <w:t xml:space="preserve"> bez </w:t>
            </w:r>
            <w:proofErr w:type="spellStart"/>
            <w:r>
              <w:t>konieczności</w:t>
            </w:r>
            <w:proofErr w:type="spellEnd"/>
            <w:r>
              <w:t xml:space="preserve"> </w:t>
            </w:r>
            <w:proofErr w:type="spellStart"/>
            <w:r>
              <w:t>wskazania</w:t>
            </w:r>
            <w:proofErr w:type="spellEnd"/>
            <w:r>
              <w:t xml:space="preserve"> </w:t>
            </w:r>
            <w:proofErr w:type="spellStart"/>
            <w:r>
              <w:t>fazy</w:t>
            </w:r>
            <w:proofErr w:type="spellEnd"/>
            <w:r>
              <w:t xml:space="preserve"> </w:t>
            </w:r>
            <w:proofErr w:type="spellStart"/>
            <w:r>
              <w:t>skurczowej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rozkurczowej</w:t>
            </w:r>
            <w:proofErr w:type="spellEnd"/>
            <w:r>
              <w:t xml:space="preserve"> </w:t>
            </w:r>
            <w:proofErr w:type="spellStart"/>
            <w:r>
              <w:t>serca</w:t>
            </w:r>
            <w:proofErr w:type="spellEnd"/>
            <w:r>
              <w:t>.</w:t>
            </w:r>
          </w:p>
          <w:p w14:paraId="07137E10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automatycznego</w:t>
            </w:r>
            <w:proofErr w:type="spellEnd"/>
            <w:r>
              <w:t xml:space="preserve"> </w:t>
            </w:r>
            <w:proofErr w:type="spellStart"/>
            <w:r>
              <w:t>rozpoznawania</w:t>
            </w:r>
            <w:proofErr w:type="spellEnd"/>
            <w:r>
              <w:t xml:space="preserve"> </w:t>
            </w:r>
            <w:proofErr w:type="spellStart"/>
            <w:r>
              <w:t>najczęściej</w:t>
            </w:r>
            <w:proofErr w:type="spellEnd"/>
            <w:r>
              <w:t xml:space="preserve"> </w:t>
            </w:r>
            <w:proofErr w:type="spellStart"/>
            <w:r>
              <w:t>uzyskiwanych</w:t>
            </w:r>
            <w:proofErr w:type="spellEnd"/>
            <w:r>
              <w:t xml:space="preserve"> w </w:t>
            </w:r>
            <w:proofErr w:type="spellStart"/>
            <w:r>
              <w:t>echokardiografii</w:t>
            </w:r>
            <w:proofErr w:type="spellEnd"/>
            <w:r>
              <w:t xml:space="preserve"> </w:t>
            </w:r>
            <w:proofErr w:type="spellStart"/>
            <w:r>
              <w:t>rodzajów</w:t>
            </w:r>
            <w:proofErr w:type="spellEnd"/>
            <w:r>
              <w:t xml:space="preserve"> </w:t>
            </w:r>
            <w:proofErr w:type="spellStart"/>
            <w:r>
              <w:t>spektrum</w:t>
            </w:r>
            <w:proofErr w:type="spellEnd"/>
            <w:r>
              <w:t xml:space="preserve"> </w:t>
            </w:r>
            <w:proofErr w:type="spellStart"/>
            <w:r>
              <w:t>dopplerowskiego</w:t>
            </w:r>
            <w:proofErr w:type="spellEnd"/>
            <w:r>
              <w:t xml:space="preserve"> </w:t>
            </w:r>
            <w:proofErr w:type="spellStart"/>
            <w:r>
              <w:t>bazujące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sztucznej</w:t>
            </w:r>
            <w:proofErr w:type="spellEnd"/>
            <w:r>
              <w:t xml:space="preserve"> </w:t>
            </w:r>
            <w:proofErr w:type="spellStart"/>
            <w:r>
              <w:t>inteligencji</w:t>
            </w:r>
            <w:proofErr w:type="spellEnd"/>
            <w:r>
              <w:t xml:space="preserve">. </w:t>
            </w:r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umożliwiające</w:t>
            </w:r>
            <w:proofErr w:type="spellEnd"/>
            <w:r>
              <w:t xml:space="preserve"> </w:t>
            </w:r>
            <w:proofErr w:type="spellStart"/>
            <w:r>
              <w:t>pomiary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zastawki</w:t>
            </w:r>
            <w:proofErr w:type="spellEnd"/>
            <w:r>
              <w:t xml:space="preserve"> </w:t>
            </w:r>
            <w:proofErr w:type="spellStart"/>
            <w:r>
              <w:t>aortalnej</w:t>
            </w:r>
            <w:proofErr w:type="spellEnd"/>
            <w:r>
              <w:t xml:space="preserve">, </w:t>
            </w:r>
            <w:proofErr w:type="spellStart"/>
            <w:r>
              <w:t>mitralnej</w:t>
            </w:r>
            <w:proofErr w:type="spellEnd"/>
            <w:r>
              <w:t xml:space="preserve">, </w:t>
            </w:r>
            <w:proofErr w:type="spellStart"/>
            <w:r>
              <w:t>trójdzielnej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płucnej</w:t>
            </w:r>
            <w:proofErr w:type="spellEnd"/>
            <w:r>
              <w:t xml:space="preserve">, a </w:t>
            </w:r>
            <w:proofErr w:type="spellStart"/>
            <w:r>
              <w:t>także</w:t>
            </w:r>
            <w:proofErr w:type="spellEnd"/>
            <w:r>
              <w:t xml:space="preserve"> </w:t>
            </w:r>
            <w:proofErr w:type="spellStart"/>
            <w:r>
              <w:t>dopplera</w:t>
            </w:r>
            <w:proofErr w:type="spellEnd"/>
            <w:r>
              <w:t xml:space="preserve"> </w:t>
            </w:r>
            <w:proofErr w:type="spellStart"/>
            <w:r>
              <w:t>tkankowego</w:t>
            </w:r>
            <w:proofErr w:type="spellEnd"/>
            <w:r>
              <w:t>.</w:t>
            </w:r>
          </w:p>
          <w:p w14:paraId="11D7D840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analizy</w:t>
            </w:r>
            <w:proofErr w:type="spellEnd"/>
            <w:r>
              <w:t xml:space="preserve"> </w:t>
            </w:r>
            <w:proofErr w:type="spellStart"/>
            <w:r>
              <w:t>badań</w:t>
            </w:r>
            <w:proofErr w:type="spellEnd"/>
            <w:r>
              <w:t xml:space="preserve"> </w:t>
            </w:r>
            <w:proofErr w:type="spellStart"/>
            <w:r>
              <w:lastRenderedPageBreak/>
              <w:t>wysiłkowych</w:t>
            </w:r>
            <w:proofErr w:type="spellEnd"/>
            <w:r>
              <w:t xml:space="preserve"> z </w:t>
            </w:r>
            <w:proofErr w:type="spellStart"/>
            <w:r>
              <w:t>możliwością</w:t>
            </w:r>
            <w:proofErr w:type="spellEnd"/>
            <w:r>
              <w:t xml:space="preserve"> </w:t>
            </w:r>
            <w:proofErr w:type="spellStart"/>
            <w:r>
              <w:t>zapamiętywania</w:t>
            </w:r>
            <w:proofErr w:type="spellEnd"/>
            <w:r>
              <w:t xml:space="preserve"> </w:t>
            </w:r>
            <w:proofErr w:type="spellStart"/>
            <w:r>
              <w:t>nastaw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  <w:r>
              <w:t xml:space="preserve"> </w:t>
            </w:r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każdej</w:t>
            </w:r>
            <w:proofErr w:type="spellEnd"/>
            <w:r>
              <w:t xml:space="preserve"> z </w:t>
            </w:r>
            <w:proofErr w:type="spellStart"/>
            <w:r>
              <w:t>projekcji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przywoływania</w:t>
            </w:r>
            <w:proofErr w:type="spellEnd"/>
            <w:r>
              <w:t xml:space="preserve"> ich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następnym</w:t>
            </w:r>
            <w:proofErr w:type="spellEnd"/>
            <w:r>
              <w:t xml:space="preserve"> </w:t>
            </w:r>
            <w:proofErr w:type="spellStart"/>
            <w:r>
              <w:t>poziomie</w:t>
            </w:r>
            <w:proofErr w:type="spellEnd"/>
          </w:p>
          <w:p w14:paraId="208FB7B7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automatycznego</w:t>
            </w:r>
            <w:proofErr w:type="spellEnd"/>
            <w:r>
              <w:t xml:space="preserve"> </w:t>
            </w:r>
            <w:proofErr w:type="spellStart"/>
            <w:r>
              <w:t>wyliczania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frakcji</w:t>
            </w:r>
            <w:proofErr w:type="spellEnd"/>
            <w:r>
              <w:t xml:space="preserve"> </w:t>
            </w:r>
            <w:proofErr w:type="spellStart"/>
            <w:r>
              <w:t>wyrzutowej</w:t>
            </w:r>
            <w:proofErr w:type="spellEnd"/>
            <w:r>
              <w:t xml:space="preserve"> z </w:t>
            </w:r>
            <w:proofErr w:type="spellStart"/>
            <w:r>
              <w:t>wyborem</w:t>
            </w:r>
            <w:proofErr w:type="spellEnd"/>
            <w:r>
              <w:t xml:space="preserve"> </w:t>
            </w:r>
            <w:proofErr w:type="spellStart"/>
            <w:r>
              <w:t>najlepszych</w:t>
            </w:r>
            <w:proofErr w:type="spellEnd"/>
            <w:r>
              <w:t xml:space="preserve"> </w:t>
            </w:r>
            <w:proofErr w:type="spellStart"/>
            <w:r>
              <w:t>obrazów</w:t>
            </w:r>
            <w:proofErr w:type="spellEnd"/>
            <w:r>
              <w:t xml:space="preserve"> do </w:t>
            </w:r>
            <w:proofErr w:type="spellStart"/>
            <w:r>
              <w:t>kalkulacji</w:t>
            </w:r>
            <w:proofErr w:type="spellEnd"/>
            <w:r>
              <w:t xml:space="preserve">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pomocy</w:t>
            </w:r>
            <w:proofErr w:type="spellEnd"/>
            <w:r>
              <w:t xml:space="preserve"> </w:t>
            </w:r>
            <w:proofErr w:type="spellStart"/>
            <w:r>
              <w:t>sztucznej</w:t>
            </w:r>
            <w:proofErr w:type="spellEnd"/>
            <w:r>
              <w:t xml:space="preserve"> </w:t>
            </w:r>
            <w:proofErr w:type="spellStart"/>
            <w:r>
              <w:t>inteligencji</w:t>
            </w:r>
            <w:proofErr w:type="spellEnd"/>
            <w:r>
              <w:t xml:space="preserve">. </w:t>
            </w:r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wyliczenia</w:t>
            </w:r>
            <w:proofErr w:type="spellEnd"/>
            <w:r>
              <w:t xml:space="preserve"> </w:t>
            </w:r>
            <w:proofErr w:type="spellStart"/>
            <w:r>
              <w:t>fakcji</w:t>
            </w:r>
            <w:proofErr w:type="spellEnd"/>
            <w:r>
              <w:t xml:space="preserve"> </w:t>
            </w:r>
            <w:proofErr w:type="spellStart"/>
            <w:r>
              <w:t>wyrzutowej</w:t>
            </w:r>
            <w:proofErr w:type="spellEnd"/>
            <w:r>
              <w:t xml:space="preserve"> bez </w:t>
            </w:r>
            <w:proofErr w:type="spellStart"/>
            <w:r>
              <w:t>rejestrowania</w:t>
            </w:r>
            <w:proofErr w:type="spellEnd"/>
            <w:r>
              <w:t xml:space="preserve"> </w:t>
            </w:r>
            <w:proofErr w:type="spellStart"/>
            <w:r>
              <w:t>sygnału</w:t>
            </w:r>
            <w:proofErr w:type="spellEnd"/>
            <w:r>
              <w:t xml:space="preserve"> EKG</w:t>
            </w:r>
          </w:p>
          <w:p w14:paraId="44879E41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automatycznego</w:t>
            </w:r>
            <w:proofErr w:type="spellEnd"/>
            <w:r>
              <w:t xml:space="preserve"> </w:t>
            </w:r>
            <w:proofErr w:type="spellStart"/>
            <w:r>
              <w:t>wyliczania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odkształcenia</w:t>
            </w:r>
            <w:proofErr w:type="spellEnd"/>
            <w:r>
              <w:t xml:space="preserve"> </w:t>
            </w:r>
            <w:proofErr w:type="spellStart"/>
            <w:r>
              <w:t>mięśnia</w:t>
            </w:r>
            <w:proofErr w:type="spellEnd"/>
            <w:r>
              <w:t xml:space="preserve"> </w:t>
            </w:r>
            <w:proofErr w:type="spellStart"/>
            <w:r>
              <w:t>lewej</w:t>
            </w:r>
            <w:proofErr w:type="spellEnd"/>
            <w:r>
              <w:t xml:space="preserve"> </w:t>
            </w:r>
            <w:proofErr w:type="spellStart"/>
            <w:r>
              <w:t>komory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frakcji</w:t>
            </w:r>
            <w:proofErr w:type="spellEnd"/>
            <w:r>
              <w:t xml:space="preserve"> </w:t>
            </w:r>
            <w:proofErr w:type="spellStart"/>
            <w:r>
              <w:t>wyrzutowej</w:t>
            </w:r>
            <w:proofErr w:type="spellEnd"/>
            <w:r>
              <w:t xml:space="preserve"> z </w:t>
            </w:r>
            <w:proofErr w:type="spellStart"/>
            <w:r>
              <w:t>wyborem</w:t>
            </w:r>
            <w:proofErr w:type="spellEnd"/>
            <w:r>
              <w:t xml:space="preserve"> </w:t>
            </w:r>
            <w:proofErr w:type="spellStart"/>
            <w:r>
              <w:t>najlepszych</w:t>
            </w:r>
            <w:proofErr w:type="spellEnd"/>
            <w:r>
              <w:t xml:space="preserve"> </w:t>
            </w:r>
            <w:proofErr w:type="spellStart"/>
            <w:r>
              <w:t>obrazów</w:t>
            </w:r>
            <w:proofErr w:type="spellEnd"/>
            <w:r>
              <w:t xml:space="preserve"> do </w:t>
            </w:r>
            <w:proofErr w:type="spellStart"/>
            <w:r>
              <w:t>kalkulacji</w:t>
            </w:r>
            <w:proofErr w:type="spellEnd"/>
            <w:r>
              <w:t xml:space="preserve"> </w:t>
            </w:r>
            <w:proofErr w:type="spellStart"/>
            <w:r>
              <w:t>przy</w:t>
            </w:r>
            <w:proofErr w:type="spellEnd"/>
            <w:r>
              <w:t xml:space="preserve"> </w:t>
            </w:r>
            <w:proofErr w:type="spellStart"/>
            <w:r>
              <w:t>pomocy</w:t>
            </w:r>
            <w:proofErr w:type="spellEnd"/>
            <w:r>
              <w:t xml:space="preserve"> </w:t>
            </w:r>
            <w:proofErr w:type="spellStart"/>
            <w:r>
              <w:t>sztucznej</w:t>
            </w:r>
            <w:proofErr w:type="spellEnd"/>
            <w:r>
              <w:t xml:space="preserve"> </w:t>
            </w:r>
            <w:proofErr w:type="spellStart"/>
            <w:r>
              <w:t>inteligencji</w:t>
            </w:r>
            <w:proofErr w:type="spellEnd"/>
          </w:p>
          <w:p w14:paraId="21CEF4FD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do </w:t>
            </w:r>
            <w:proofErr w:type="spellStart"/>
            <w:r>
              <w:t>wyznaczania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  <w:r>
              <w:t xml:space="preserve"> </w:t>
            </w:r>
            <w:proofErr w:type="spellStart"/>
            <w:r>
              <w:t>wykonywanej</w:t>
            </w:r>
            <w:proofErr w:type="spellEnd"/>
            <w:r>
              <w:t xml:space="preserve"> </w:t>
            </w:r>
            <w:proofErr w:type="spellStart"/>
            <w:r>
              <w:t>przez</w:t>
            </w:r>
            <w:proofErr w:type="spellEnd"/>
            <w:r>
              <w:t xml:space="preserve"> </w:t>
            </w:r>
            <w:proofErr w:type="spellStart"/>
            <w:r>
              <w:t>mięsień</w:t>
            </w:r>
            <w:proofErr w:type="spellEnd"/>
            <w:r>
              <w:t xml:space="preserve"> </w:t>
            </w:r>
            <w:proofErr w:type="spellStart"/>
            <w:r>
              <w:t>lewej</w:t>
            </w:r>
            <w:proofErr w:type="spellEnd"/>
            <w:r>
              <w:t xml:space="preserve"> </w:t>
            </w:r>
            <w:proofErr w:type="spellStart"/>
            <w:r>
              <w:t>komory</w:t>
            </w:r>
            <w:proofErr w:type="spellEnd"/>
            <w:r>
              <w:t xml:space="preserve"> z </w:t>
            </w:r>
            <w:proofErr w:type="spellStart"/>
            <w:r>
              <w:t>wykorzystaniem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odkształcenia</w:t>
            </w:r>
            <w:proofErr w:type="spellEnd"/>
            <w:r>
              <w:t xml:space="preserve"> </w:t>
            </w:r>
            <w:proofErr w:type="spellStart"/>
            <w:r>
              <w:t>oraz</w:t>
            </w:r>
            <w:proofErr w:type="spellEnd"/>
            <w:r>
              <w:t xml:space="preserve"> </w:t>
            </w:r>
            <w:proofErr w:type="spellStart"/>
            <w:r>
              <w:t>ciśnienia</w:t>
            </w:r>
            <w:proofErr w:type="spellEnd"/>
            <w:r>
              <w:t xml:space="preserve"> </w:t>
            </w:r>
            <w:proofErr w:type="spellStart"/>
            <w:r>
              <w:t>skurczowego</w:t>
            </w:r>
            <w:proofErr w:type="spellEnd"/>
          </w:p>
          <w:p w14:paraId="1B994B6E" w14:textId="77777777" w:rsidR="00032BE8" w:rsidRDefault="00032BE8" w:rsidP="00032BE8">
            <w:proofErr w:type="spellStart"/>
            <w:r>
              <w:t>Funkcja</w:t>
            </w:r>
            <w:proofErr w:type="spellEnd"/>
            <w:r>
              <w:t xml:space="preserve"> </w:t>
            </w:r>
            <w:proofErr w:type="spellStart"/>
            <w:r>
              <w:t>dopplera</w:t>
            </w:r>
            <w:proofErr w:type="spellEnd"/>
            <w:r>
              <w:t xml:space="preserve"> </w:t>
            </w:r>
            <w:proofErr w:type="spellStart"/>
            <w:r>
              <w:t>kolorowego</w:t>
            </w:r>
            <w:proofErr w:type="spellEnd"/>
            <w:r>
              <w:t xml:space="preserve"> </w:t>
            </w:r>
            <w:proofErr w:type="spellStart"/>
            <w:r>
              <w:t>tkankowego</w:t>
            </w:r>
            <w:proofErr w:type="spellEnd"/>
          </w:p>
          <w:p w14:paraId="62EF734E" w14:textId="77777777" w:rsidR="00032BE8" w:rsidRDefault="00032BE8" w:rsidP="00032BE8">
            <w:proofErr w:type="spellStart"/>
            <w:r>
              <w:t>Oprogramowanie</w:t>
            </w:r>
            <w:proofErr w:type="spellEnd"/>
            <w:r>
              <w:t xml:space="preserve"> </w:t>
            </w:r>
            <w:proofErr w:type="spellStart"/>
            <w:r>
              <w:t>Dicom</w:t>
            </w:r>
            <w:proofErr w:type="spellEnd"/>
            <w:r>
              <w:t xml:space="preserve"> 3.0</w:t>
            </w:r>
          </w:p>
          <w:p w14:paraId="172767F5" w14:textId="77777777" w:rsidR="00032BE8" w:rsidRDefault="00032BE8" w:rsidP="00032BE8">
            <w:r>
              <w:t>INNE</w:t>
            </w:r>
          </w:p>
          <w:p w14:paraId="5DCBD5B4" w14:textId="77777777" w:rsidR="00032BE8" w:rsidRDefault="00032BE8" w:rsidP="00032BE8"/>
          <w:p w14:paraId="6FD240F7" w14:textId="77777777" w:rsidR="00032BE8" w:rsidRDefault="00032BE8" w:rsidP="00032BE8">
            <w:proofErr w:type="spellStart"/>
            <w:r>
              <w:t>Videoprinter</w:t>
            </w:r>
            <w:proofErr w:type="spellEnd"/>
            <w:r>
              <w:t xml:space="preserve"> </w:t>
            </w:r>
            <w:proofErr w:type="spellStart"/>
            <w:r>
              <w:t>czarno-biały</w:t>
            </w:r>
            <w:proofErr w:type="spellEnd"/>
            <w:r>
              <w:t xml:space="preserve"> </w:t>
            </w:r>
            <w:proofErr w:type="spellStart"/>
            <w:r>
              <w:t>sterowany</w:t>
            </w:r>
            <w:proofErr w:type="spellEnd"/>
            <w:r>
              <w:t xml:space="preserve"> z </w:t>
            </w:r>
            <w:proofErr w:type="spellStart"/>
            <w:r>
              <w:t>klawiatury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</w:p>
          <w:p w14:paraId="7013371E" w14:textId="77777777" w:rsidR="00032BE8" w:rsidRDefault="00032BE8" w:rsidP="00032BE8">
            <w:proofErr w:type="spellStart"/>
            <w:r>
              <w:t>Zintegrowany</w:t>
            </w:r>
            <w:proofErr w:type="spellEnd"/>
            <w:r>
              <w:t xml:space="preserve"> </w:t>
            </w:r>
            <w:proofErr w:type="spellStart"/>
            <w:r>
              <w:t>moduł</w:t>
            </w:r>
            <w:proofErr w:type="spellEnd"/>
            <w:r>
              <w:t xml:space="preserve"> EKG:</w:t>
            </w:r>
          </w:p>
          <w:p w14:paraId="2C366F9D" w14:textId="77777777" w:rsidR="00032BE8" w:rsidRDefault="00032BE8" w:rsidP="00032BE8">
            <w:r>
              <w:t>1)</w:t>
            </w:r>
            <w:r>
              <w:tab/>
            </w:r>
            <w:proofErr w:type="spellStart"/>
            <w:r>
              <w:t>prezentacja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ekranie</w:t>
            </w:r>
            <w:proofErr w:type="spellEnd"/>
            <w:r>
              <w:t xml:space="preserve"> </w:t>
            </w:r>
            <w:proofErr w:type="spellStart"/>
            <w:r>
              <w:t>przebiegu</w:t>
            </w:r>
            <w:proofErr w:type="spellEnd"/>
            <w:r>
              <w:t xml:space="preserve"> EKG </w:t>
            </w:r>
            <w:proofErr w:type="spellStart"/>
            <w:r>
              <w:t>badanego</w:t>
            </w:r>
            <w:proofErr w:type="spellEnd"/>
            <w:r>
              <w:t xml:space="preserve"> </w:t>
            </w:r>
            <w:proofErr w:type="spellStart"/>
            <w:r>
              <w:t>pacjenta</w:t>
            </w:r>
            <w:proofErr w:type="spellEnd"/>
          </w:p>
          <w:p w14:paraId="3F649B4C" w14:textId="77777777" w:rsidR="00032BE8" w:rsidRDefault="00032BE8" w:rsidP="00032BE8">
            <w:r>
              <w:t>2)</w:t>
            </w:r>
            <w:r>
              <w:tab/>
            </w:r>
            <w:proofErr w:type="spellStart"/>
            <w:r>
              <w:t>kabel</w:t>
            </w:r>
            <w:proofErr w:type="spellEnd"/>
            <w:r>
              <w:t xml:space="preserve"> EKG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elektrody</w:t>
            </w:r>
            <w:proofErr w:type="spellEnd"/>
            <w:r>
              <w:t xml:space="preserve"> </w:t>
            </w:r>
            <w:proofErr w:type="spellStart"/>
            <w:r>
              <w:t>samoprzylepne</w:t>
            </w:r>
            <w:proofErr w:type="spellEnd"/>
          </w:p>
          <w:p w14:paraId="11A69478" w14:textId="77777777" w:rsidR="00032BE8" w:rsidRDefault="00032BE8" w:rsidP="00032BE8">
            <w:r>
              <w:t>GŁOWICE</w:t>
            </w:r>
          </w:p>
          <w:p w14:paraId="3E9A7B9D" w14:textId="77777777" w:rsidR="00032BE8" w:rsidRDefault="00032BE8" w:rsidP="00032BE8">
            <w:proofErr w:type="spellStart"/>
            <w:r>
              <w:t>Głowica</w:t>
            </w:r>
            <w:proofErr w:type="spellEnd"/>
            <w:r>
              <w:t xml:space="preserve"> </w:t>
            </w:r>
            <w:proofErr w:type="spellStart"/>
            <w:r>
              <w:t>sektorowa</w:t>
            </w:r>
            <w:proofErr w:type="spellEnd"/>
            <w:r>
              <w:t xml:space="preserve">, </w:t>
            </w:r>
            <w:proofErr w:type="spellStart"/>
            <w:r>
              <w:t>matrycowa</w:t>
            </w:r>
            <w:proofErr w:type="spellEnd"/>
            <w:r>
              <w:t xml:space="preserve"> do </w:t>
            </w:r>
            <w:proofErr w:type="spellStart"/>
            <w:r>
              <w:t>obrazowania</w:t>
            </w:r>
            <w:proofErr w:type="spellEnd"/>
            <w:r>
              <w:t xml:space="preserve"> </w:t>
            </w:r>
            <w:proofErr w:type="spellStart"/>
            <w:r>
              <w:t>objętościowego</w:t>
            </w:r>
            <w:proofErr w:type="spellEnd"/>
            <w:r>
              <w:t xml:space="preserve"> </w:t>
            </w:r>
            <w:proofErr w:type="spellStart"/>
            <w:r>
              <w:t>przezklatkowego</w:t>
            </w:r>
            <w:proofErr w:type="spellEnd"/>
            <w:r>
              <w:t xml:space="preserve"> :</w:t>
            </w:r>
          </w:p>
          <w:p w14:paraId="4784FC78" w14:textId="77777777" w:rsidR="00032BE8" w:rsidRDefault="00032BE8" w:rsidP="00032BE8">
            <w:r>
              <w:t xml:space="preserve">1) </w:t>
            </w:r>
            <w:proofErr w:type="spellStart"/>
            <w:r>
              <w:t>częstotliwość</w:t>
            </w:r>
            <w:proofErr w:type="spellEnd"/>
            <w:r>
              <w:t xml:space="preserve">  </w:t>
            </w:r>
            <w:proofErr w:type="spellStart"/>
            <w:r>
              <w:t>pracy</w:t>
            </w:r>
            <w:proofErr w:type="spellEnd"/>
            <w:r>
              <w:t xml:space="preserve"> –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mniejsza</w:t>
            </w:r>
            <w:proofErr w:type="spellEnd"/>
            <w:r>
              <w:t xml:space="preserve"> </w:t>
            </w:r>
            <w:proofErr w:type="spellStart"/>
            <w:r>
              <w:t>niż</w:t>
            </w:r>
            <w:proofErr w:type="spellEnd"/>
            <w:r>
              <w:t xml:space="preserve"> w </w:t>
            </w:r>
            <w:proofErr w:type="spellStart"/>
            <w:r>
              <w:t>zakresie</w:t>
            </w:r>
            <w:proofErr w:type="spellEnd"/>
            <w:r>
              <w:t xml:space="preserve"> 1,5 MHz ÷ 5,0 MHz</w:t>
            </w:r>
          </w:p>
          <w:p w14:paraId="53D6578B" w14:textId="77777777" w:rsidR="00032BE8" w:rsidRDefault="00032BE8" w:rsidP="00032BE8">
            <w:r>
              <w:t xml:space="preserve">2) </w:t>
            </w:r>
            <w:proofErr w:type="spellStart"/>
            <w:r>
              <w:t>ilość</w:t>
            </w:r>
            <w:proofErr w:type="spellEnd"/>
            <w:r>
              <w:t xml:space="preserve"> </w:t>
            </w:r>
            <w:proofErr w:type="spellStart"/>
            <w:r>
              <w:t>fizycznych</w:t>
            </w:r>
            <w:proofErr w:type="spellEnd"/>
            <w:r>
              <w:t xml:space="preserve"> </w:t>
            </w:r>
            <w:proofErr w:type="spellStart"/>
            <w:r>
              <w:t>elementów</w:t>
            </w:r>
            <w:proofErr w:type="spellEnd"/>
            <w:r>
              <w:t xml:space="preserve"> </w:t>
            </w:r>
            <w:proofErr w:type="spellStart"/>
            <w:r>
              <w:t>piezoelektrycznych</w:t>
            </w:r>
            <w:proofErr w:type="spellEnd"/>
            <w:r>
              <w:t>-  min. 5000</w:t>
            </w:r>
          </w:p>
          <w:p w14:paraId="60E94211" w14:textId="77777777" w:rsidR="00032BE8" w:rsidRDefault="00032BE8" w:rsidP="00032BE8">
            <w:proofErr w:type="spellStart"/>
            <w:r>
              <w:t>Głowica</w:t>
            </w:r>
            <w:proofErr w:type="spellEnd"/>
            <w:r>
              <w:t xml:space="preserve"> </w:t>
            </w:r>
            <w:proofErr w:type="spellStart"/>
            <w:r>
              <w:t>liniowa</w:t>
            </w:r>
            <w:proofErr w:type="spellEnd"/>
            <w:r>
              <w:t xml:space="preserve">, </w:t>
            </w:r>
            <w:proofErr w:type="spellStart"/>
            <w:r>
              <w:t>naczyniowa</w:t>
            </w:r>
            <w:proofErr w:type="spellEnd"/>
            <w:r>
              <w:t>:</w:t>
            </w:r>
          </w:p>
          <w:p w14:paraId="6F986675" w14:textId="77777777" w:rsidR="00032BE8" w:rsidRDefault="00032BE8" w:rsidP="00032BE8">
            <w:r>
              <w:t xml:space="preserve">1) </w:t>
            </w:r>
            <w:proofErr w:type="spellStart"/>
            <w:r>
              <w:t>częstotliwość</w:t>
            </w:r>
            <w:proofErr w:type="spellEnd"/>
            <w:r>
              <w:t xml:space="preserve">  </w:t>
            </w:r>
            <w:proofErr w:type="spellStart"/>
            <w:r>
              <w:t>pracy</w:t>
            </w:r>
            <w:proofErr w:type="spellEnd"/>
            <w:r>
              <w:t xml:space="preserve"> –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mniejsza</w:t>
            </w:r>
            <w:proofErr w:type="spellEnd"/>
            <w:r>
              <w:t xml:space="preserve"> </w:t>
            </w:r>
            <w:proofErr w:type="spellStart"/>
            <w:r>
              <w:t>niż</w:t>
            </w:r>
            <w:proofErr w:type="spellEnd"/>
            <w:r>
              <w:t xml:space="preserve"> w </w:t>
            </w:r>
            <w:proofErr w:type="spellStart"/>
            <w:r>
              <w:t>zakresie</w:t>
            </w:r>
            <w:proofErr w:type="spellEnd"/>
            <w:r>
              <w:t xml:space="preserve"> 2,0 MHz ÷ 9,0 MHz</w:t>
            </w:r>
          </w:p>
          <w:p w14:paraId="449F8001" w14:textId="77777777" w:rsidR="00032BE8" w:rsidRDefault="00032BE8" w:rsidP="00032BE8">
            <w:r>
              <w:t xml:space="preserve">2) </w:t>
            </w:r>
            <w:proofErr w:type="spellStart"/>
            <w:r>
              <w:t>ilość</w:t>
            </w:r>
            <w:proofErr w:type="spellEnd"/>
            <w:r>
              <w:t xml:space="preserve"> </w:t>
            </w:r>
            <w:proofErr w:type="spellStart"/>
            <w:r>
              <w:t>fizycznych</w:t>
            </w:r>
            <w:proofErr w:type="spellEnd"/>
            <w:r>
              <w:t xml:space="preserve"> </w:t>
            </w:r>
            <w:proofErr w:type="spellStart"/>
            <w:r>
              <w:t>elementów</w:t>
            </w:r>
            <w:proofErr w:type="spellEnd"/>
            <w:r>
              <w:t xml:space="preserve"> </w:t>
            </w:r>
            <w:proofErr w:type="spellStart"/>
            <w:r>
              <w:t>piezoelektrycznych</w:t>
            </w:r>
            <w:proofErr w:type="spellEnd"/>
            <w:r>
              <w:t>-  min. 190</w:t>
            </w:r>
          </w:p>
          <w:p w14:paraId="35FE769D" w14:textId="77777777" w:rsidR="00032BE8" w:rsidRDefault="00032BE8" w:rsidP="00032BE8">
            <w:r>
              <w:t xml:space="preserve">3) </w:t>
            </w:r>
            <w:proofErr w:type="spellStart"/>
            <w:r>
              <w:t>szerokość</w:t>
            </w:r>
            <w:proofErr w:type="spellEnd"/>
            <w:r>
              <w:t xml:space="preserve"> </w:t>
            </w:r>
            <w:proofErr w:type="spellStart"/>
            <w:r>
              <w:t>pola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– min. 44 mm</w:t>
            </w:r>
          </w:p>
          <w:p w14:paraId="7E192D1D" w14:textId="77777777" w:rsidR="00032BE8" w:rsidRDefault="00032BE8" w:rsidP="00032BE8">
            <w:proofErr w:type="spellStart"/>
            <w:r>
              <w:t>Głowica</w:t>
            </w:r>
            <w:proofErr w:type="spellEnd"/>
            <w:r>
              <w:t xml:space="preserve"> </w:t>
            </w:r>
            <w:proofErr w:type="spellStart"/>
            <w:r>
              <w:t>liniowa</w:t>
            </w:r>
            <w:proofErr w:type="spellEnd"/>
            <w:r>
              <w:t xml:space="preserve">, </w:t>
            </w:r>
            <w:proofErr w:type="spellStart"/>
            <w:r>
              <w:t>hokejowa</w:t>
            </w:r>
            <w:proofErr w:type="spellEnd"/>
            <w:r>
              <w:t>:</w:t>
            </w:r>
          </w:p>
          <w:p w14:paraId="26E4A7B3" w14:textId="77777777" w:rsidR="00032BE8" w:rsidRDefault="00032BE8" w:rsidP="00032BE8">
            <w:r>
              <w:t xml:space="preserve">1) </w:t>
            </w:r>
            <w:proofErr w:type="spellStart"/>
            <w:r>
              <w:t>częstotliwość</w:t>
            </w:r>
            <w:proofErr w:type="spellEnd"/>
            <w:r>
              <w:t xml:space="preserve">  </w:t>
            </w:r>
            <w:proofErr w:type="spellStart"/>
            <w:r>
              <w:t>pracy</w:t>
            </w:r>
            <w:proofErr w:type="spellEnd"/>
            <w:r>
              <w:t xml:space="preserve"> –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mniejsza</w:t>
            </w:r>
            <w:proofErr w:type="spellEnd"/>
            <w:r>
              <w:t xml:space="preserve"> </w:t>
            </w:r>
            <w:proofErr w:type="spellStart"/>
            <w:r>
              <w:t>niż</w:t>
            </w:r>
            <w:proofErr w:type="spellEnd"/>
            <w:r>
              <w:t xml:space="preserve"> w </w:t>
            </w:r>
            <w:proofErr w:type="spellStart"/>
            <w:r>
              <w:t>zakresie</w:t>
            </w:r>
            <w:proofErr w:type="spellEnd"/>
            <w:r>
              <w:t xml:space="preserve"> 5,0 MHz ÷ 7,0 MHz</w:t>
            </w:r>
          </w:p>
          <w:p w14:paraId="2D0242BD" w14:textId="77777777" w:rsidR="00032BE8" w:rsidRDefault="00032BE8" w:rsidP="00032BE8">
            <w:r>
              <w:lastRenderedPageBreak/>
              <w:t xml:space="preserve">2) </w:t>
            </w:r>
            <w:proofErr w:type="spellStart"/>
            <w:r>
              <w:t>ilość</w:t>
            </w:r>
            <w:proofErr w:type="spellEnd"/>
            <w:r>
              <w:t xml:space="preserve"> </w:t>
            </w:r>
            <w:proofErr w:type="spellStart"/>
            <w:r>
              <w:t>fizycznych</w:t>
            </w:r>
            <w:proofErr w:type="spellEnd"/>
            <w:r>
              <w:t xml:space="preserve"> </w:t>
            </w:r>
            <w:proofErr w:type="spellStart"/>
            <w:r>
              <w:t>elementów</w:t>
            </w:r>
            <w:proofErr w:type="spellEnd"/>
            <w:r>
              <w:t xml:space="preserve"> </w:t>
            </w:r>
            <w:proofErr w:type="spellStart"/>
            <w:r>
              <w:t>piezoelektrycznych</w:t>
            </w:r>
            <w:proofErr w:type="spellEnd"/>
            <w:r>
              <w:t>-  min. 165</w:t>
            </w:r>
          </w:p>
          <w:p w14:paraId="4AC715CA" w14:textId="77777777" w:rsidR="00032BE8" w:rsidRDefault="00032BE8" w:rsidP="00032BE8">
            <w:r>
              <w:t xml:space="preserve">3) </w:t>
            </w:r>
            <w:proofErr w:type="spellStart"/>
            <w:r>
              <w:t>szerokość</w:t>
            </w:r>
            <w:proofErr w:type="spellEnd"/>
            <w:r>
              <w:t xml:space="preserve"> </w:t>
            </w:r>
            <w:proofErr w:type="spellStart"/>
            <w:r>
              <w:t>pola</w:t>
            </w:r>
            <w:proofErr w:type="spellEnd"/>
            <w:r>
              <w:t xml:space="preserve"> </w:t>
            </w:r>
            <w:proofErr w:type="spellStart"/>
            <w:r>
              <w:t>obrazowania</w:t>
            </w:r>
            <w:proofErr w:type="spellEnd"/>
            <w:r>
              <w:t xml:space="preserve"> – max. 26 mm</w:t>
            </w:r>
          </w:p>
          <w:p w14:paraId="529BCB03" w14:textId="77777777" w:rsidR="00032BE8" w:rsidRDefault="00032BE8" w:rsidP="00032BE8">
            <w:r>
              <w:t xml:space="preserve"> </w:t>
            </w:r>
            <w:proofErr w:type="spellStart"/>
            <w:r>
              <w:t>Możliwości</w:t>
            </w:r>
            <w:proofErr w:type="spellEnd"/>
            <w:r>
              <w:t xml:space="preserve"> </w:t>
            </w:r>
            <w:proofErr w:type="spellStart"/>
            <w:r>
              <w:t>rozbudowy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dzień</w:t>
            </w:r>
            <w:proofErr w:type="spellEnd"/>
            <w:r>
              <w:t xml:space="preserve"> </w:t>
            </w:r>
            <w:proofErr w:type="spellStart"/>
            <w:r>
              <w:t>składania</w:t>
            </w:r>
            <w:proofErr w:type="spellEnd"/>
            <w:r>
              <w:t xml:space="preserve"> </w:t>
            </w:r>
            <w:proofErr w:type="spellStart"/>
            <w:r>
              <w:t>ofert</w:t>
            </w:r>
            <w:proofErr w:type="spellEnd"/>
          </w:p>
          <w:p w14:paraId="3DC809C2" w14:textId="77777777" w:rsidR="00032BE8" w:rsidRDefault="00032BE8" w:rsidP="00032BE8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zdalnej</w:t>
            </w:r>
            <w:proofErr w:type="spellEnd"/>
            <w:r>
              <w:t xml:space="preserve"> </w:t>
            </w:r>
            <w:proofErr w:type="spellStart"/>
            <w:r>
              <w:t>diagnostyki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napraw</w:t>
            </w:r>
            <w:proofErr w:type="spellEnd"/>
            <w:r>
              <w:t xml:space="preserve">, </w:t>
            </w:r>
            <w:proofErr w:type="spellStart"/>
            <w:r>
              <w:t>bezpłatna</w:t>
            </w:r>
            <w:proofErr w:type="spellEnd"/>
            <w:r>
              <w:t xml:space="preserve"> w </w:t>
            </w:r>
            <w:proofErr w:type="spellStart"/>
            <w:r>
              <w:t>okresie</w:t>
            </w:r>
            <w:proofErr w:type="spellEnd"/>
            <w:r>
              <w:t xml:space="preserve"> do 7 </w:t>
            </w:r>
            <w:proofErr w:type="spellStart"/>
            <w:r>
              <w:t>lat</w:t>
            </w:r>
            <w:proofErr w:type="spellEnd"/>
            <w:r>
              <w:t xml:space="preserve"> od </w:t>
            </w:r>
            <w:proofErr w:type="spellStart"/>
            <w:r>
              <w:t>daty</w:t>
            </w:r>
            <w:proofErr w:type="spellEnd"/>
            <w:r>
              <w:t xml:space="preserve"> </w:t>
            </w:r>
            <w:proofErr w:type="spellStart"/>
            <w:r>
              <w:t>instalacji</w:t>
            </w:r>
            <w:proofErr w:type="spellEnd"/>
            <w:r>
              <w:t>:</w:t>
            </w:r>
          </w:p>
          <w:p w14:paraId="3E2B1EE2" w14:textId="77777777" w:rsidR="00032BE8" w:rsidRDefault="00032BE8" w:rsidP="00032BE8">
            <w:proofErr w:type="spellStart"/>
            <w:r>
              <w:t>Umożliwiająca</w:t>
            </w:r>
            <w:proofErr w:type="spellEnd"/>
            <w:r>
              <w:t xml:space="preserve"> m. in. </w:t>
            </w:r>
          </w:p>
          <w:p w14:paraId="174CA1EA" w14:textId="77777777" w:rsidR="00032BE8" w:rsidRDefault="00032BE8" w:rsidP="00032BE8">
            <w:r>
              <w:t xml:space="preserve">- </w:t>
            </w:r>
            <w:proofErr w:type="spellStart"/>
            <w:r>
              <w:t>Zdalną</w:t>
            </w:r>
            <w:proofErr w:type="spellEnd"/>
            <w:r>
              <w:t xml:space="preserve"> </w:t>
            </w:r>
            <w:proofErr w:type="spellStart"/>
            <w:r>
              <w:t>diagnostykę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weryfikację</w:t>
            </w:r>
            <w:proofErr w:type="spellEnd"/>
            <w:r>
              <w:t xml:space="preserve"> </w:t>
            </w:r>
            <w:proofErr w:type="spellStart"/>
            <w:r>
              <w:t>usterek</w:t>
            </w:r>
            <w:proofErr w:type="spellEnd"/>
          </w:p>
          <w:p w14:paraId="71EC515E" w14:textId="77777777" w:rsidR="00032BE8" w:rsidRDefault="00032BE8" w:rsidP="00032BE8">
            <w:r>
              <w:t xml:space="preserve">- </w:t>
            </w:r>
            <w:proofErr w:type="spellStart"/>
            <w:r>
              <w:t>Naprawy</w:t>
            </w:r>
            <w:proofErr w:type="spellEnd"/>
            <w:r>
              <w:t xml:space="preserve"> </w:t>
            </w:r>
            <w:proofErr w:type="spellStart"/>
            <w:r>
              <w:t>oprogramowania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błędów</w:t>
            </w:r>
            <w:proofErr w:type="spellEnd"/>
            <w:r>
              <w:t xml:space="preserve"> </w:t>
            </w:r>
            <w:proofErr w:type="spellStart"/>
            <w:r>
              <w:t>konfiguracji</w:t>
            </w:r>
            <w:proofErr w:type="spellEnd"/>
          </w:p>
          <w:p w14:paraId="11FA684E" w14:textId="77777777" w:rsidR="00032BE8" w:rsidRDefault="00032BE8" w:rsidP="00032BE8">
            <w:r>
              <w:t xml:space="preserve">- </w:t>
            </w:r>
            <w:proofErr w:type="spellStart"/>
            <w:r>
              <w:t>Zmianę</w:t>
            </w:r>
            <w:proofErr w:type="spellEnd"/>
            <w:r>
              <w:t xml:space="preserve"> </w:t>
            </w:r>
            <w:proofErr w:type="spellStart"/>
            <w:r>
              <w:t>parametrów</w:t>
            </w:r>
            <w:proofErr w:type="spellEnd"/>
            <w:r>
              <w:t xml:space="preserve"> </w:t>
            </w:r>
            <w:proofErr w:type="spellStart"/>
            <w:r>
              <w:t>aplikacyjnych</w:t>
            </w:r>
            <w:proofErr w:type="spellEnd"/>
            <w:r>
              <w:t xml:space="preserve">, </w:t>
            </w:r>
            <w:proofErr w:type="spellStart"/>
            <w:r>
              <w:t>ustawień</w:t>
            </w:r>
            <w:proofErr w:type="spellEnd"/>
            <w:r>
              <w:t xml:space="preserve"> </w:t>
            </w:r>
            <w:proofErr w:type="spellStart"/>
            <w:r>
              <w:t>aparatu</w:t>
            </w:r>
            <w:proofErr w:type="spellEnd"/>
            <w:r>
              <w:t xml:space="preserve"> </w:t>
            </w:r>
            <w:proofErr w:type="spellStart"/>
            <w:r>
              <w:t>itd</w:t>
            </w:r>
            <w:proofErr w:type="spellEnd"/>
            <w:r>
              <w:t>.</w:t>
            </w:r>
          </w:p>
          <w:p w14:paraId="4E803434" w14:textId="77777777" w:rsidR="00032BE8" w:rsidRDefault="00032BE8" w:rsidP="00032BE8">
            <w:r>
              <w:t xml:space="preserve">- </w:t>
            </w:r>
            <w:proofErr w:type="spellStart"/>
            <w:r>
              <w:t>Instalację</w:t>
            </w:r>
            <w:proofErr w:type="spellEnd"/>
            <w:r>
              <w:t xml:space="preserve"> </w:t>
            </w:r>
            <w:proofErr w:type="spellStart"/>
            <w:r>
              <w:t>aktualizacji</w:t>
            </w:r>
            <w:proofErr w:type="spellEnd"/>
            <w:r>
              <w:t xml:space="preserve"> </w:t>
            </w:r>
            <w:proofErr w:type="spellStart"/>
            <w:r>
              <w:t>oprogramowania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sterowników</w:t>
            </w:r>
            <w:proofErr w:type="spellEnd"/>
            <w:r>
              <w:t xml:space="preserve"> </w:t>
            </w:r>
            <w:proofErr w:type="spellStart"/>
            <w:r>
              <w:t>peryferiów</w:t>
            </w:r>
            <w:proofErr w:type="spellEnd"/>
          </w:p>
          <w:p w14:paraId="275F8DC0" w14:textId="77777777" w:rsidR="00032BE8" w:rsidRDefault="00032BE8" w:rsidP="00032BE8">
            <w:r>
              <w:t xml:space="preserve">- </w:t>
            </w:r>
            <w:proofErr w:type="spellStart"/>
            <w:r>
              <w:t>Aktywację</w:t>
            </w:r>
            <w:proofErr w:type="spellEnd"/>
            <w:r>
              <w:t xml:space="preserve"> </w:t>
            </w:r>
            <w:proofErr w:type="spellStart"/>
            <w:r>
              <w:t>opcji</w:t>
            </w:r>
            <w:proofErr w:type="spellEnd"/>
            <w:r>
              <w:t>.</w:t>
            </w:r>
          </w:p>
          <w:p w14:paraId="17CDD6F2" w14:textId="77777777" w:rsidR="00032BE8" w:rsidRDefault="00032BE8" w:rsidP="00032BE8">
            <w:proofErr w:type="spellStart"/>
            <w:r>
              <w:t>Głowica</w:t>
            </w:r>
            <w:proofErr w:type="spellEnd"/>
            <w:r>
              <w:t xml:space="preserve"> </w:t>
            </w:r>
            <w:proofErr w:type="spellStart"/>
            <w:r>
              <w:t>sektorowa</w:t>
            </w:r>
            <w:proofErr w:type="spellEnd"/>
            <w:r>
              <w:t xml:space="preserve">, </w:t>
            </w:r>
            <w:proofErr w:type="spellStart"/>
            <w:r>
              <w:t>dziecięca</w:t>
            </w:r>
            <w:proofErr w:type="spellEnd"/>
            <w:r>
              <w:t xml:space="preserve">, </w:t>
            </w:r>
            <w:proofErr w:type="spellStart"/>
            <w:r>
              <w:t>matrycowa</w:t>
            </w:r>
            <w:proofErr w:type="spellEnd"/>
            <w:r>
              <w:t xml:space="preserve"> do </w:t>
            </w:r>
            <w:proofErr w:type="spellStart"/>
            <w:r>
              <w:t>obrazowania</w:t>
            </w:r>
            <w:proofErr w:type="spellEnd"/>
            <w:r>
              <w:t xml:space="preserve"> </w:t>
            </w:r>
            <w:proofErr w:type="spellStart"/>
            <w:r>
              <w:t>objętościowego</w:t>
            </w:r>
            <w:proofErr w:type="spellEnd"/>
            <w:r>
              <w:t xml:space="preserve"> </w:t>
            </w:r>
            <w:proofErr w:type="spellStart"/>
            <w:r>
              <w:t>przezklatkowego</w:t>
            </w:r>
            <w:proofErr w:type="spellEnd"/>
            <w:r>
              <w:t>:</w:t>
            </w:r>
          </w:p>
          <w:p w14:paraId="4EBBAD5F" w14:textId="77777777" w:rsidR="00032BE8" w:rsidRDefault="00032BE8" w:rsidP="00032BE8">
            <w:r>
              <w:t xml:space="preserve">1) </w:t>
            </w:r>
            <w:proofErr w:type="spellStart"/>
            <w:r>
              <w:t>częstotliwość</w:t>
            </w:r>
            <w:proofErr w:type="spellEnd"/>
            <w:r>
              <w:t xml:space="preserve">  </w:t>
            </w:r>
            <w:proofErr w:type="spellStart"/>
            <w:r>
              <w:t>pracy</w:t>
            </w:r>
            <w:proofErr w:type="spellEnd"/>
            <w:r>
              <w:t xml:space="preserve"> – </w:t>
            </w:r>
            <w:proofErr w:type="spellStart"/>
            <w:r>
              <w:t>nie</w:t>
            </w:r>
            <w:proofErr w:type="spellEnd"/>
            <w:r>
              <w:t xml:space="preserve"> </w:t>
            </w:r>
            <w:proofErr w:type="spellStart"/>
            <w:r>
              <w:t>mniejsza</w:t>
            </w:r>
            <w:proofErr w:type="spellEnd"/>
            <w:r>
              <w:t xml:space="preserve"> </w:t>
            </w:r>
            <w:proofErr w:type="spellStart"/>
            <w:r>
              <w:t>niż</w:t>
            </w:r>
            <w:proofErr w:type="spellEnd"/>
            <w:r>
              <w:t xml:space="preserve"> w </w:t>
            </w:r>
            <w:proofErr w:type="spellStart"/>
            <w:r>
              <w:t>zakresie</w:t>
            </w:r>
            <w:proofErr w:type="spellEnd"/>
            <w:r>
              <w:t xml:space="preserve"> 2,5 MHz ÷ 8,0 MHz</w:t>
            </w:r>
          </w:p>
          <w:p w14:paraId="10F6FCD7" w14:textId="77777777" w:rsidR="00032BE8" w:rsidRDefault="00032BE8" w:rsidP="00032BE8">
            <w:r>
              <w:t xml:space="preserve">2) </w:t>
            </w:r>
            <w:proofErr w:type="spellStart"/>
            <w:r>
              <w:t>ilość</w:t>
            </w:r>
            <w:proofErr w:type="spellEnd"/>
            <w:r>
              <w:t xml:space="preserve"> </w:t>
            </w:r>
            <w:proofErr w:type="spellStart"/>
            <w:r>
              <w:t>fizycznych</w:t>
            </w:r>
            <w:proofErr w:type="spellEnd"/>
            <w:r>
              <w:t xml:space="preserve"> </w:t>
            </w:r>
            <w:proofErr w:type="spellStart"/>
            <w:r>
              <w:t>elementów</w:t>
            </w:r>
            <w:proofErr w:type="spellEnd"/>
            <w:r>
              <w:t xml:space="preserve"> </w:t>
            </w:r>
            <w:proofErr w:type="spellStart"/>
            <w:r>
              <w:t>piezoelektrycznych</w:t>
            </w:r>
            <w:proofErr w:type="spellEnd"/>
            <w:r>
              <w:t>-  min. 2500</w:t>
            </w:r>
          </w:p>
          <w:p w14:paraId="38A22572" w14:textId="42102DD3" w:rsidR="00043C9C" w:rsidRDefault="00043C9C"/>
        </w:tc>
        <w:tc>
          <w:tcPr>
            <w:tcW w:w="735" w:type="dxa"/>
          </w:tcPr>
          <w:p w14:paraId="3F834FD8" w14:textId="77777777" w:rsidR="00043C9C" w:rsidRDefault="00043C9C"/>
        </w:tc>
      </w:tr>
      <w:tr w:rsidR="00043C9C" w14:paraId="2261708B" w14:textId="77777777" w:rsidTr="00032BE8">
        <w:tc>
          <w:tcPr>
            <w:tcW w:w="2880" w:type="dxa"/>
          </w:tcPr>
          <w:p w14:paraId="714D86DA" w14:textId="77777777" w:rsidR="00043C9C" w:rsidRDefault="00000000">
            <w:proofErr w:type="spellStart"/>
            <w:r>
              <w:lastRenderedPageBreak/>
              <w:t>Certyfikat</w:t>
            </w:r>
            <w:proofErr w:type="spellEnd"/>
            <w:r>
              <w:t xml:space="preserve"> CE</w:t>
            </w:r>
          </w:p>
        </w:tc>
        <w:tc>
          <w:tcPr>
            <w:tcW w:w="5025" w:type="dxa"/>
          </w:tcPr>
          <w:p w14:paraId="463B4877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735" w:type="dxa"/>
          </w:tcPr>
          <w:p w14:paraId="6B57CD07" w14:textId="77777777" w:rsidR="00043C9C" w:rsidRDefault="00043C9C"/>
        </w:tc>
      </w:tr>
      <w:tr w:rsidR="00043C9C" w14:paraId="1A544348" w14:textId="77777777" w:rsidTr="00032BE8">
        <w:tc>
          <w:tcPr>
            <w:tcW w:w="2880" w:type="dxa"/>
          </w:tcPr>
          <w:p w14:paraId="0F2746A9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5025" w:type="dxa"/>
          </w:tcPr>
          <w:p w14:paraId="70CE83C7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735" w:type="dxa"/>
          </w:tcPr>
          <w:p w14:paraId="3DA266F3" w14:textId="77777777" w:rsidR="00043C9C" w:rsidRDefault="00043C9C"/>
        </w:tc>
      </w:tr>
      <w:tr w:rsidR="00043C9C" w14:paraId="0E8ED822" w14:textId="77777777" w:rsidTr="00032BE8">
        <w:tc>
          <w:tcPr>
            <w:tcW w:w="2880" w:type="dxa"/>
          </w:tcPr>
          <w:p w14:paraId="2DA5F42E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5025" w:type="dxa"/>
          </w:tcPr>
          <w:p w14:paraId="52954614" w14:textId="238707E8" w:rsidR="00043C9C" w:rsidRDefault="00000000">
            <w:r>
              <w:t xml:space="preserve">Min. </w:t>
            </w:r>
            <w:r w:rsidR="006B2FF0">
              <w:t>60</w:t>
            </w:r>
            <w:r>
              <w:t xml:space="preserve"> </w:t>
            </w:r>
            <w:proofErr w:type="spellStart"/>
            <w:r>
              <w:t>miesiąc</w:t>
            </w:r>
            <w:r w:rsidR="006B2FF0">
              <w:t>y</w:t>
            </w:r>
            <w:proofErr w:type="spellEnd"/>
          </w:p>
        </w:tc>
        <w:tc>
          <w:tcPr>
            <w:tcW w:w="735" w:type="dxa"/>
          </w:tcPr>
          <w:p w14:paraId="43AE3E0A" w14:textId="77777777" w:rsidR="00043C9C" w:rsidRDefault="00043C9C"/>
        </w:tc>
      </w:tr>
    </w:tbl>
    <w:p w14:paraId="1906434E" w14:textId="77777777" w:rsidR="00043C9C" w:rsidRDefault="00000000">
      <w:pPr>
        <w:pStyle w:val="Nagwek2"/>
      </w:pPr>
      <w:r>
        <w:t xml:space="preserve">23. Lampa </w:t>
      </w:r>
      <w:proofErr w:type="spellStart"/>
      <w:r>
        <w:t>czołowa</w:t>
      </w:r>
      <w:proofErr w:type="spellEnd"/>
      <w:r>
        <w:t xml:space="preserve"> – 3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091"/>
        <w:gridCol w:w="3662"/>
        <w:gridCol w:w="2877"/>
      </w:tblGrid>
      <w:tr w:rsidR="00043C9C" w14:paraId="29D61732" w14:textId="77777777" w:rsidTr="005D4868">
        <w:tc>
          <w:tcPr>
            <w:tcW w:w="2093" w:type="dxa"/>
          </w:tcPr>
          <w:p w14:paraId="2050CE98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3667" w:type="dxa"/>
          </w:tcPr>
          <w:p w14:paraId="57126D17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78EFFD51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A60042C" w14:textId="77777777" w:rsidTr="005D4868">
        <w:tc>
          <w:tcPr>
            <w:tcW w:w="2093" w:type="dxa"/>
          </w:tcPr>
          <w:p w14:paraId="15449BEE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3667" w:type="dxa"/>
          </w:tcPr>
          <w:p w14:paraId="041EA6DF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26F46F56" w14:textId="77777777" w:rsidR="00043C9C" w:rsidRDefault="00043C9C"/>
        </w:tc>
      </w:tr>
      <w:tr w:rsidR="00043C9C" w14:paraId="26741F2D" w14:textId="77777777" w:rsidTr="005D4868">
        <w:tc>
          <w:tcPr>
            <w:tcW w:w="2093" w:type="dxa"/>
          </w:tcPr>
          <w:p w14:paraId="208CBBDE" w14:textId="77777777" w:rsidR="00043C9C" w:rsidRDefault="00000000">
            <w:r>
              <w:t>Producent</w:t>
            </w:r>
          </w:p>
        </w:tc>
        <w:tc>
          <w:tcPr>
            <w:tcW w:w="3667" w:type="dxa"/>
          </w:tcPr>
          <w:p w14:paraId="520FE9BF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78723C5" w14:textId="77777777" w:rsidR="00043C9C" w:rsidRDefault="00043C9C"/>
        </w:tc>
      </w:tr>
      <w:tr w:rsidR="00043C9C" w14:paraId="02A0DFC8" w14:textId="77777777" w:rsidTr="005D4868">
        <w:tc>
          <w:tcPr>
            <w:tcW w:w="2093" w:type="dxa"/>
          </w:tcPr>
          <w:p w14:paraId="4FDCB652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3667" w:type="dxa"/>
          </w:tcPr>
          <w:p w14:paraId="614B51BC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18B935B" w14:textId="77777777" w:rsidR="00043C9C" w:rsidRDefault="00043C9C"/>
        </w:tc>
      </w:tr>
      <w:tr w:rsidR="00043C9C" w14:paraId="1806FA59" w14:textId="77777777" w:rsidTr="005D4868">
        <w:tc>
          <w:tcPr>
            <w:tcW w:w="2093" w:type="dxa"/>
          </w:tcPr>
          <w:p w14:paraId="70B5A756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3667" w:type="dxa"/>
          </w:tcPr>
          <w:p w14:paraId="03E18A7B" w14:textId="77777777" w:rsidR="00043C9C" w:rsidRDefault="00000000">
            <w:r>
              <w:t>LED</w:t>
            </w:r>
          </w:p>
        </w:tc>
        <w:tc>
          <w:tcPr>
            <w:tcW w:w="2880" w:type="dxa"/>
          </w:tcPr>
          <w:p w14:paraId="7E8A3B04" w14:textId="77777777" w:rsidR="00043C9C" w:rsidRDefault="00043C9C"/>
        </w:tc>
      </w:tr>
      <w:tr w:rsidR="00043C9C" w14:paraId="498D4860" w14:textId="77777777" w:rsidTr="005D4868">
        <w:tc>
          <w:tcPr>
            <w:tcW w:w="2093" w:type="dxa"/>
          </w:tcPr>
          <w:p w14:paraId="5EBEDF67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3667" w:type="dxa"/>
          </w:tcPr>
          <w:p w14:paraId="56A43EAD" w14:textId="77777777" w:rsidR="005D4868" w:rsidRDefault="005D4868" w:rsidP="005D4868">
            <w:proofErr w:type="spellStart"/>
            <w:r>
              <w:t>Przeznaczenie</w:t>
            </w:r>
            <w:proofErr w:type="spellEnd"/>
            <w:r>
              <w:tab/>
            </w:r>
            <w:proofErr w:type="spellStart"/>
            <w:r>
              <w:t>Diagnostyka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zabiegi</w:t>
            </w:r>
            <w:proofErr w:type="spellEnd"/>
            <w:r>
              <w:t xml:space="preserve"> </w:t>
            </w:r>
            <w:proofErr w:type="spellStart"/>
            <w:r>
              <w:t>ambulatoryjne</w:t>
            </w:r>
            <w:proofErr w:type="spellEnd"/>
          </w:p>
          <w:p w14:paraId="76056197" w14:textId="77777777" w:rsidR="005D4868" w:rsidRDefault="005D4868" w:rsidP="005D4868">
            <w:proofErr w:type="spellStart"/>
            <w:r>
              <w:t>Źródło</w:t>
            </w:r>
            <w:proofErr w:type="spellEnd"/>
            <w:r>
              <w:t xml:space="preserve"> </w:t>
            </w:r>
            <w:proofErr w:type="spellStart"/>
            <w:r>
              <w:t>światła</w:t>
            </w:r>
            <w:proofErr w:type="spellEnd"/>
            <w:r>
              <w:tab/>
            </w:r>
            <w:proofErr w:type="spellStart"/>
            <w:r>
              <w:t>Dioda</w:t>
            </w:r>
            <w:proofErr w:type="spellEnd"/>
            <w:r>
              <w:t xml:space="preserve"> LED o </w:t>
            </w:r>
            <w:proofErr w:type="spellStart"/>
            <w:r>
              <w:t>wysokiej</w:t>
            </w:r>
            <w:proofErr w:type="spellEnd"/>
            <w:r>
              <w:t xml:space="preserve"> </w:t>
            </w:r>
            <w:proofErr w:type="spellStart"/>
            <w:r>
              <w:t>intensywności</w:t>
            </w:r>
            <w:proofErr w:type="spellEnd"/>
            <w:r>
              <w:tab/>
            </w:r>
          </w:p>
          <w:p w14:paraId="477DC987" w14:textId="77777777" w:rsidR="005D4868" w:rsidRDefault="005D4868" w:rsidP="005D4868">
            <w:proofErr w:type="spellStart"/>
            <w:r>
              <w:t>Technologia</w:t>
            </w:r>
            <w:proofErr w:type="spellEnd"/>
            <w:r>
              <w:t xml:space="preserve"> </w:t>
            </w:r>
            <w:proofErr w:type="spellStart"/>
            <w:r>
              <w:t>oświetlenia</w:t>
            </w:r>
            <w:proofErr w:type="spellEnd"/>
            <w:r>
              <w:tab/>
            </w:r>
            <w:proofErr w:type="spellStart"/>
            <w:r>
              <w:t>Jednorodne</w:t>
            </w:r>
            <w:proofErr w:type="spellEnd"/>
            <w:r>
              <w:t xml:space="preserve">, </w:t>
            </w:r>
            <w:proofErr w:type="spellStart"/>
            <w:r>
              <w:t>koaksjalne</w:t>
            </w:r>
            <w:proofErr w:type="spellEnd"/>
            <w:r>
              <w:t xml:space="preserve"> </w:t>
            </w:r>
            <w:proofErr w:type="spellStart"/>
            <w:r>
              <w:t>światło</w:t>
            </w:r>
            <w:proofErr w:type="spellEnd"/>
            <w:r>
              <w:t xml:space="preserve"> bez </w:t>
            </w:r>
            <w:proofErr w:type="spellStart"/>
            <w:r>
              <w:t>cieni</w:t>
            </w:r>
            <w:proofErr w:type="spellEnd"/>
            <w:r>
              <w:tab/>
            </w:r>
          </w:p>
          <w:p w14:paraId="3FA91AA2" w14:textId="77777777" w:rsidR="005D4868" w:rsidRDefault="005D4868" w:rsidP="005D4868">
            <w:proofErr w:type="spellStart"/>
            <w:r>
              <w:t>Temperatura</w:t>
            </w:r>
            <w:proofErr w:type="spellEnd"/>
            <w:r>
              <w:t xml:space="preserve"> </w:t>
            </w:r>
            <w:proofErr w:type="spellStart"/>
            <w:r>
              <w:t>barwowa</w:t>
            </w:r>
            <w:proofErr w:type="spellEnd"/>
            <w:r>
              <w:tab/>
            </w:r>
            <w:proofErr w:type="spellStart"/>
            <w:r>
              <w:t>Około</w:t>
            </w:r>
            <w:proofErr w:type="spellEnd"/>
            <w:r>
              <w:t xml:space="preserve"> 4 000–4 500 K (</w:t>
            </w:r>
            <w:proofErr w:type="spellStart"/>
            <w:r>
              <w:t>światło</w:t>
            </w:r>
            <w:proofErr w:type="spellEnd"/>
            <w:r>
              <w:t xml:space="preserve"> </w:t>
            </w:r>
            <w:proofErr w:type="spellStart"/>
            <w:r>
              <w:t>białe</w:t>
            </w:r>
            <w:proofErr w:type="spellEnd"/>
            <w:r>
              <w:t xml:space="preserve"> </w:t>
            </w:r>
            <w:proofErr w:type="spellStart"/>
            <w:r>
              <w:t>neutralne</w:t>
            </w:r>
            <w:proofErr w:type="spellEnd"/>
            <w:r>
              <w:t>)</w:t>
            </w:r>
            <w:r>
              <w:tab/>
            </w:r>
          </w:p>
          <w:p w14:paraId="556F837B" w14:textId="77777777" w:rsidR="005D4868" w:rsidRDefault="005D4868" w:rsidP="005D4868">
            <w:proofErr w:type="spellStart"/>
            <w:r>
              <w:t>Współczynnik</w:t>
            </w:r>
            <w:proofErr w:type="spellEnd"/>
            <w:r>
              <w:t xml:space="preserve"> </w:t>
            </w:r>
            <w:proofErr w:type="spellStart"/>
            <w:r>
              <w:t>oddawania</w:t>
            </w:r>
            <w:proofErr w:type="spellEnd"/>
            <w:r>
              <w:t xml:space="preserve"> </w:t>
            </w:r>
            <w:proofErr w:type="spellStart"/>
            <w:r>
              <w:t>barw</w:t>
            </w:r>
            <w:proofErr w:type="spellEnd"/>
            <w:r>
              <w:t xml:space="preserve"> (CRI)</w:t>
            </w:r>
            <w:r>
              <w:tab/>
              <w:t>Min. 90</w:t>
            </w:r>
          </w:p>
          <w:p w14:paraId="3213DC3A" w14:textId="77777777" w:rsidR="005D4868" w:rsidRDefault="005D4868" w:rsidP="005D4868"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natężenia</w:t>
            </w:r>
            <w:proofErr w:type="spellEnd"/>
            <w:r>
              <w:t xml:space="preserve"> </w:t>
            </w:r>
            <w:proofErr w:type="spellStart"/>
            <w:r>
              <w:t>światła</w:t>
            </w:r>
            <w:proofErr w:type="spellEnd"/>
            <w:r>
              <w:lastRenderedPageBreak/>
              <w:tab/>
            </w:r>
            <w:proofErr w:type="spellStart"/>
            <w:r>
              <w:t>Płynna</w:t>
            </w:r>
            <w:proofErr w:type="spellEnd"/>
            <w:r>
              <w:t xml:space="preserve"> </w:t>
            </w:r>
            <w:proofErr w:type="spellStart"/>
            <w:r>
              <w:t>regulacja</w:t>
            </w:r>
            <w:proofErr w:type="spellEnd"/>
            <w:r>
              <w:tab/>
            </w:r>
          </w:p>
          <w:p w14:paraId="3EF46F0B" w14:textId="77777777" w:rsidR="005D4868" w:rsidRDefault="005D4868" w:rsidP="005D4868">
            <w:r>
              <w:t xml:space="preserve">Pole </w:t>
            </w:r>
            <w:proofErr w:type="spellStart"/>
            <w:r>
              <w:t>świetlne</w:t>
            </w:r>
            <w:proofErr w:type="spellEnd"/>
            <w:r>
              <w:tab/>
            </w:r>
            <w:proofErr w:type="spellStart"/>
            <w:r>
              <w:t>Jednorodne</w:t>
            </w:r>
            <w:proofErr w:type="spellEnd"/>
            <w:r>
              <w:t xml:space="preserve">, </w:t>
            </w:r>
            <w:proofErr w:type="spellStart"/>
            <w:r>
              <w:t>ostro</w:t>
            </w:r>
            <w:proofErr w:type="spellEnd"/>
            <w:r>
              <w:t xml:space="preserve"> </w:t>
            </w:r>
            <w:proofErr w:type="spellStart"/>
            <w:r>
              <w:t>zarysowane</w:t>
            </w:r>
            <w:proofErr w:type="spellEnd"/>
            <w:r>
              <w:tab/>
            </w:r>
          </w:p>
          <w:p w14:paraId="4254C7E5" w14:textId="77777777" w:rsidR="005D4868" w:rsidRDefault="005D4868" w:rsidP="005D4868">
            <w:proofErr w:type="spellStart"/>
            <w:r>
              <w:t>Regulacja</w:t>
            </w:r>
            <w:proofErr w:type="spellEnd"/>
            <w:r>
              <w:t xml:space="preserve"> </w:t>
            </w:r>
            <w:proofErr w:type="spellStart"/>
            <w:r>
              <w:t>ogniskowej</w:t>
            </w:r>
            <w:proofErr w:type="spellEnd"/>
          </w:p>
          <w:p w14:paraId="4985804C" w14:textId="77777777" w:rsidR="005D4868" w:rsidRDefault="005D4868" w:rsidP="005D4868">
            <w:proofErr w:type="spellStart"/>
            <w:r>
              <w:t>Montaż</w:t>
            </w:r>
            <w:proofErr w:type="spellEnd"/>
            <w:r>
              <w:tab/>
              <w:t xml:space="preserve">Na </w:t>
            </w:r>
            <w:proofErr w:type="spellStart"/>
            <w:r>
              <w:t>opasce</w:t>
            </w:r>
            <w:proofErr w:type="spellEnd"/>
            <w:r>
              <w:t xml:space="preserve"> </w:t>
            </w:r>
            <w:proofErr w:type="spellStart"/>
            <w:r>
              <w:t>nagłownej</w:t>
            </w:r>
            <w:proofErr w:type="spellEnd"/>
          </w:p>
          <w:p w14:paraId="2197B0DD" w14:textId="77777777" w:rsidR="005D4868" w:rsidRDefault="005D4868" w:rsidP="005D4868">
            <w:proofErr w:type="spellStart"/>
            <w:r>
              <w:t>Opaska</w:t>
            </w:r>
            <w:proofErr w:type="spellEnd"/>
            <w:r>
              <w:tab/>
            </w:r>
            <w:proofErr w:type="spellStart"/>
            <w:r>
              <w:t>Regulowana</w:t>
            </w:r>
            <w:proofErr w:type="spellEnd"/>
            <w:r>
              <w:t xml:space="preserve">, </w:t>
            </w:r>
            <w:proofErr w:type="spellStart"/>
            <w:r>
              <w:t>ergonomiczna</w:t>
            </w:r>
            <w:proofErr w:type="spellEnd"/>
            <w:r>
              <w:t xml:space="preserve">, </w:t>
            </w:r>
            <w:proofErr w:type="spellStart"/>
            <w:r>
              <w:t>łatwa</w:t>
            </w:r>
            <w:proofErr w:type="spellEnd"/>
            <w:r>
              <w:t xml:space="preserve"> do </w:t>
            </w:r>
            <w:proofErr w:type="spellStart"/>
            <w:r>
              <w:t>dezynfekcji</w:t>
            </w:r>
            <w:proofErr w:type="spellEnd"/>
          </w:p>
          <w:p w14:paraId="5368CC2D" w14:textId="77777777" w:rsidR="005D4868" w:rsidRDefault="005D4868" w:rsidP="005D4868">
            <w:proofErr w:type="spellStart"/>
            <w:r>
              <w:t>Zasilanie</w:t>
            </w:r>
            <w:proofErr w:type="spellEnd"/>
            <w:r>
              <w:tab/>
            </w:r>
            <w:proofErr w:type="spellStart"/>
            <w:r>
              <w:t>Akumulatorowe</w:t>
            </w:r>
            <w:proofErr w:type="spellEnd"/>
          </w:p>
          <w:p w14:paraId="766DB588" w14:textId="77777777" w:rsidR="005D4868" w:rsidRDefault="005D4868" w:rsidP="005D4868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zasilania</w:t>
            </w:r>
            <w:proofErr w:type="spellEnd"/>
            <w:r>
              <w:tab/>
            </w:r>
            <w:proofErr w:type="spellStart"/>
            <w:r>
              <w:t>Zasilacz</w:t>
            </w:r>
            <w:proofErr w:type="spellEnd"/>
            <w:r>
              <w:t xml:space="preserve"> </w:t>
            </w:r>
            <w:proofErr w:type="spellStart"/>
            <w:r>
              <w:t>akumulatorowy</w:t>
            </w:r>
            <w:proofErr w:type="spellEnd"/>
            <w:r>
              <w:t xml:space="preserve"> </w:t>
            </w:r>
            <w:proofErr w:type="spellStart"/>
            <w:r>
              <w:t>typu</w:t>
            </w:r>
            <w:proofErr w:type="spellEnd"/>
            <w:r>
              <w:t xml:space="preserve"> </w:t>
            </w:r>
            <w:proofErr w:type="spellStart"/>
            <w:r>
              <w:t>mPack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</w:p>
          <w:p w14:paraId="69DA24C7" w14:textId="77777777" w:rsidR="005D4868" w:rsidRDefault="005D4868" w:rsidP="005D4868">
            <w:proofErr w:type="spellStart"/>
            <w:r>
              <w:t>Czas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baterii</w:t>
            </w:r>
            <w:proofErr w:type="spellEnd"/>
            <w:r>
              <w:tab/>
              <w:t xml:space="preserve">Min. 8 </w:t>
            </w:r>
            <w:proofErr w:type="spellStart"/>
            <w:r>
              <w:t>godzin</w:t>
            </w:r>
            <w:proofErr w:type="spellEnd"/>
            <w:r>
              <w:t xml:space="preserve"> </w:t>
            </w:r>
            <w:proofErr w:type="spellStart"/>
            <w:r>
              <w:t>ciągłej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</w:p>
          <w:p w14:paraId="70C1E897" w14:textId="77777777" w:rsidR="005D4868" w:rsidRDefault="005D4868" w:rsidP="005D4868">
            <w:proofErr w:type="spellStart"/>
            <w:r>
              <w:t>Ładowanie</w:t>
            </w:r>
            <w:proofErr w:type="spellEnd"/>
            <w:r>
              <w:tab/>
            </w:r>
            <w:proofErr w:type="spellStart"/>
            <w:r>
              <w:t>Stacja</w:t>
            </w:r>
            <w:proofErr w:type="spellEnd"/>
            <w:r>
              <w:t xml:space="preserve"> </w:t>
            </w:r>
            <w:proofErr w:type="spellStart"/>
            <w:r>
              <w:t>dokująca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zasilacz</w:t>
            </w:r>
            <w:proofErr w:type="spellEnd"/>
            <w:r>
              <w:t xml:space="preserve"> </w:t>
            </w:r>
            <w:proofErr w:type="spellStart"/>
            <w:r>
              <w:t>sieciowy</w:t>
            </w:r>
            <w:proofErr w:type="spellEnd"/>
          </w:p>
          <w:p w14:paraId="5A04E430" w14:textId="77777777" w:rsidR="005D4868" w:rsidRDefault="005D4868" w:rsidP="005D4868">
            <w:proofErr w:type="spellStart"/>
            <w:r>
              <w:t>Wskaźnik</w:t>
            </w:r>
            <w:proofErr w:type="spellEnd"/>
            <w:r>
              <w:t xml:space="preserve"> </w:t>
            </w:r>
            <w:proofErr w:type="spellStart"/>
            <w:r>
              <w:t>naładowania</w:t>
            </w:r>
            <w:proofErr w:type="spellEnd"/>
            <w:r>
              <w:tab/>
            </w:r>
            <w:proofErr w:type="spellStart"/>
            <w:r>
              <w:t>Wbudowany</w:t>
            </w:r>
            <w:proofErr w:type="spellEnd"/>
          </w:p>
          <w:p w14:paraId="5B8D5FA9" w14:textId="08B2DEAE" w:rsidR="00043C9C" w:rsidRDefault="005D4868" w:rsidP="005D4868">
            <w:r>
              <w:t xml:space="preserve">Masa </w:t>
            </w:r>
            <w:proofErr w:type="spellStart"/>
            <w:r>
              <w:t>lampy</w:t>
            </w:r>
            <w:proofErr w:type="spellEnd"/>
            <w:r>
              <w:tab/>
              <w:t xml:space="preserve">Niska, </w:t>
            </w:r>
            <w:proofErr w:type="spellStart"/>
            <w:r>
              <w:t>zapewniająca</w:t>
            </w:r>
            <w:proofErr w:type="spellEnd"/>
            <w:r>
              <w:t xml:space="preserve"> </w:t>
            </w:r>
            <w:proofErr w:type="spellStart"/>
            <w:r>
              <w:t>komfort</w:t>
            </w:r>
            <w:proofErr w:type="spellEnd"/>
            <w:r>
              <w:t xml:space="preserve"> </w:t>
            </w:r>
            <w:proofErr w:type="spellStart"/>
            <w:r>
              <w:t>długotrwałej</w:t>
            </w:r>
            <w:proofErr w:type="spellEnd"/>
            <w:r>
              <w:t xml:space="preserve"> </w:t>
            </w:r>
            <w:proofErr w:type="spellStart"/>
            <w:r>
              <w:t>pracy</w:t>
            </w:r>
            <w:proofErr w:type="spellEnd"/>
          </w:p>
        </w:tc>
        <w:tc>
          <w:tcPr>
            <w:tcW w:w="2880" w:type="dxa"/>
          </w:tcPr>
          <w:p w14:paraId="599BD027" w14:textId="77777777" w:rsidR="00043C9C" w:rsidRDefault="00043C9C"/>
        </w:tc>
      </w:tr>
      <w:tr w:rsidR="00043C9C" w14:paraId="26DD82B2" w14:textId="77777777" w:rsidTr="005D4868">
        <w:tc>
          <w:tcPr>
            <w:tcW w:w="2093" w:type="dxa"/>
          </w:tcPr>
          <w:p w14:paraId="4C1E6D68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3667" w:type="dxa"/>
          </w:tcPr>
          <w:p w14:paraId="46580327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397DB6E0" w14:textId="77777777" w:rsidR="00043C9C" w:rsidRDefault="00043C9C"/>
        </w:tc>
      </w:tr>
      <w:tr w:rsidR="00043C9C" w14:paraId="271D4480" w14:textId="77777777" w:rsidTr="005D4868">
        <w:tc>
          <w:tcPr>
            <w:tcW w:w="2093" w:type="dxa"/>
          </w:tcPr>
          <w:p w14:paraId="1AEBBFE8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3667" w:type="dxa"/>
          </w:tcPr>
          <w:p w14:paraId="612DE791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3919A009" w14:textId="77777777" w:rsidR="00043C9C" w:rsidRDefault="00043C9C"/>
        </w:tc>
      </w:tr>
      <w:tr w:rsidR="00043C9C" w14:paraId="60B15F9A" w14:textId="77777777" w:rsidTr="005D4868">
        <w:tc>
          <w:tcPr>
            <w:tcW w:w="2093" w:type="dxa"/>
          </w:tcPr>
          <w:p w14:paraId="28D9A410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3667" w:type="dxa"/>
          </w:tcPr>
          <w:p w14:paraId="4077D12E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4FA0A39B" w14:textId="77777777" w:rsidR="00043C9C" w:rsidRDefault="00043C9C"/>
        </w:tc>
      </w:tr>
    </w:tbl>
    <w:p w14:paraId="0FAD7F2D" w14:textId="77777777" w:rsidR="00043C9C" w:rsidRDefault="00000000">
      <w:pPr>
        <w:pStyle w:val="Nagwek2"/>
      </w:pPr>
      <w:r>
        <w:t xml:space="preserve">24. </w:t>
      </w:r>
      <w:proofErr w:type="spellStart"/>
      <w:r>
        <w:t>Meble</w:t>
      </w:r>
      <w:proofErr w:type="spellEnd"/>
      <w:r>
        <w:t xml:space="preserve"> </w:t>
      </w:r>
      <w:proofErr w:type="spellStart"/>
      <w:r>
        <w:t>medyczne</w:t>
      </w:r>
      <w:proofErr w:type="spellEnd"/>
      <w:r>
        <w:t xml:space="preserve"> – 8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038FC8A6" w14:textId="77777777">
        <w:tc>
          <w:tcPr>
            <w:tcW w:w="2880" w:type="dxa"/>
          </w:tcPr>
          <w:p w14:paraId="0DF487DD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790CEAB2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7F949E74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7721F438" w14:textId="77777777">
        <w:tc>
          <w:tcPr>
            <w:tcW w:w="2880" w:type="dxa"/>
          </w:tcPr>
          <w:p w14:paraId="3E112933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33665967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8809004" w14:textId="77777777" w:rsidR="00043C9C" w:rsidRDefault="00043C9C"/>
        </w:tc>
      </w:tr>
      <w:tr w:rsidR="00043C9C" w14:paraId="65E691A4" w14:textId="77777777">
        <w:tc>
          <w:tcPr>
            <w:tcW w:w="2880" w:type="dxa"/>
          </w:tcPr>
          <w:p w14:paraId="6CA2F177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42165C70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6EE5186A" w14:textId="77777777" w:rsidR="00043C9C" w:rsidRDefault="00043C9C"/>
        </w:tc>
      </w:tr>
      <w:tr w:rsidR="00043C9C" w14:paraId="402AAC1E" w14:textId="77777777">
        <w:tc>
          <w:tcPr>
            <w:tcW w:w="2880" w:type="dxa"/>
          </w:tcPr>
          <w:p w14:paraId="596E399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74A416BE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56095C67" w14:textId="77777777" w:rsidR="00043C9C" w:rsidRDefault="00043C9C"/>
        </w:tc>
      </w:tr>
      <w:tr w:rsidR="00043C9C" w14:paraId="02B93491" w14:textId="77777777">
        <w:tc>
          <w:tcPr>
            <w:tcW w:w="2880" w:type="dxa"/>
          </w:tcPr>
          <w:p w14:paraId="4019C66D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37DE2109" w14:textId="77777777" w:rsidR="00043C9C" w:rsidRDefault="00000000">
            <w:proofErr w:type="spellStart"/>
            <w:r>
              <w:t>Zabudowa</w:t>
            </w:r>
            <w:proofErr w:type="spellEnd"/>
            <w:r>
              <w:t xml:space="preserve"> </w:t>
            </w:r>
            <w:proofErr w:type="spellStart"/>
            <w:r>
              <w:t>gabinetowa</w:t>
            </w:r>
            <w:proofErr w:type="spellEnd"/>
          </w:p>
        </w:tc>
        <w:tc>
          <w:tcPr>
            <w:tcW w:w="2880" w:type="dxa"/>
          </w:tcPr>
          <w:p w14:paraId="5FA61D26" w14:textId="77777777" w:rsidR="00043C9C" w:rsidRDefault="00043C9C"/>
        </w:tc>
      </w:tr>
      <w:tr w:rsidR="00043C9C" w14:paraId="3AF567E5" w14:textId="77777777">
        <w:tc>
          <w:tcPr>
            <w:tcW w:w="2880" w:type="dxa"/>
          </w:tcPr>
          <w:p w14:paraId="16225886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3EAAC8DA" w14:textId="77777777" w:rsidR="00043C9C" w:rsidRDefault="00000000">
            <w:proofErr w:type="spellStart"/>
            <w:r>
              <w:t>Materiały</w:t>
            </w:r>
            <w:proofErr w:type="spellEnd"/>
            <w:r>
              <w:t xml:space="preserve"> </w:t>
            </w:r>
            <w:proofErr w:type="spellStart"/>
            <w:r>
              <w:t>medyczne</w:t>
            </w:r>
            <w:proofErr w:type="spellEnd"/>
          </w:p>
        </w:tc>
        <w:tc>
          <w:tcPr>
            <w:tcW w:w="2880" w:type="dxa"/>
          </w:tcPr>
          <w:p w14:paraId="38E81834" w14:textId="77777777" w:rsidR="00043C9C" w:rsidRDefault="00043C9C"/>
        </w:tc>
      </w:tr>
      <w:tr w:rsidR="00043C9C" w14:paraId="53775A16" w14:textId="77777777">
        <w:tc>
          <w:tcPr>
            <w:tcW w:w="2880" w:type="dxa"/>
          </w:tcPr>
          <w:p w14:paraId="739F9055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4B710C6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AF5D19D" w14:textId="77777777" w:rsidR="00043C9C" w:rsidRDefault="00043C9C"/>
        </w:tc>
      </w:tr>
      <w:tr w:rsidR="00043C9C" w14:paraId="297923B9" w14:textId="77777777">
        <w:tc>
          <w:tcPr>
            <w:tcW w:w="2880" w:type="dxa"/>
          </w:tcPr>
          <w:p w14:paraId="24C7E6F8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23F47DEE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758FD206" w14:textId="77777777" w:rsidR="00043C9C" w:rsidRDefault="00043C9C"/>
        </w:tc>
      </w:tr>
      <w:tr w:rsidR="00043C9C" w14:paraId="5266AFC0" w14:textId="77777777">
        <w:tc>
          <w:tcPr>
            <w:tcW w:w="2880" w:type="dxa"/>
          </w:tcPr>
          <w:p w14:paraId="275C2748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155BBC0B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7B499F06" w14:textId="77777777" w:rsidR="00043C9C" w:rsidRDefault="00043C9C"/>
        </w:tc>
      </w:tr>
    </w:tbl>
    <w:p w14:paraId="48713B48" w14:textId="77777777" w:rsidR="00043C9C" w:rsidRDefault="00000000">
      <w:pPr>
        <w:pStyle w:val="Nagwek2"/>
      </w:pPr>
      <w:r>
        <w:t xml:space="preserve">25. </w:t>
      </w:r>
      <w:proofErr w:type="spellStart"/>
      <w:r>
        <w:t>Stolik</w:t>
      </w:r>
      <w:proofErr w:type="spellEnd"/>
      <w:r>
        <w:t xml:space="preserve"> </w:t>
      </w:r>
      <w:proofErr w:type="spellStart"/>
      <w:r>
        <w:t>zabiegowy</w:t>
      </w:r>
      <w:proofErr w:type="spellEnd"/>
      <w:r>
        <w:t xml:space="preserve"> – 10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175AF3C8" w14:textId="77777777">
        <w:tc>
          <w:tcPr>
            <w:tcW w:w="2880" w:type="dxa"/>
          </w:tcPr>
          <w:p w14:paraId="3AFC0D87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729FBBBF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74F28811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CCE6E23" w14:textId="77777777">
        <w:tc>
          <w:tcPr>
            <w:tcW w:w="2880" w:type="dxa"/>
          </w:tcPr>
          <w:p w14:paraId="17470006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19D89AC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25B6B1C4" w14:textId="77777777" w:rsidR="00043C9C" w:rsidRDefault="00043C9C"/>
        </w:tc>
      </w:tr>
      <w:tr w:rsidR="00043C9C" w14:paraId="079835DD" w14:textId="77777777">
        <w:tc>
          <w:tcPr>
            <w:tcW w:w="2880" w:type="dxa"/>
          </w:tcPr>
          <w:p w14:paraId="46642EEC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0C68F77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31EA6101" w14:textId="77777777" w:rsidR="00043C9C" w:rsidRDefault="00043C9C"/>
        </w:tc>
      </w:tr>
      <w:tr w:rsidR="00043C9C" w14:paraId="2B2E9FDD" w14:textId="77777777">
        <w:tc>
          <w:tcPr>
            <w:tcW w:w="2880" w:type="dxa"/>
          </w:tcPr>
          <w:p w14:paraId="7557123C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2863756B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0A9C59D3" w14:textId="77777777" w:rsidR="00043C9C" w:rsidRDefault="00043C9C"/>
        </w:tc>
      </w:tr>
      <w:tr w:rsidR="00043C9C" w14:paraId="30576CD9" w14:textId="77777777">
        <w:tc>
          <w:tcPr>
            <w:tcW w:w="2880" w:type="dxa"/>
          </w:tcPr>
          <w:p w14:paraId="36B79B35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3CCA0364" w14:textId="77777777" w:rsidR="00043C9C" w:rsidRDefault="00000000">
            <w:proofErr w:type="spellStart"/>
            <w:r>
              <w:t>Podręczny</w:t>
            </w:r>
            <w:proofErr w:type="spellEnd"/>
          </w:p>
        </w:tc>
        <w:tc>
          <w:tcPr>
            <w:tcW w:w="2880" w:type="dxa"/>
          </w:tcPr>
          <w:p w14:paraId="2CF0E394" w14:textId="77777777" w:rsidR="00043C9C" w:rsidRDefault="00043C9C"/>
        </w:tc>
      </w:tr>
      <w:tr w:rsidR="00043C9C" w14:paraId="51ABA5CA" w14:textId="77777777">
        <w:tc>
          <w:tcPr>
            <w:tcW w:w="2880" w:type="dxa"/>
          </w:tcPr>
          <w:p w14:paraId="24F790A2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48745B7C" w14:textId="77777777" w:rsidR="00043C9C" w:rsidRDefault="00000000">
            <w:proofErr w:type="spellStart"/>
            <w:r>
              <w:t>Mobilny</w:t>
            </w:r>
            <w:proofErr w:type="spellEnd"/>
          </w:p>
        </w:tc>
        <w:tc>
          <w:tcPr>
            <w:tcW w:w="2880" w:type="dxa"/>
          </w:tcPr>
          <w:p w14:paraId="32E68C93" w14:textId="77777777" w:rsidR="00043C9C" w:rsidRDefault="00043C9C"/>
        </w:tc>
      </w:tr>
      <w:tr w:rsidR="00043C9C" w14:paraId="62C66DD1" w14:textId="77777777">
        <w:tc>
          <w:tcPr>
            <w:tcW w:w="2880" w:type="dxa"/>
          </w:tcPr>
          <w:p w14:paraId="41040DAD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538D70C6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742C4E58" w14:textId="77777777" w:rsidR="00043C9C" w:rsidRDefault="00043C9C"/>
        </w:tc>
      </w:tr>
      <w:tr w:rsidR="00043C9C" w14:paraId="3C5081EB" w14:textId="77777777">
        <w:tc>
          <w:tcPr>
            <w:tcW w:w="2880" w:type="dxa"/>
          </w:tcPr>
          <w:p w14:paraId="716FE1D6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6C37B2B2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2FCF3C7E" w14:textId="77777777" w:rsidR="00043C9C" w:rsidRDefault="00043C9C"/>
        </w:tc>
      </w:tr>
      <w:tr w:rsidR="00043C9C" w14:paraId="470620B3" w14:textId="77777777">
        <w:tc>
          <w:tcPr>
            <w:tcW w:w="2880" w:type="dxa"/>
          </w:tcPr>
          <w:p w14:paraId="7794ED88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27698074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1571BA56" w14:textId="77777777" w:rsidR="00043C9C" w:rsidRDefault="00043C9C"/>
        </w:tc>
      </w:tr>
    </w:tbl>
    <w:p w14:paraId="51215A5A" w14:textId="77777777" w:rsidR="00043C9C" w:rsidRDefault="00000000">
      <w:pPr>
        <w:pStyle w:val="Nagwek2"/>
      </w:pPr>
      <w:r>
        <w:t xml:space="preserve">26. </w:t>
      </w:r>
      <w:proofErr w:type="spellStart"/>
      <w:r>
        <w:t>Leżanka</w:t>
      </w:r>
      <w:proofErr w:type="spellEnd"/>
      <w:r>
        <w:t xml:space="preserve"> – 10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4648D05C" w14:textId="77777777">
        <w:tc>
          <w:tcPr>
            <w:tcW w:w="2880" w:type="dxa"/>
          </w:tcPr>
          <w:p w14:paraId="07941B0C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57DE417F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04839070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4959DF85" w14:textId="77777777">
        <w:tc>
          <w:tcPr>
            <w:tcW w:w="2880" w:type="dxa"/>
          </w:tcPr>
          <w:p w14:paraId="726E31AF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087505BB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C6993DB" w14:textId="77777777" w:rsidR="00043C9C" w:rsidRDefault="00043C9C"/>
        </w:tc>
      </w:tr>
      <w:tr w:rsidR="00043C9C" w14:paraId="3B69226C" w14:textId="77777777">
        <w:tc>
          <w:tcPr>
            <w:tcW w:w="2880" w:type="dxa"/>
          </w:tcPr>
          <w:p w14:paraId="17E0DC8B" w14:textId="77777777" w:rsidR="00043C9C" w:rsidRDefault="00000000">
            <w:r>
              <w:lastRenderedPageBreak/>
              <w:t>Producent</w:t>
            </w:r>
          </w:p>
        </w:tc>
        <w:tc>
          <w:tcPr>
            <w:tcW w:w="2880" w:type="dxa"/>
          </w:tcPr>
          <w:p w14:paraId="28797134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55F88DEA" w14:textId="77777777" w:rsidR="00043C9C" w:rsidRDefault="00043C9C"/>
        </w:tc>
      </w:tr>
      <w:tr w:rsidR="00043C9C" w14:paraId="3046E5D9" w14:textId="77777777">
        <w:tc>
          <w:tcPr>
            <w:tcW w:w="2880" w:type="dxa"/>
          </w:tcPr>
          <w:p w14:paraId="4B5A6FF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67860B54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1C6D82FD" w14:textId="77777777" w:rsidR="00043C9C" w:rsidRDefault="00043C9C"/>
        </w:tc>
      </w:tr>
      <w:tr w:rsidR="00043C9C" w14:paraId="6FF559BC" w14:textId="77777777">
        <w:tc>
          <w:tcPr>
            <w:tcW w:w="2880" w:type="dxa"/>
          </w:tcPr>
          <w:p w14:paraId="2AEC89AE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4F6A9580" w14:textId="77777777" w:rsidR="00043C9C" w:rsidRDefault="00000000">
            <w:proofErr w:type="spellStart"/>
            <w:r>
              <w:t>Medyczna</w:t>
            </w:r>
            <w:proofErr w:type="spellEnd"/>
          </w:p>
        </w:tc>
        <w:tc>
          <w:tcPr>
            <w:tcW w:w="2880" w:type="dxa"/>
          </w:tcPr>
          <w:p w14:paraId="46F63FAB" w14:textId="77777777" w:rsidR="00043C9C" w:rsidRDefault="00043C9C"/>
        </w:tc>
      </w:tr>
      <w:tr w:rsidR="00043C9C" w14:paraId="3B0E6A8F" w14:textId="77777777">
        <w:tc>
          <w:tcPr>
            <w:tcW w:w="2880" w:type="dxa"/>
          </w:tcPr>
          <w:p w14:paraId="3280809A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06D25ECD" w14:textId="77777777" w:rsidR="00043C9C" w:rsidRDefault="00000000">
            <w:proofErr w:type="spellStart"/>
            <w:r>
              <w:t>Tapicerka</w:t>
            </w:r>
            <w:proofErr w:type="spellEnd"/>
            <w:r>
              <w:t xml:space="preserve"> </w:t>
            </w:r>
            <w:proofErr w:type="spellStart"/>
            <w:r>
              <w:t>zmywalna</w:t>
            </w:r>
            <w:proofErr w:type="spellEnd"/>
          </w:p>
        </w:tc>
        <w:tc>
          <w:tcPr>
            <w:tcW w:w="2880" w:type="dxa"/>
          </w:tcPr>
          <w:p w14:paraId="4F8BA38E" w14:textId="77777777" w:rsidR="00043C9C" w:rsidRDefault="00043C9C"/>
        </w:tc>
      </w:tr>
      <w:tr w:rsidR="00043C9C" w14:paraId="5CC9F1FB" w14:textId="77777777">
        <w:tc>
          <w:tcPr>
            <w:tcW w:w="2880" w:type="dxa"/>
          </w:tcPr>
          <w:p w14:paraId="331ABFF9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24438D00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E84EECC" w14:textId="77777777" w:rsidR="00043C9C" w:rsidRDefault="00043C9C"/>
        </w:tc>
      </w:tr>
      <w:tr w:rsidR="00043C9C" w14:paraId="2562940D" w14:textId="77777777">
        <w:tc>
          <w:tcPr>
            <w:tcW w:w="2880" w:type="dxa"/>
          </w:tcPr>
          <w:p w14:paraId="4A551D46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3E50E045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3FB888BD" w14:textId="77777777" w:rsidR="00043C9C" w:rsidRDefault="00043C9C"/>
        </w:tc>
      </w:tr>
      <w:tr w:rsidR="00043C9C" w14:paraId="77C9FEFB" w14:textId="77777777">
        <w:tc>
          <w:tcPr>
            <w:tcW w:w="2880" w:type="dxa"/>
          </w:tcPr>
          <w:p w14:paraId="51D684F2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2DB72A08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66D440E2" w14:textId="77777777" w:rsidR="00043C9C" w:rsidRDefault="00043C9C"/>
        </w:tc>
      </w:tr>
    </w:tbl>
    <w:p w14:paraId="1B47DE12" w14:textId="77777777" w:rsidR="00043C9C" w:rsidRDefault="00000000">
      <w:pPr>
        <w:pStyle w:val="Nagwek2"/>
      </w:pPr>
      <w:r>
        <w:t xml:space="preserve">27. </w:t>
      </w:r>
      <w:proofErr w:type="spellStart"/>
      <w:r>
        <w:t>Biurko</w:t>
      </w:r>
      <w:proofErr w:type="spellEnd"/>
      <w:r>
        <w:t xml:space="preserve"> – 10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61C60C52" w14:textId="77777777">
        <w:tc>
          <w:tcPr>
            <w:tcW w:w="2880" w:type="dxa"/>
          </w:tcPr>
          <w:p w14:paraId="2F1F07D2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547BCE5E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2CA8C624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06C3920B" w14:textId="77777777">
        <w:tc>
          <w:tcPr>
            <w:tcW w:w="2880" w:type="dxa"/>
          </w:tcPr>
          <w:p w14:paraId="05D39D4E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224661F3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1286BFE" w14:textId="77777777" w:rsidR="00043C9C" w:rsidRDefault="00043C9C"/>
        </w:tc>
      </w:tr>
      <w:tr w:rsidR="00043C9C" w14:paraId="6DA45060" w14:textId="77777777">
        <w:tc>
          <w:tcPr>
            <w:tcW w:w="2880" w:type="dxa"/>
          </w:tcPr>
          <w:p w14:paraId="17C66E44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3280E382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15A4C849" w14:textId="77777777" w:rsidR="00043C9C" w:rsidRDefault="00043C9C"/>
        </w:tc>
      </w:tr>
      <w:tr w:rsidR="00043C9C" w14:paraId="4E94C8CE" w14:textId="77777777">
        <w:tc>
          <w:tcPr>
            <w:tcW w:w="2880" w:type="dxa"/>
          </w:tcPr>
          <w:p w14:paraId="53AC6FBE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947ADCF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6DE3933F" w14:textId="77777777" w:rsidR="00043C9C" w:rsidRDefault="00043C9C"/>
        </w:tc>
      </w:tr>
      <w:tr w:rsidR="00043C9C" w14:paraId="1C4AAB68" w14:textId="77777777">
        <w:tc>
          <w:tcPr>
            <w:tcW w:w="2880" w:type="dxa"/>
          </w:tcPr>
          <w:p w14:paraId="3CE8567C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384AB01C" w14:textId="77777777" w:rsidR="00043C9C" w:rsidRDefault="00000000">
            <w:r>
              <w:t xml:space="preserve">Z </w:t>
            </w:r>
            <w:proofErr w:type="spellStart"/>
            <w:r>
              <w:t>kontenerem</w:t>
            </w:r>
            <w:proofErr w:type="spellEnd"/>
          </w:p>
        </w:tc>
        <w:tc>
          <w:tcPr>
            <w:tcW w:w="2880" w:type="dxa"/>
          </w:tcPr>
          <w:p w14:paraId="2452EC94" w14:textId="77777777" w:rsidR="00043C9C" w:rsidRDefault="00043C9C"/>
        </w:tc>
      </w:tr>
      <w:tr w:rsidR="00043C9C" w14:paraId="3A0760CC" w14:textId="77777777">
        <w:tc>
          <w:tcPr>
            <w:tcW w:w="2880" w:type="dxa"/>
          </w:tcPr>
          <w:p w14:paraId="779E6CC0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13BEF5E4" w14:textId="77777777" w:rsidR="00043C9C" w:rsidRDefault="00000000">
            <w:r>
              <w:t xml:space="preserve">Do </w:t>
            </w:r>
            <w:proofErr w:type="spellStart"/>
            <w:r>
              <w:t>gabinetu</w:t>
            </w:r>
            <w:proofErr w:type="spellEnd"/>
          </w:p>
        </w:tc>
        <w:tc>
          <w:tcPr>
            <w:tcW w:w="2880" w:type="dxa"/>
          </w:tcPr>
          <w:p w14:paraId="1FEBF449" w14:textId="77777777" w:rsidR="00043C9C" w:rsidRDefault="00043C9C"/>
        </w:tc>
      </w:tr>
      <w:tr w:rsidR="00043C9C" w14:paraId="67942604" w14:textId="77777777">
        <w:tc>
          <w:tcPr>
            <w:tcW w:w="2880" w:type="dxa"/>
          </w:tcPr>
          <w:p w14:paraId="48194880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0CFF40E7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37698EB2" w14:textId="77777777" w:rsidR="00043C9C" w:rsidRDefault="00043C9C"/>
        </w:tc>
      </w:tr>
      <w:tr w:rsidR="00043C9C" w14:paraId="7A2252E0" w14:textId="77777777">
        <w:tc>
          <w:tcPr>
            <w:tcW w:w="2880" w:type="dxa"/>
          </w:tcPr>
          <w:p w14:paraId="3983621D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0057B347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3F855BDF" w14:textId="77777777" w:rsidR="00043C9C" w:rsidRDefault="00043C9C"/>
        </w:tc>
      </w:tr>
      <w:tr w:rsidR="00043C9C" w14:paraId="0FAF1AB4" w14:textId="77777777">
        <w:tc>
          <w:tcPr>
            <w:tcW w:w="2880" w:type="dxa"/>
          </w:tcPr>
          <w:p w14:paraId="11D253F0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4CEADBB4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68FB6719" w14:textId="77777777" w:rsidR="00043C9C" w:rsidRDefault="00043C9C"/>
        </w:tc>
      </w:tr>
      <w:tr w:rsidR="00FF2AB4" w14:paraId="0BC59AB0" w14:textId="77777777">
        <w:tc>
          <w:tcPr>
            <w:tcW w:w="2880" w:type="dxa"/>
          </w:tcPr>
          <w:p w14:paraId="611F6B6F" w14:textId="73D81065" w:rsidR="00FF2AB4" w:rsidRDefault="00FF2AB4">
            <w:proofErr w:type="spellStart"/>
            <w:r>
              <w:t>Wymiary</w:t>
            </w:r>
            <w:proofErr w:type="spellEnd"/>
          </w:p>
        </w:tc>
        <w:tc>
          <w:tcPr>
            <w:tcW w:w="2880" w:type="dxa"/>
          </w:tcPr>
          <w:p w14:paraId="0D696223" w14:textId="7E2AF2BE" w:rsidR="00FF2AB4" w:rsidRDefault="00FF2AB4">
            <w:r>
              <w:t>Min. 140 x 70</w:t>
            </w:r>
          </w:p>
        </w:tc>
        <w:tc>
          <w:tcPr>
            <w:tcW w:w="2880" w:type="dxa"/>
          </w:tcPr>
          <w:p w14:paraId="1EE67FE8" w14:textId="77777777" w:rsidR="00FF2AB4" w:rsidRDefault="00FF2AB4"/>
        </w:tc>
      </w:tr>
    </w:tbl>
    <w:p w14:paraId="4BA01F17" w14:textId="77777777" w:rsidR="00043C9C" w:rsidRDefault="00000000">
      <w:pPr>
        <w:pStyle w:val="Nagwek2"/>
      </w:pPr>
      <w:r>
        <w:t xml:space="preserve">28. Fotel </w:t>
      </w:r>
      <w:proofErr w:type="spellStart"/>
      <w:r>
        <w:t>biurkowy</w:t>
      </w:r>
      <w:proofErr w:type="spellEnd"/>
      <w:r>
        <w:t xml:space="preserve"> – 10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791B5A0B" w14:textId="77777777">
        <w:tc>
          <w:tcPr>
            <w:tcW w:w="2880" w:type="dxa"/>
          </w:tcPr>
          <w:p w14:paraId="58D59BEE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15CBECDA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4B4A368B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6C549953" w14:textId="77777777">
        <w:tc>
          <w:tcPr>
            <w:tcW w:w="2880" w:type="dxa"/>
          </w:tcPr>
          <w:p w14:paraId="295A5940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0A1EAC7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55CB1E41" w14:textId="77777777" w:rsidR="00043C9C" w:rsidRDefault="00043C9C"/>
        </w:tc>
      </w:tr>
      <w:tr w:rsidR="00043C9C" w14:paraId="568E2F73" w14:textId="77777777">
        <w:tc>
          <w:tcPr>
            <w:tcW w:w="2880" w:type="dxa"/>
          </w:tcPr>
          <w:p w14:paraId="048AECB5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60A7906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175C9A0A" w14:textId="77777777" w:rsidR="00043C9C" w:rsidRDefault="00043C9C"/>
        </w:tc>
      </w:tr>
      <w:tr w:rsidR="00043C9C" w14:paraId="5F82F77A" w14:textId="77777777">
        <w:tc>
          <w:tcPr>
            <w:tcW w:w="2880" w:type="dxa"/>
          </w:tcPr>
          <w:p w14:paraId="27BF2300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6AAE70C4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41291121" w14:textId="77777777" w:rsidR="00043C9C" w:rsidRDefault="00043C9C"/>
        </w:tc>
      </w:tr>
      <w:tr w:rsidR="00043C9C" w14:paraId="398F9B22" w14:textId="77777777">
        <w:tc>
          <w:tcPr>
            <w:tcW w:w="2880" w:type="dxa"/>
          </w:tcPr>
          <w:p w14:paraId="3E5CF104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0E96FD4C" w14:textId="77777777" w:rsidR="00043C9C" w:rsidRDefault="00000000">
            <w:proofErr w:type="spellStart"/>
            <w:r>
              <w:t>Obrotowy</w:t>
            </w:r>
            <w:proofErr w:type="spellEnd"/>
          </w:p>
        </w:tc>
        <w:tc>
          <w:tcPr>
            <w:tcW w:w="2880" w:type="dxa"/>
          </w:tcPr>
          <w:p w14:paraId="51801417" w14:textId="77777777" w:rsidR="00043C9C" w:rsidRDefault="00043C9C"/>
        </w:tc>
      </w:tr>
      <w:tr w:rsidR="00043C9C" w14:paraId="7887F98A" w14:textId="77777777">
        <w:tc>
          <w:tcPr>
            <w:tcW w:w="2880" w:type="dxa"/>
          </w:tcPr>
          <w:p w14:paraId="553F4CF4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7878122A" w14:textId="15A1A57D" w:rsidR="00043C9C" w:rsidRDefault="00000000">
            <w:proofErr w:type="spellStart"/>
            <w:r>
              <w:t>Regulowany</w:t>
            </w:r>
            <w:proofErr w:type="spellEnd"/>
            <w:r w:rsidR="00FF2AB4">
              <w:t xml:space="preserve">, </w:t>
            </w:r>
            <w:proofErr w:type="spellStart"/>
            <w:r w:rsidR="00FF2AB4">
              <w:t>podparcie</w:t>
            </w:r>
            <w:proofErr w:type="spellEnd"/>
            <w:r w:rsidR="00FF2AB4">
              <w:t xml:space="preserve"> </w:t>
            </w:r>
            <w:proofErr w:type="spellStart"/>
            <w:r w:rsidR="00FF2AB4">
              <w:t>lędźwiowe</w:t>
            </w:r>
            <w:proofErr w:type="spellEnd"/>
          </w:p>
        </w:tc>
        <w:tc>
          <w:tcPr>
            <w:tcW w:w="2880" w:type="dxa"/>
          </w:tcPr>
          <w:p w14:paraId="315DDA2F" w14:textId="77777777" w:rsidR="00043C9C" w:rsidRDefault="00043C9C"/>
        </w:tc>
      </w:tr>
      <w:tr w:rsidR="00043C9C" w14:paraId="412A34DF" w14:textId="77777777">
        <w:tc>
          <w:tcPr>
            <w:tcW w:w="2880" w:type="dxa"/>
          </w:tcPr>
          <w:p w14:paraId="137D1361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405D279C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50C56E6D" w14:textId="77777777" w:rsidR="00043C9C" w:rsidRDefault="00043C9C"/>
        </w:tc>
      </w:tr>
      <w:tr w:rsidR="00043C9C" w14:paraId="043A3D4D" w14:textId="77777777">
        <w:tc>
          <w:tcPr>
            <w:tcW w:w="2880" w:type="dxa"/>
          </w:tcPr>
          <w:p w14:paraId="0B3B30B9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78C8D749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4BF8008F" w14:textId="77777777" w:rsidR="00043C9C" w:rsidRDefault="00043C9C"/>
        </w:tc>
      </w:tr>
      <w:tr w:rsidR="00043C9C" w14:paraId="351568F4" w14:textId="77777777">
        <w:tc>
          <w:tcPr>
            <w:tcW w:w="2880" w:type="dxa"/>
          </w:tcPr>
          <w:p w14:paraId="494E7429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61CB23C8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49289628" w14:textId="77777777" w:rsidR="00043C9C" w:rsidRDefault="00043C9C"/>
        </w:tc>
      </w:tr>
    </w:tbl>
    <w:p w14:paraId="11682C1D" w14:textId="77777777" w:rsidR="00043C9C" w:rsidRDefault="00000000">
      <w:pPr>
        <w:pStyle w:val="Nagwek2"/>
      </w:pPr>
      <w:r>
        <w:t xml:space="preserve">29. </w:t>
      </w:r>
      <w:proofErr w:type="spellStart"/>
      <w:r>
        <w:t>Krzesła</w:t>
      </w:r>
      <w:proofErr w:type="spellEnd"/>
      <w:r>
        <w:t xml:space="preserve"> – 20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242D7FC1" w14:textId="77777777">
        <w:tc>
          <w:tcPr>
            <w:tcW w:w="2880" w:type="dxa"/>
          </w:tcPr>
          <w:p w14:paraId="64711559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614CD5BD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5BB0AEC4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26150A6E" w14:textId="77777777">
        <w:tc>
          <w:tcPr>
            <w:tcW w:w="2880" w:type="dxa"/>
          </w:tcPr>
          <w:p w14:paraId="008ACDD5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68071920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35BDC08" w14:textId="77777777" w:rsidR="00043C9C" w:rsidRDefault="00043C9C"/>
        </w:tc>
      </w:tr>
      <w:tr w:rsidR="00043C9C" w14:paraId="267B16EB" w14:textId="77777777">
        <w:tc>
          <w:tcPr>
            <w:tcW w:w="2880" w:type="dxa"/>
          </w:tcPr>
          <w:p w14:paraId="103DEA9E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325E5BE8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68F8A912" w14:textId="77777777" w:rsidR="00043C9C" w:rsidRDefault="00043C9C"/>
        </w:tc>
      </w:tr>
      <w:tr w:rsidR="00043C9C" w14:paraId="6F36E1C1" w14:textId="77777777">
        <w:tc>
          <w:tcPr>
            <w:tcW w:w="2880" w:type="dxa"/>
          </w:tcPr>
          <w:p w14:paraId="5B2B071E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CBCEA42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1673B015" w14:textId="77777777" w:rsidR="00043C9C" w:rsidRDefault="00043C9C"/>
        </w:tc>
      </w:tr>
      <w:tr w:rsidR="00043C9C" w14:paraId="22D38D08" w14:textId="77777777">
        <w:tc>
          <w:tcPr>
            <w:tcW w:w="2880" w:type="dxa"/>
          </w:tcPr>
          <w:p w14:paraId="277F97EF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64F4782D" w14:textId="77777777" w:rsidR="00043C9C" w:rsidRDefault="00000000">
            <w:proofErr w:type="spellStart"/>
            <w:r>
              <w:t>Dla</w:t>
            </w:r>
            <w:proofErr w:type="spellEnd"/>
            <w:r>
              <w:t xml:space="preserve"> </w:t>
            </w:r>
            <w:proofErr w:type="spellStart"/>
            <w:r>
              <w:t>pacjentów</w:t>
            </w:r>
            <w:proofErr w:type="spellEnd"/>
          </w:p>
        </w:tc>
        <w:tc>
          <w:tcPr>
            <w:tcW w:w="2880" w:type="dxa"/>
          </w:tcPr>
          <w:p w14:paraId="11B333B6" w14:textId="77777777" w:rsidR="00043C9C" w:rsidRDefault="00043C9C"/>
        </w:tc>
      </w:tr>
      <w:tr w:rsidR="00043C9C" w14:paraId="13091A0C" w14:textId="77777777">
        <w:tc>
          <w:tcPr>
            <w:tcW w:w="2880" w:type="dxa"/>
          </w:tcPr>
          <w:p w14:paraId="28D6436D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3EE56611" w14:textId="77777777" w:rsidR="00043C9C" w:rsidRDefault="00000000">
            <w:proofErr w:type="spellStart"/>
            <w:r>
              <w:t>Stabilna</w:t>
            </w:r>
            <w:proofErr w:type="spellEnd"/>
            <w:r>
              <w:t xml:space="preserve"> </w:t>
            </w:r>
            <w:proofErr w:type="spellStart"/>
            <w:r>
              <w:t>konstrukcja</w:t>
            </w:r>
            <w:proofErr w:type="spellEnd"/>
          </w:p>
        </w:tc>
        <w:tc>
          <w:tcPr>
            <w:tcW w:w="2880" w:type="dxa"/>
          </w:tcPr>
          <w:p w14:paraId="0189803B" w14:textId="77777777" w:rsidR="00043C9C" w:rsidRDefault="00043C9C"/>
        </w:tc>
      </w:tr>
      <w:tr w:rsidR="00043C9C" w14:paraId="51DDD49C" w14:textId="77777777">
        <w:tc>
          <w:tcPr>
            <w:tcW w:w="2880" w:type="dxa"/>
          </w:tcPr>
          <w:p w14:paraId="5F390431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2962BC3B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4BDBFF4C" w14:textId="77777777" w:rsidR="00043C9C" w:rsidRDefault="00043C9C"/>
        </w:tc>
      </w:tr>
      <w:tr w:rsidR="00043C9C" w14:paraId="3461E549" w14:textId="77777777">
        <w:tc>
          <w:tcPr>
            <w:tcW w:w="2880" w:type="dxa"/>
          </w:tcPr>
          <w:p w14:paraId="463241E2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11165372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208BF5D0" w14:textId="77777777" w:rsidR="00043C9C" w:rsidRDefault="00043C9C"/>
        </w:tc>
      </w:tr>
      <w:tr w:rsidR="00043C9C" w14:paraId="0B9B20B2" w14:textId="77777777">
        <w:tc>
          <w:tcPr>
            <w:tcW w:w="2880" w:type="dxa"/>
          </w:tcPr>
          <w:p w14:paraId="2AA5E841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39CBCB13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5A3A59FD" w14:textId="77777777" w:rsidR="00043C9C" w:rsidRDefault="00043C9C"/>
        </w:tc>
      </w:tr>
    </w:tbl>
    <w:p w14:paraId="594201B6" w14:textId="77777777" w:rsidR="00043C9C" w:rsidRDefault="00000000">
      <w:pPr>
        <w:pStyle w:val="Nagwek2"/>
      </w:pPr>
      <w:r>
        <w:t xml:space="preserve">30. </w:t>
      </w:r>
      <w:proofErr w:type="spellStart"/>
      <w:r>
        <w:t>Ławki</w:t>
      </w:r>
      <w:proofErr w:type="spellEnd"/>
      <w:r>
        <w:t xml:space="preserve"> – 20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0EF692EA" w14:textId="77777777">
        <w:tc>
          <w:tcPr>
            <w:tcW w:w="2880" w:type="dxa"/>
          </w:tcPr>
          <w:p w14:paraId="54489409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7F63ECD7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3781F090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2F6EEC31" w14:textId="77777777">
        <w:tc>
          <w:tcPr>
            <w:tcW w:w="2880" w:type="dxa"/>
          </w:tcPr>
          <w:p w14:paraId="246EE33E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4D1078E5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BFACBF3" w14:textId="77777777" w:rsidR="00043C9C" w:rsidRDefault="00043C9C"/>
        </w:tc>
      </w:tr>
      <w:tr w:rsidR="00043C9C" w14:paraId="5AB57D47" w14:textId="77777777">
        <w:tc>
          <w:tcPr>
            <w:tcW w:w="2880" w:type="dxa"/>
          </w:tcPr>
          <w:p w14:paraId="4D67CF25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228292E3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0649DD25" w14:textId="77777777" w:rsidR="00043C9C" w:rsidRDefault="00043C9C"/>
        </w:tc>
      </w:tr>
      <w:tr w:rsidR="00043C9C" w14:paraId="05E33C08" w14:textId="77777777">
        <w:tc>
          <w:tcPr>
            <w:tcW w:w="2880" w:type="dxa"/>
          </w:tcPr>
          <w:p w14:paraId="7F93E667" w14:textId="77777777" w:rsidR="00043C9C" w:rsidRDefault="00000000">
            <w:r>
              <w:lastRenderedPageBreak/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67FB06E9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444FE79" w14:textId="77777777" w:rsidR="00043C9C" w:rsidRDefault="00043C9C"/>
        </w:tc>
      </w:tr>
      <w:tr w:rsidR="00043C9C" w14:paraId="1F7552D6" w14:textId="77777777">
        <w:tc>
          <w:tcPr>
            <w:tcW w:w="2880" w:type="dxa"/>
          </w:tcPr>
          <w:p w14:paraId="7982AABC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24DCF877" w14:textId="77777777" w:rsidR="00043C9C" w:rsidRDefault="00000000">
            <w:r>
              <w:t xml:space="preserve">Do </w:t>
            </w:r>
            <w:proofErr w:type="spellStart"/>
            <w:r>
              <w:t>poczekalni</w:t>
            </w:r>
            <w:proofErr w:type="spellEnd"/>
          </w:p>
        </w:tc>
        <w:tc>
          <w:tcPr>
            <w:tcW w:w="2880" w:type="dxa"/>
          </w:tcPr>
          <w:p w14:paraId="4C34C4F9" w14:textId="77777777" w:rsidR="00043C9C" w:rsidRDefault="00043C9C"/>
        </w:tc>
      </w:tr>
      <w:tr w:rsidR="00043C9C" w14:paraId="2176274A" w14:textId="77777777">
        <w:tc>
          <w:tcPr>
            <w:tcW w:w="2880" w:type="dxa"/>
          </w:tcPr>
          <w:p w14:paraId="72F78F11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1E386947" w14:textId="77777777" w:rsidR="00043C9C" w:rsidRDefault="00000000">
            <w:proofErr w:type="spellStart"/>
            <w:r>
              <w:t>Łatwe</w:t>
            </w:r>
            <w:proofErr w:type="spellEnd"/>
            <w:r>
              <w:t xml:space="preserve"> w </w:t>
            </w:r>
            <w:proofErr w:type="spellStart"/>
            <w:r>
              <w:t>utrzymaniu</w:t>
            </w:r>
            <w:proofErr w:type="spellEnd"/>
          </w:p>
        </w:tc>
        <w:tc>
          <w:tcPr>
            <w:tcW w:w="2880" w:type="dxa"/>
          </w:tcPr>
          <w:p w14:paraId="752B840F" w14:textId="77777777" w:rsidR="00043C9C" w:rsidRDefault="00043C9C"/>
        </w:tc>
      </w:tr>
      <w:tr w:rsidR="00043C9C" w14:paraId="31EA7B8F" w14:textId="77777777">
        <w:tc>
          <w:tcPr>
            <w:tcW w:w="2880" w:type="dxa"/>
          </w:tcPr>
          <w:p w14:paraId="4CCE14D4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1901E5C8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78D8D82F" w14:textId="77777777" w:rsidR="00043C9C" w:rsidRDefault="00043C9C"/>
        </w:tc>
      </w:tr>
      <w:tr w:rsidR="00043C9C" w14:paraId="454465A8" w14:textId="77777777">
        <w:tc>
          <w:tcPr>
            <w:tcW w:w="2880" w:type="dxa"/>
          </w:tcPr>
          <w:p w14:paraId="0B92F9CA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20856FE2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3A21FF1A" w14:textId="77777777" w:rsidR="00043C9C" w:rsidRDefault="00043C9C"/>
        </w:tc>
      </w:tr>
      <w:tr w:rsidR="00043C9C" w14:paraId="209F86A5" w14:textId="77777777">
        <w:tc>
          <w:tcPr>
            <w:tcW w:w="2880" w:type="dxa"/>
          </w:tcPr>
          <w:p w14:paraId="6BFCB65F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58ED3A45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1FE1484D" w14:textId="77777777" w:rsidR="00043C9C" w:rsidRDefault="00043C9C"/>
        </w:tc>
      </w:tr>
    </w:tbl>
    <w:p w14:paraId="22FD2529" w14:textId="77777777" w:rsidR="00043C9C" w:rsidRDefault="00000000">
      <w:pPr>
        <w:pStyle w:val="Nagwek2"/>
      </w:pPr>
      <w:r>
        <w:t xml:space="preserve">31. </w:t>
      </w:r>
      <w:proofErr w:type="spellStart"/>
      <w:r>
        <w:t>Zabudowa</w:t>
      </w:r>
      <w:proofErr w:type="spellEnd"/>
      <w:r>
        <w:t xml:space="preserve"> </w:t>
      </w:r>
      <w:proofErr w:type="spellStart"/>
      <w:r>
        <w:t>rejestracji</w:t>
      </w:r>
      <w:proofErr w:type="spellEnd"/>
      <w:r>
        <w:t xml:space="preserve"> – 1 </w:t>
      </w:r>
      <w:proofErr w:type="spellStart"/>
      <w:r>
        <w:t>kpl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043C9C" w14:paraId="0F8D1C07" w14:textId="77777777">
        <w:tc>
          <w:tcPr>
            <w:tcW w:w="2880" w:type="dxa"/>
          </w:tcPr>
          <w:p w14:paraId="648758BB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3763D8AC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0C7C170E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5ABAFC6F" w14:textId="77777777">
        <w:tc>
          <w:tcPr>
            <w:tcW w:w="2880" w:type="dxa"/>
          </w:tcPr>
          <w:p w14:paraId="3378E4E7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3FF239C6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A9F4230" w14:textId="77777777" w:rsidR="00043C9C" w:rsidRDefault="00043C9C"/>
        </w:tc>
      </w:tr>
      <w:tr w:rsidR="00043C9C" w14:paraId="585FE91F" w14:textId="77777777">
        <w:tc>
          <w:tcPr>
            <w:tcW w:w="2880" w:type="dxa"/>
          </w:tcPr>
          <w:p w14:paraId="527315B9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24154D86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604BD60F" w14:textId="77777777" w:rsidR="00043C9C" w:rsidRDefault="00043C9C"/>
        </w:tc>
      </w:tr>
      <w:tr w:rsidR="00043C9C" w14:paraId="7DFCF1CD" w14:textId="77777777">
        <w:tc>
          <w:tcPr>
            <w:tcW w:w="2880" w:type="dxa"/>
          </w:tcPr>
          <w:p w14:paraId="727F24C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12B2A9F5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6B2ED060" w14:textId="77777777" w:rsidR="00043C9C" w:rsidRDefault="00043C9C"/>
        </w:tc>
      </w:tr>
      <w:tr w:rsidR="00043C9C" w14:paraId="12576AFF" w14:textId="77777777">
        <w:tc>
          <w:tcPr>
            <w:tcW w:w="2880" w:type="dxa"/>
          </w:tcPr>
          <w:p w14:paraId="6BD53A49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6E29E340" w14:textId="77777777" w:rsidR="00043C9C" w:rsidRDefault="00000000">
            <w:proofErr w:type="spellStart"/>
            <w:r>
              <w:t>Meblowa</w:t>
            </w:r>
            <w:proofErr w:type="spellEnd"/>
          </w:p>
        </w:tc>
        <w:tc>
          <w:tcPr>
            <w:tcW w:w="2880" w:type="dxa"/>
          </w:tcPr>
          <w:p w14:paraId="57FFFB45" w14:textId="77777777" w:rsidR="00043C9C" w:rsidRDefault="00043C9C"/>
        </w:tc>
      </w:tr>
      <w:tr w:rsidR="00043C9C" w14:paraId="473C75B7" w14:textId="77777777">
        <w:tc>
          <w:tcPr>
            <w:tcW w:w="2880" w:type="dxa"/>
          </w:tcPr>
          <w:p w14:paraId="3EB085D0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150A59DA" w14:textId="3A546714" w:rsidR="00043C9C" w:rsidRDefault="00000000">
            <w:proofErr w:type="spellStart"/>
            <w:r>
              <w:t>Dostosowana</w:t>
            </w:r>
            <w:proofErr w:type="spellEnd"/>
            <w:r>
              <w:t xml:space="preserve"> do RODO</w:t>
            </w:r>
            <w:r w:rsidR="00FF2AB4">
              <w:t xml:space="preserve"> </w:t>
            </w:r>
            <w:proofErr w:type="spellStart"/>
            <w:r w:rsidR="00FF2AB4">
              <w:t>i</w:t>
            </w:r>
            <w:proofErr w:type="spellEnd"/>
            <w:r w:rsidR="00FF2AB4">
              <w:t xml:space="preserve"> </w:t>
            </w:r>
            <w:proofErr w:type="spellStart"/>
            <w:r w:rsidR="00EA4A1E">
              <w:t>osób</w:t>
            </w:r>
            <w:proofErr w:type="spellEnd"/>
            <w:r w:rsidR="00EA4A1E">
              <w:t xml:space="preserve"> </w:t>
            </w:r>
            <w:proofErr w:type="spellStart"/>
            <w:r w:rsidR="00EA4A1E">
              <w:t>niepełnosprawnych</w:t>
            </w:r>
            <w:proofErr w:type="spellEnd"/>
          </w:p>
        </w:tc>
        <w:tc>
          <w:tcPr>
            <w:tcW w:w="2880" w:type="dxa"/>
          </w:tcPr>
          <w:p w14:paraId="4925B924" w14:textId="77777777" w:rsidR="00043C9C" w:rsidRDefault="00043C9C"/>
        </w:tc>
      </w:tr>
      <w:tr w:rsidR="00043C9C" w14:paraId="35498F48" w14:textId="77777777">
        <w:tc>
          <w:tcPr>
            <w:tcW w:w="2880" w:type="dxa"/>
          </w:tcPr>
          <w:p w14:paraId="757CCCF0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4FCEFCC3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52C39C21" w14:textId="77777777" w:rsidR="00043C9C" w:rsidRDefault="00043C9C"/>
        </w:tc>
      </w:tr>
      <w:tr w:rsidR="00043C9C" w14:paraId="0FACC146" w14:textId="77777777">
        <w:tc>
          <w:tcPr>
            <w:tcW w:w="2880" w:type="dxa"/>
          </w:tcPr>
          <w:p w14:paraId="620A8935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493E9E1B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02444236" w14:textId="77777777" w:rsidR="00043C9C" w:rsidRDefault="00043C9C"/>
        </w:tc>
      </w:tr>
      <w:tr w:rsidR="00043C9C" w14:paraId="4B16D3C7" w14:textId="77777777">
        <w:tc>
          <w:tcPr>
            <w:tcW w:w="2880" w:type="dxa"/>
          </w:tcPr>
          <w:p w14:paraId="717F61FC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3EDF034C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0C8E531A" w14:textId="77777777" w:rsidR="00043C9C" w:rsidRDefault="00043C9C"/>
        </w:tc>
      </w:tr>
    </w:tbl>
    <w:p w14:paraId="45C75023" w14:textId="77777777" w:rsidR="00043C9C" w:rsidRDefault="00000000">
      <w:pPr>
        <w:pStyle w:val="Nagwek2"/>
      </w:pPr>
      <w:r>
        <w:t xml:space="preserve">32. </w:t>
      </w:r>
      <w:proofErr w:type="spellStart"/>
      <w:r>
        <w:t>Komputer</w:t>
      </w:r>
      <w:proofErr w:type="spellEnd"/>
      <w:r>
        <w:t xml:space="preserve"> AIO – 20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091"/>
        <w:gridCol w:w="3662"/>
        <w:gridCol w:w="2877"/>
      </w:tblGrid>
      <w:tr w:rsidR="00043C9C" w14:paraId="66A034B2" w14:textId="77777777" w:rsidTr="005D4868">
        <w:tc>
          <w:tcPr>
            <w:tcW w:w="2093" w:type="dxa"/>
          </w:tcPr>
          <w:p w14:paraId="0A5A1633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3667" w:type="dxa"/>
          </w:tcPr>
          <w:p w14:paraId="3D1260F1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051DE328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34D8D4E5" w14:textId="77777777" w:rsidTr="005D4868">
        <w:tc>
          <w:tcPr>
            <w:tcW w:w="2093" w:type="dxa"/>
          </w:tcPr>
          <w:p w14:paraId="2B126F3A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3667" w:type="dxa"/>
          </w:tcPr>
          <w:p w14:paraId="7D41C062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5E7E7845" w14:textId="77777777" w:rsidR="00043C9C" w:rsidRDefault="00043C9C"/>
        </w:tc>
      </w:tr>
      <w:tr w:rsidR="00043C9C" w14:paraId="73AF2703" w14:textId="77777777" w:rsidTr="005D4868">
        <w:tc>
          <w:tcPr>
            <w:tcW w:w="2093" w:type="dxa"/>
          </w:tcPr>
          <w:p w14:paraId="7D6C2942" w14:textId="77777777" w:rsidR="00043C9C" w:rsidRDefault="00000000">
            <w:r>
              <w:t>Producent</w:t>
            </w:r>
          </w:p>
        </w:tc>
        <w:tc>
          <w:tcPr>
            <w:tcW w:w="3667" w:type="dxa"/>
          </w:tcPr>
          <w:p w14:paraId="3977C189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424888A6" w14:textId="77777777" w:rsidR="00043C9C" w:rsidRDefault="00043C9C"/>
        </w:tc>
      </w:tr>
      <w:tr w:rsidR="00043C9C" w14:paraId="75492AC7" w14:textId="77777777" w:rsidTr="005D4868">
        <w:tc>
          <w:tcPr>
            <w:tcW w:w="2093" w:type="dxa"/>
          </w:tcPr>
          <w:p w14:paraId="21788EB6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3667" w:type="dxa"/>
          </w:tcPr>
          <w:p w14:paraId="29078FE5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22280B60" w14:textId="77777777" w:rsidR="00043C9C" w:rsidRDefault="00043C9C"/>
        </w:tc>
      </w:tr>
      <w:tr w:rsidR="00043C9C" w14:paraId="78868EB4" w14:textId="77777777" w:rsidTr="005D4868">
        <w:tc>
          <w:tcPr>
            <w:tcW w:w="2093" w:type="dxa"/>
          </w:tcPr>
          <w:p w14:paraId="12FB0A62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3667" w:type="dxa"/>
          </w:tcPr>
          <w:p w14:paraId="43CA0F45" w14:textId="77777777" w:rsidR="00043C9C" w:rsidRDefault="00000000">
            <w:r>
              <w:t>All-in-One</w:t>
            </w:r>
          </w:p>
        </w:tc>
        <w:tc>
          <w:tcPr>
            <w:tcW w:w="2880" w:type="dxa"/>
          </w:tcPr>
          <w:p w14:paraId="39B8905A" w14:textId="77777777" w:rsidR="00043C9C" w:rsidRDefault="00043C9C"/>
        </w:tc>
      </w:tr>
      <w:tr w:rsidR="00043C9C" w14:paraId="6517DC34" w14:textId="77777777" w:rsidTr="005D4868">
        <w:tc>
          <w:tcPr>
            <w:tcW w:w="2093" w:type="dxa"/>
          </w:tcPr>
          <w:p w14:paraId="5D1D9091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3667" w:type="dxa"/>
          </w:tcPr>
          <w:p w14:paraId="5E6D9F20" w14:textId="77777777" w:rsidR="005D4868" w:rsidRDefault="005D4868" w:rsidP="005D4868">
            <w:proofErr w:type="spellStart"/>
            <w:r>
              <w:t>Procesor</w:t>
            </w:r>
            <w:proofErr w:type="spellEnd"/>
            <w:r>
              <w:tab/>
              <w:t xml:space="preserve">Min. Intel Core i5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</w:t>
            </w:r>
            <w:proofErr w:type="spellEnd"/>
            <w:r>
              <w:t xml:space="preserve"> (min. 6 </w:t>
            </w:r>
            <w:proofErr w:type="spellStart"/>
            <w:r>
              <w:t>rdzeni</w:t>
            </w:r>
            <w:proofErr w:type="spellEnd"/>
            <w:r>
              <w:t>)</w:t>
            </w:r>
            <w:r>
              <w:tab/>
            </w:r>
          </w:p>
          <w:p w14:paraId="2E7E6FBC" w14:textId="77777777" w:rsidR="005D4868" w:rsidRDefault="005D4868" w:rsidP="005D4868">
            <w:proofErr w:type="spellStart"/>
            <w:r>
              <w:t>Wynik</w:t>
            </w:r>
            <w:proofErr w:type="spellEnd"/>
            <w:r>
              <w:t xml:space="preserve"> </w:t>
            </w:r>
            <w:proofErr w:type="spellStart"/>
            <w:r>
              <w:t>wydajności</w:t>
            </w:r>
            <w:proofErr w:type="spellEnd"/>
            <w:r>
              <w:t xml:space="preserve"> CPU</w:t>
            </w:r>
            <w:r>
              <w:tab/>
              <w:t xml:space="preserve">Min. 15 000 pkt w </w:t>
            </w:r>
            <w:proofErr w:type="spellStart"/>
            <w:r>
              <w:t>PassMark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równoważnym</w:t>
            </w:r>
            <w:proofErr w:type="spellEnd"/>
            <w:r>
              <w:t xml:space="preserve"> </w:t>
            </w:r>
            <w:proofErr w:type="spellStart"/>
            <w:r>
              <w:t>teście</w:t>
            </w:r>
            <w:proofErr w:type="spellEnd"/>
          </w:p>
          <w:p w14:paraId="4391425C" w14:textId="77777777" w:rsidR="005D4868" w:rsidRDefault="005D4868" w:rsidP="005D4868">
            <w:proofErr w:type="spellStart"/>
            <w:r>
              <w:t>Pamięć</w:t>
            </w:r>
            <w:proofErr w:type="spellEnd"/>
            <w:r>
              <w:t xml:space="preserve"> RAM</w:t>
            </w:r>
            <w:r>
              <w:tab/>
              <w:t xml:space="preserve">Min. 16 GB DDR4 </w:t>
            </w:r>
            <w:proofErr w:type="spellStart"/>
            <w:r>
              <w:t>lub</w:t>
            </w:r>
            <w:proofErr w:type="spellEnd"/>
            <w:r>
              <w:t xml:space="preserve"> DDR5</w:t>
            </w:r>
          </w:p>
          <w:p w14:paraId="36AB8CB4" w14:textId="77777777" w:rsidR="005D4868" w:rsidRDefault="005D4868" w:rsidP="005D4868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rozbudowy</w:t>
            </w:r>
            <w:proofErr w:type="spellEnd"/>
            <w:r>
              <w:t xml:space="preserve"> RAM</w:t>
            </w:r>
            <w:r>
              <w:tab/>
              <w:t>Tak</w:t>
            </w:r>
          </w:p>
          <w:p w14:paraId="6E41A197" w14:textId="77777777" w:rsidR="005D4868" w:rsidRDefault="005D4868" w:rsidP="005D4868">
            <w:proofErr w:type="spellStart"/>
            <w:r>
              <w:t>Dysk</w:t>
            </w:r>
            <w:proofErr w:type="spellEnd"/>
            <w:r>
              <w:t xml:space="preserve"> </w:t>
            </w:r>
            <w:proofErr w:type="spellStart"/>
            <w:r>
              <w:t>systemowy</w:t>
            </w:r>
            <w:proofErr w:type="spellEnd"/>
            <w:r>
              <w:tab/>
              <w:t xml:space="preserve">SSD </w:t>
            </w:r>
            <w:proofErr w:type="spellStart"/>
            <w:r>
              <w:t>NVMe</w:t>
            </w:r>
            <w:proofErr w:type="spellEnd"/>
            <w:r>
              <w:t xml:space="preserve"> min. 512 GB</w:t>
            </w:r>
          </w:p>
          <w:p w14:paraId="66E113A4" w14:textId="77777777" w:rsidR="005D4868" w:rsidRDefault="005D4868" w:rsidP="005D4868">
            <w:proofErr w:type="spellStart"/>
            <w:r>
              <w:t>Matryca</w:t>
            </w:r>
            <w:proofErr w:type="spellEnd"/>
            <w:r>
              <w:tab/>
              <w:t xml:space="preserve">Min. 23,8", </w:t>
            </w:r>
            <w:proofErr w:type="spellStart"/>
            <w:r>
              <w:t>matowa</w:t>
            </w:r>
            <w:proofErr w:type="spellEnd"/>
          </w:p>
          <w:p w14:paraId="63BB6918" w14:textId="77777777" w:rsidR="005D4868" w:rsidRDefault="005D4868" w:rsidP="005D4868">
            <w:proofErr w:type="spellStart"/>
            <w:r>
              <w:t>Rozdzielczość</w:t>
            </w:r>
            <w:proofErr w:type="spellEnd"/>
            <w:r>
              <w:tab/>
              <w:t>Min. Full HD (1920 × 1080)</w:t>
            </w:r>
          </w:p>
          <w:p w14:paraId="27BBBADA" w14:textId="77777777" w:rsidR="005D4868" w:rsidRDefault="005D4868" w:rsidP="005D4868">
            <w:proofErr w:type="spellStart"/>
            <w:r>
              <w:t>Technologia</w:t>
            </w:r>
            <w:proofErr w:type="spellEnd"/>
            <w:r>
              <w:t xml:space="preserve"> </w:t>
            </w:r>
            <w:proofErr w:type="spellStart"/>
            <w:r>
              <w:t>ekranu</w:t>
            </w:r>
            <w:proofErr w:type="spellEnd"/>
            <w:r>
              <w:tab/>
              <w:t xml:space="preserve">IPS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równoważna</w:t>
            </w:r>
            <w:proofErr w:type="spellEnd"/>
          </w:p>
          <w:p w14:paraId="67FBFDB5" w14:textId="77777777" w:rsidR="005D4868" w:rsidRDefault="005D4868" w:rsidP="005D4868">
            <w:r>
              <w:t xml:space="preserve">Karta </w:t>
            </w:r>
            <w:proofErr w:type="spellStart"/>
            <w:r>
              <w:t>graficzna</w:t>
            </w:r>
            <w:proofErr w:type="spellEnd"/>
            <w:r>
              <w:tab/>
            </w:r>
            <w:proofErr w:type="spellStart"/>
            <w:r>
              <w:t>Zintegrowana</w:t>
            </w:r>
            <w:proofErr w:type="spellEnd"/>
          </w:p>
          <w:p w14:paraId="4940F1A7" w14:textId="77777777" w:rsidR="005D4868" w:rsidRDefault="005D4868" w:rsidP="005D4868">
            <w:r>
              <w:t>Kamera</w:t>
            </w:r>
            <w:r>
              <w:tab/>
            </w:r>
            <w:proofErr w:type="spellStart"/>
            <w:r>
              <w:t>Wbudowana</w:t>
            </w:r>
            <w:proofErr w:type="spellEnd"/>
          </w:p>
          <w:p w14:paraId="5B8378E5" w14:textId="77777777" w:rsidR="005D4868" w:rsidRDefault="005D4868" w:rsidP="005D4868">
            <w:proofErr w:type="spellStart"/>
            <w:r>
              <w:t>Głośniki</w:t>
            </w:r>
            <w:proofErr w:type="spellEnd"/>
            <w:r>
              <w:tab/>
            </w:r>
            <w:proofErr w:type="spellStart"/>
            <w:r>
              <w:t>Wbudowane</w:t>
            </w:r>
            <w:proofErr w:type="spellEnd"/>
          </w:p>
          <w:p w14:paraId="5DC1D23D" w14:textId="77777777" w:rsidR="005D4868" w:rsidRDefault="005D4868" w:rsidP="005D4868">
            <w:proofErr w:type="spellStart"/>
            <w:r>
              <w:t>Mikrofon</w:t>
            </w:r>
            <w:proofErr w:type="spellEnd"/>
            <w:r>
              <w:tab/>
            </w:r>
            <w:proofErr w:type="spellStart"/>
            <w:r>
              <w:t>Wbudowany</w:t>
            </w:r>
            <w:proofErr w:type="spellEnd"/>
          </w:p>
          <w:p w14:paraId="6FAB6153" w14:textId="77777777" w:rsidR="005D4868" w:rsidRDefault="005D4868" w:rsidP="005D4868">
            <w:r>
              <w:t xml:space="preserve">Karta </w:t>
            </w:r>
            <w:proofErr w:type="spellStart"/>
            <w:r>
              <w:t>sieciowa</w:t>
            </w:r>
            <w:proofErr w:type="spellEnd"/>
            <w:r>
              <w:t xml:space="preserve"> LAN</w:t>
            </w:r>
            <w:r>
              <w:tab/>
              <w:t>10/100/1000 Mbps</w:t>
            </w:r>
          </w:p>
          <w:p w14:paraId="1CC18DF6" w14:textId="77777777" w:rsidR="005D4868" w:rsidRDefault="005D4868" w:rsidP="005D4868">
            <w:r>
              <w:t xml:space="preserve">Karta </w:t>
            </w:r>
            <w:proofErr w:type="spellStart"/>
            <w:r>
              <w:t>sieciowa</w:t>
            </w:r>
            <w:proofErr w:type="spellEnd"/>
            <w:r>
              <w:t xml:space="preserve"> Wi-Fi</w:t>
            </w:r>
            <w:r>
              <w:tab/>
              <w:t>Min. Wi-Fi 6</w:t>
            </w:r>
          </w:p>
          <w:p w14:paraId="486FE3EB" w14:textId="77777777" w:rsidR="005D4868" w:rsidRDefault="005D4868" w:rsidP="005D4868">
            <w:r>
              <w:t>Bluetooth</w:t>
            </w:r>
            <w:r>
              <w:tab/>
              <w:t xml:space="preserve">Min. </w:t>
            </w:r>
            <w:proofErr w:type="spellStart"/>
            <w:r>
              <w:t>wersja</w:t>
            </w:r>
            <w:proofErr w:type="spellEnd"/>
            <w:r>
              <w:t xml:space="preserve"> 5.0</w:t>
            </w:r>
          </w:p>
          <w:p w14:paraId="07878824" w14:textId="77777777" w:rsidR="005D4868" w:rsidRDefault="005D4868" w:rsidP="005D4868">
            <w:r>
              <w:lastRenderedPageBreak/>
              <w:t>Porty USB</w:t>
            </w:r>
            <w:r>
              <w:tab/>
              <w:t xml:space="preserve">Min. 4 × USB (w </w:t>
            </w:r>
            <w:proofErr w:type="spellStart"/>
            <w:r>
              <w:t>tym</w:t>
            </w:r>
            <w:proofErr w:type="spellEnd"/>
            <w:r>
              <w:t xml:space="preserve"> min. 2 × USB 3.x)</w:t>
            </w:r>
          </w:p>
          <w:p w14:paraId="757E716A" w14:textId="77777777" w:rsidR="005D4868" w:rsidRDefault="005D4868" w:rsidP="005D4868">
            <w:r>
              <w:t xml:space="preserve">Port </w:t>
            </w:r>
            <w:proofErr w:type="spellStart"/>
            <w:r>
              <w:t>wideo</w:t>
            </w:r>
            <w:proofErr w:type="spellEnd"/>
            <w:r>
              <w:tab/>
              <w:t xml:space="preserve">HDMI </w:t>
            </w:r>
            <w:proofErr w:type="spellStart"/>
            <w:r>
              <w:t>lub</w:t>
            </w:r>
            <w:proofErr w:type="spellEnd"/>
            <w:r>
              <w:t xml:space="preserve"> DisplayPort</w:t>
            </w:r>
          </w:p>
          <w:p w14:paraId="0ED1F363" w14:textId="77777777" w:rsidR="005D4868" w:rsidRDefault="005D4868" w:rsidP="005D4868">
            <w:r>
              <w:t xml:space="preserve">System </w:t>
            </w:r>
            <w:proofErr w:type="spellStart"/>
            <w:r>
              <w:t>operacyjny</w:t>
            </w:r>
            <w:proofErr w:type="spellEnd"/>
            <w:r>
              <w:tab/>
              <w:t xml:space="preserve">Windows 11 Pro PL 64-bit, </w:t>
            </w:r>
            <w:proofErr w:type="spellStart"/>
            <w:r>
              <w:t>zainstalowany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aktywowany</w:t>
            </w:r>
            <w:proofErr w:type="spellEnd"/>
          </w:p>
          <w:p w14:paraId="2772C474" w14:textId="77777777" w:rsidR="005D4868" w:rsidRDefault="005D4868" w:rsidP="005D4868">
            <w:proofErr w:type="spellStart"/>
            <w:r>
              <w:t>Licencja</w:t>
            </w:r>
            <w:proofErr w:type="spellEnd"/>
            <w:r>
              <w:t xml:space="preserve"> </w:t>
            </w:r>
            <w:proofErr w:type="spellStart"/>
            <w:r>
              <w:t>systemu</w:t>
            </w:r>
            <w:proofErr w:type="spellEnd"/>
            <w:r>
              <w:tab/>
            </w:r>
            <w:proofErr w:type="spellStart"/>
            <w:r>
              <w:t>Legalna</w:t>
            </w:r>
            <w:proofErr w:type="spellEnd"/>
            <w:r>
              <w:t xml:space="preserve">, </w:t>
            </w:r>
            <w:proofErr w:type="spellStart"/>
            <w:r>
              <w:t>bezterminowa</w:t>
            </w:r>
            <w:proofErr w:type="spellEnd"/>
            <w:r>
              <w:t xml:space="preserve">, </w:t>
            </w:r>
            <w:proofErr w:type="spellStart"/>
            <w:r>
              <w:t>typu</w:t>
            </w:r>
            <w:proofErr w:type="spellEnd"/>
            <w:r>
              <w:t xml:space="preserve"> OEM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równoważna</w:t>
            </w:r>
            <w:proofErr w:type="spellEnd"/>
          </w:p>
          <w:p w14:paraId="78E76569" w14:textId="77777777" w:rsidR="005D4868" w:rsidRDefault="005D4868" w:rsidP="005D4868">
            <w:proofErr w:type="spellStart"/>
            <w:r>
              <w:t>Klawiatura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mysz</w:t>
            </w:r>
            <w:proofErr w:type="spellEnd"/>
            <w:r>
              <w:tab/>
              <w:t xml:space="preserve">W </w:t>
            </w:r>
            <w:proofErr w:type="spellStart"/>
            <w:r>
              <w:t>zestawie</w:t>
            </w:r>
            <w:proofErr w:type="spellEnd"/>
            <w:r>
              <w:t xml:space="preserve">, </w:t>
            </w:r>
            <w:proofErr w:type="spellStart"/>
            <w:r>
              <w:t>przewodowe</w:t>
            </w:r>
            <w:proofErr w:type="spellEnd"/>
            <w:r>
              <w:t xml:space="preserve">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bezprzewodowe</w:t>
            </w:r>
            <w:proofErr w:type="spellEnd"/>
            <w:r>
              <w:tab/>
            </w:r>
          </w:p>
          <w:p w14:paraId="602A7417" w14:textId="77777777" w:rsidR="005D4868" w:rsidRDefault="005D4868" w:rsidP="005D4868">
            <w:proofErr w:type="spellStart"/>
            <w:r>
              <w:t>Zabezpieczenia</w:t>
            </w:r>
            <w:proofErr w:type="spellEnd"/>
            <w:r>
              <w:tab/>
              <w:t>TPM 2.0</w:t>
            </w:r>
            <w:r>
              <w:tab/>
            </w:r>
          </w:p>
          <w:p w14:paraId="523FEA35" w14:textId="79EE1739" w:rsidR="00043C9C" w:rsidRDefault="00043C9C"/>
        </w:tc>
        <w:tc>
          <w:tcPr>
            <w:tcW w:w="2880" w:type="dxa"/>
          </w:tcPr>
          <w:p w14:paraId="7908E3CB" w14:textId="77777777" w:rsidR="00043C9C" w:rsidRDefault="00043C9C"/>
        </w:tc>
      </w:tr>
      <w:tr w:rsidR="00043C9C" w14:paraId="13C4F515" w14:textId="77777777" w:rsidTr="005D4868">
        <w:tc>
          <w:tcPr>
            <w:tcW w:w="2093" w:type="dxa"/>
          </w:tcPr>
          <w:p w14:paraId="5F67A1A9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3667" w:type="dxa"/>
          </w:tcPr>
          <w:p w14:paraId="25B1CA61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30ADB9FD" w14:textId="77777777" w:rsidR="00043C9C" w:rsidRDefault="00043C9C"/>
        </w:tc>
      </w:tr>
      <w:tr w:rsidR="00043C9C" w14:paraId="376F6A5F" w14:textId="77777777" w:rsidTr="005D4868">
        <w:tc>
          <w:tcPr>
            <w:tcW w:w="2093" w:type="dxa"/>
          </w:tcPr>
          <w:p w14:paraId="05FAD5C3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3667" w:type="dxa"/>
          </w:tcPr>
          <w:p w14:paraId="02E756FC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0000BD6B" w14:textId="77777777" w:rsidR="00043C9C" w:rsidRDefault="00043C9C"/>
        </w:tc>
      </w:tr>
      <w:tr w:rsidR="00043C9C" w14:paraId="1B928DEA" w14:textId="77777777" w:rsidTr="005D4868">
        <w:tc>
          <w:tcPr>
            <w:tcW w:w="2093" w:type="dxa"/>
          </w:tcPr>
          <w:p w14:paraId="48508756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3667" w:type="dxa"/>
          </w:tcPr>
          <w:p w14:paraId="5464CC80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3A0637AC" w14:textId="77777777" w:rsidR="00043C9C" w:rsidRDefault="00043C9C"/>
        </w:tc>
      </w:tr>
    </w:tbl>
    <w:p w14:paraId="605B07F9" w14:textId="77777777" w:rsidR="00043C9C" w:rsidRDefault="00000000">
      <w:pPr>
        <w:pStyle w:val="Nagwek2"/>
      </w:pPr>
      <w:r>
        <w:t xml:space="preserve">33. </w:t>
      </w:r>
      <w:proofErr w:type="spellStart"/>
      <w:r>
        <w:t>Drukarka</w:t>
      </w:r>
      <w:proofErr w:type="spellEnd"/>
      <w:r>
        <w:t xml:space="preserve"> – 20 </w:t>
      </w:r>
      <w:proofErr w:type="spellStart"/>
      <w:r>
        <w:t>szt</w:t>
      </w:r>
      <w:proofErr w:type="spellEnd"/>
      <w: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76"/>
        <w:gridCol w:w="2876"/>
        <w:gridCol w:w="2878"/>
      </w:tblGrid>
      <w:tr w:rsidR="00043C9C" w14:paraId="140FEC98" w14:textId="77777777">
        <w:tc>
          <w:tcPr>
            <w:tcW w:w="2880" w:type="dxa"/>
          </w:tcPr>
          <w:p w14:paraId="1F4DBD9E" w14:textId="77777777" w:rsidR="00043C9C" w:rsidRDefault="00000000">
            <w:proofErr w:type="spellStart"/>
            <w:r>
              <w:t>Parametr</w:t>
            </w:r>
            <w:proofErr w:type="spellEnd"/>
          </w:p>
        </w:tc>
        <w:tc>
          <w:tcPr>
            <w:tcW w:w="2880" w:type="dxa"/>
          </w:tcPr>
          <w:p w14:paraId="047007EE" w14:textId="77777777" w:rsidR="00043C9C" w:rsidRDefault="00000000">
            <w:proofErr w:type="spellStart"/>
            <w:r>
              <w:t>Wymaganie</w:t>
            </w:r>
            <w:proofErr w:type="spellEnd"/>
          </w:p>
        </w:tc>
        <w:tc>
          <w:tcPr>
            <w:tcW w:w="2880" w:type="dxa"/>
          </w:tcPr>
          <w:p w14:paraId="58ECEB68" w14:textId="77777777" w:rsidR="00043C9C" w:rsidRDefault="00000000">
            <w:proofErr w:type="spellStart"/>
            <w:r>
              <w:t>Spełnia</w:t>
            </w:r>
            <w:proofErr w:type="spellEnd"/>
            <w:r>
              <w:t xml:space="preserve"> (TAK/NIE/PODAĆ)</w:t>
            </w:r>
          </w:p>
        </w:tc>
      </w:tr>
      <w:tr w:rsidR="00043C9C" w14:paraId="440E7B1B" w14:textId="77777777">
        <w:tc>
          <w:tcPr>
            <w:tcW w:w="2880" w:type="dxa"/>
          </w:tcPr>
          <w:p w14:paraId="41F447B4" w14:textId="77777777" w:rsidR="00043C9C" w:rsidRDefault="00000000">
            <w:r>
              <w:t xml:space="preserve">Nazwa </w:t>
            </w:r>
            <w:proofErr w:type="spellStart"/>
            <w:r>
              <w:t>produktu</w:t>
            </w:r>
            <w:proofErr w:type="spellEnd"/>
          </w:p>
        </w:tc>
        <w:tc>
          <w:tcPr>
            <w:tcW w:w="2880" w:type="dxa"/>
          </w:tcPr>
          <w:p w14:paraId="536F9EFA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7C32CDCF" w14:textId="77777777" w:rsidR="00043C9C" w:rsidRDefault="00043C9C"/>
        </w:tc>
      </w:tr>
      <w:tr w:rsidR="00043C9C" w14:paraId="0D11FD80" w14:textId="77777777">
        <w:tc>
          <w:tcPr>
            <w:tcW w:w="2880" w:type="dxa"/>
          </w:tcPr>
          <w:p w14:paraId="7A958CDA" w14:textId="77777777" w:rsidR="00043C9C" w:rsidRDefault="00000000">
            <w:r>
              <w:t>Producent</w:t>
            </w:r>
          </w:p>
        </w:tc>
        <w:tc>
          <w:tcPr>
            <w:tcW w:w="2880" w:type="dxa"/>
          </w:tcPr>
          <w:p w14:paraId="5649836D" w14:textId="77777777" w:rsidR="00043C9C" w:rsidRDefault="00000000">
            <w:proofErr w:type="spellStart"/>
            <w:r>
              <w:t>Podać</w:t>
            </w:r>
            <w:proofErr w:type="spellEnd"/>
          </w:p>
        </w:tc>
        <w:tc>
          <w:tcPr>
            <w:tcW w:w="2880" w:type="dxa"/>
          </w:tcPr>
          <w:p w14:paraId="5D43CCBB" w14:textId="77777777" w:rsidR="00043C9C" w:rsidRDefault="00043C9C"/>
        </w:tc>
      </w:tr>
      <w:tr w:rsidR="00043C9C" w14:paraId="0C82DEE9" w14:textId="77777777">
        <w:tc>
          <w:tcPr>
            <w:tcW w:w="2880" w:type="dxa"/>
          </w:tcPr>
          <w:p w14:paraId="0636C9A2" w14:textId="77777777" w:rsidR="00043C9C" w:rsidRDefault="00000000">
            <w:r>
              <w:t xml:space="preserve">Rok </w:t>
            </w:r>
            <w:proofErr w:type="spellStart"/>
            <w:r>
              <w:t>produkcji</w:t>
            </w:r>
            <w:proofErr w:type="spellEnd"/>
          </w:p>
        </w:tc>
        <w:tc>
          <w:tcPr>
            <w:tcW w:w="2880" w:type="dxa"/>
          </w:tcPr>
          <w:p w14:paraId="7EE1ECD1" w14:textId="77777777" w:rsidR="00043C9C" w:rsidRDefault="00000000">
            <w:r>
              <w:t xml:space="preserve">Min. 2025, </w:t>
            </w:r>
            <w:proofErr w:type="spellStart"/>
            <w:r>
              <w:t>fabrycznie</w:t>
            </w:r>
            <w:proofErr w:type="spellEnd"/>
            <w:r>
              <w:t xml:space="preserve"> </w:t>
            </w:r>
            <w:proofErr w:type="spellStart"/>
            <w:r>
              <w:t>nowy</w:t>
            </w:r>
            <w:proofErr w:type="spellEnd"/>
          </w:p>
        </w:tc>
        <w:tc>
          <w:tcPr>
            <w:tcW w:w="2880" w:type="dxa"/>
          </w:tcPr>
          <w:p w14:paraId="3C470B22" w14:textId="77777777" w:rsidR="00043C9C" w:rsidRDefault="00043C9C"/>
        </w:tc>
      </w:tr>
      <w:tr w:rsidR="00043C9C" w14:paraId="0B98A8AC" w14:textId="77777777">
        <w:tc>
          <w:tcPr>
            <w:tcW w:w="2880" w:type="dxa"/>
          </w:tcPr>
          <w:p w14:paraId="13AE5608" w14:textId="77777777" w:rsidR="00043C9C" w:rsidRDefault="00000000">
            <w:proofErr w:type="spellStart"/>
            <w:r>
              <w:t>Przeznaczenie</w:t>
            </w:r>
            <w:proofErr w:type="spellEnd"/>
          </w:p>
        </w:tc>
        <w:tc>
          <w:tcPr>
            <w:tcW w:w="2880" w:type="dxa"/>
          </w:tcPr>
          <w:p w14:paraId="22272C07" w14:textId="77777777" w:rsidR="00043C9C" w:rsidRDefault="00000000">
            <w:proofErr w:type="spellStart"/>
            <w:r>
              <w:t>Laserowa</w:t>
            </w:r>
            <w:proofErr w:type="spellEnd"/>
          </w:p>
        </w:tc>
        <w:tc>
          <w:tcPr>
            <w:tcW w:w="2880" w:type="dxa"/>
          </w:tcPr>
          <w:p w14:paraId="53D0C815" w14:textId="77777777" w:rsidR="00043C9C" w:rsidRDefault="00043C9C"/>
        </w:tc>
      </w:tr>
      <w:tr w:rsidR="00043C9C" w14:paraId="5866A571" w14:textId="77777777">
        <w:tc>
          <w:tcPr>
            <w:tcW w:w="2880" w:type="dxa"/>
          </w:tcPr>
          <w:p w14:paraId="7A8B7631" w14:textId="77777777" w:rsidR="00043C9C" w:rsidRDefault="00000000">
            <w:proofErr w:type="spellStart"/>
            <w:r>
              <w:t>Wyposażenie</w:t>
            </w:r>
            <w:proofErr w:type="spellEnd"/>
            <w:r>
              <w:t xml:space="preserve"> / </w:t>
            </w:r>
            <w:proofErr w:type="spellStart"/>
            <w:r>
              <w:t>funkcje</w:t>
            </w:r>
            <w:proofErr w:type="spellEnd"/>
          </w:p>
        </w:tc>
        <w:tc>
          <w:tcPr>
            <w:tcW w:w="2880" w:type="dxa"/>
          </w:tcPr>
          <w:p w14:paraId="53424058" w14:textId="77777777" w:rsidR="00043C9C" w:rsidRDefault="00000000">
            <w:proofErr w:type="spellStart"/>
            <w:r>
              <w:t>Sieciowa</w:t>
            </w:r>
            <w:proofErr w:type="spellEnd"/>
          </w:p>
        </w:tc>
        <w:tc>
          <w:tcPr>
            <w:tcW w:w="2880" w:type="dxa"/>
          </w:tcPr>
          <w:p w14:paraId="2FAB4444" w14:textId="77777777" w:rsidR="00043C9C" w:rsidRDefault="00043C9C"/>
        </w:tc>
      </w:tr>
      <w:tr w:rsidR="00043C9C" w14:paraId="154BB64F" w14:textId="77777777">
        <w:tc>
          <w:tcPr>
            <w:tcW w:w="2880" w:type="dxa"/>
          </w:tcPr>
          <w:p w14:paraId="74E5B77D" w14:textId="77777777" w:rsidR="00043C9C" w:rsidRDefault="00000000">
            <w:proofErr w:type="spellStart"/>
            <w:r>
              <w:t>Certyfikat</w:t>
            </w:r>
            <w:proofErr w:type="spellEnd"/>
            <w:r>
              <w:t xml:space="preserve"> CE</w:t>
            </w:r>
          </w:p>
        </w:tc>
        <w:tc>
          <w:tcPr>
            <w:tcW w:w="2880" w:type="dxa"/>
          </w:tcPr>
          <w:p w14:paraId="2BBD35A4" w14:textId="77777777" w:rsidR="00043C9C" w:rsidRDefault="00000000">
            <w:proofErr w:type="spellStart"/>
            <w:r>
              <w:t>Wymagany</w:t>
            </w:r>
            <w:proofErr w:type="spellEnd"/>
          </w:p>
        </w:tc>
        <w:tc>
          <w:tcPr>
            <w:tcW w:w="2880" w:type="dxa"/>
          </w:tcPr>
          <w:p w14:paraId="14BF988B" w14:textId="77777777" w:rsidR="00043C9C" w:rsidRDefault="00043C9C"/>
        </w:tc>
      </w:tr>
      <w:tr w:rsidR="00043C9C" w14:paraId="79FCB161" w14:textId="77777777">
        <w:tc>
          <w:tcPr>
            <w:tcW w:w="2880" w:type="dxa"/>
          </w:tcPr>
          <w:p w14:paraId="149DB5D1" w14:textId="77777777" w:rsidR="00043C9C" w:rsidRDefault="00000000">
            <w:proofErr w:type="spellStart"/>
            <w:r>
              <w:t>Instrukcja</w:t>
            </w:r>
            <w:proofErr w:type="spellEnd"/>
            <w:r>
              <w:t xml:space="preserve"> </w:t>
            </w:r>
            <w:proofErr w:type="spellStart"/>
            <w:r>
              <w:t>obsługi</w:t>
            </w:r>
            <w:proofErr w:type="spellEnd"/>
          </w:p>
        </w:tc>
        <w:tc>
          <w:tcPr>
            <w:tcW w:w="2880" w:type="dxa"/>
          </w:tcPr>
          <w:p w14:paraId="0154C07D" w14:textId="77777777" w:rsidR="00043C9C" w:rsidRDefault="00000000">
            <w:proofErr w:type="spellStart"/>
            <w:r>
              <w:t>Język</w:t>
            </w:r>
            <w:proofErr w:type="spellEnd"/>
            <w:r>
              <w:t xml:space="preserve"> </w:t>
            </w:r>
            <w:proofErr w:type="spellStart"/>
            <w:r>
              <w:t>polski</w:t>
            </w:r>
            <w:proofErr w:type="spellEnd"/>
          </w:p>
        </w:tc>
        <w:tc>
          <w:tcPr>
            <w:tcW w:w="2880" w:type="dxa"/>
          </w:tcPr>
          <w:p w14:paraId="2B69194F" w14:textId="77777777" w:rsidR="00043C9C" w:rsidRDefault="00043C9C"/>
        </w:tc>
      </w:tr>
      <w:tr w:rsidR="00043C9C" w14:paraId="3A186202" w14:textId="77777777">
        <w:tc>
          <w:tcPr>
            <w:tcW w:w="2880" w:type="dxa"/>
          </w:tcPr>
          <w:p w14:paraId="6E2DDF18" w14:textId="77777777" w:rsidR="00043C9C" w:rsidRDefault="00000000">
            <w:proofErr w:type="spellStart"/>
            <w:r>
              <w:t>Gwarancja</w:t>
            </w:r>
            <w:proofErr w:type="spellEnd"/>
          </w:p>
        </w:tc>
        <w:tc>
          <w:tcPr>
            <w:tcW w:w="2880" w:type="dxa"/>
          </w:tcPr>
          <w:p w14:paraId="70D47FE5" w14:textId="77777777" w:rsidR="00043C9C" w:rsidRDefault="00000000">
            <w:r>
              <w:t xml:space="preserve">Min. 24 </w:t>
            </w:r>
            <w:proofErr w:type="spellStart"/>
            <w:r>
              <w:t>miesiące</w:t>
            </w:r>
            <w:proofErr w:type="spellEnd"/>
          </w:p>
        </w:tc>
        <w:tc>
          <w:tcPr>
            <w:tcW w:w="2880" w:type="dxa"/>
          </w:tcPr>
          <w:p w14:paraId="233B6EDA" w14:textId="77777777" w:rsidR="00043C9C" w:rsidRDefault="00043C9C"/>
        </w:tc>
      </w:tr>
    </w:tbl>
    <w:p w14:paraId="5474C523" w14:textId="77777777" w:rsidR="00DF21A1" w:rsidRDefault="00DF21A1"/>
    <w:p w14:paraId="4AA7A75B" w14:textId="54D617EE" w:rsidR="00D26A0C" w:rsidRPr="00B57D9C" w:rsidRDefault="00B57D9C">
      <w:pPr>
        <w:rPr>
          <w:b/>
          <w:bCs/>
          <w:sz w:val="28"/>
          <w:szCs w:val="28"/>
        </w:rPr>
      </w:pPr>
      <w:proofErr w:type="spellStart"/>
      <w:r w:rsidRPr="00B57D9C">
        <w:rPr>
          <w:b/>
          <w:bCs/>
          <w:sz w:val="28"/>
          <w:szCs w:val="28"/>
        </w:rPr>
        <w:t>Wykonawca</w:t>
      </w:r>
      <w:proofErr w:type="spellEnd"/>
      <w:r w:rsidRPr="00B57D9C">
        <w:rPr>
          <w:b/>
          <w:bCs/>
          <w:sz w:val="28"/>
          <w:szCs w:val="28"/>
        </w:rPr>
        <w:t xml:space="preserve"> </w:t>
      </w:r>
      <w:proofErr w:type="spellStart"/>
      <w:r w:rsidRPr="00B57D9C">
        <w:rPr>
          <w:b/>
          <w:bCs/>
          <w:sz w:val="28"/>
          <w:szCs w:val="28"/>
        </w:rPr>
        <w:t>musi</w:t>
      </w:r>
      <w:proofErr w:type="spellEnd"/>
      <w:r w:rsidRPr="00B57D9C">
        <w:rPr>
          <w:b/>
          <w:bCs/>
          <w:sz w:val="28"/>
          <w:szCs w:val="28"/>
        </w:rPr>
        <w:t xml:space="preserve"> </w:t>
      </w:r>
      <w:proofErr w:type="spellStart"/>
      <w:r w:rsidRPr="00B57D9C">
        <w:rPr>
          <w:b/>
          <w:bCs/>
          <w:sz w:val="28"/>
          <w:szCs w:val="28"/>
        </w:rPr>
        <w:t>wypełnić</w:t>
      </w:r>
      <w:proofErr w:type="spellEnd"/>
      <w:r w:rsidRPr="00B57D9C">
        <w:rPr>
          <w:b/>
          <w:bCs/>
          <w:sz w:val="28"/>
          <w:szCs w:val="28"/>
        </w:rPr>
        <w:t xml:space="preserve"> </w:t>
      </w:r>
      <w:proofErr w:type="spellStart"/>
      <w:r w:rsidRPr="00B57D9C">
        <w:rPr>
          <w:b/>
          <w:bCs/>
          <w:sz w:val="28"/>
          <w:szCs w:val="28"/>
        </w:rPr>
        <w:t>poniższą</w:t>
      </w:r>
      <w:proofErr w:type="spellEnd"/>
      <w:r w:rsidRPr="00B57D9C">
        <w:rPr>
          <w:b/>
          <w:bCs/>
          <w:sz w:val="28"/>
          <w:szCs w:val="28"/>
        </w:rPr>
        <w:t xml:space="preserve"> </w:t>
      </w:r>
      <w:proofErr w:type="spellStart"/>
      <w:r w:rsidRPr="00B57D9C">
        <w:rPr>
          <w:b/>
          <w:bCs/>
          <w:sz w:val="28"/>
          <w:szCs w:val="28"/>
        </w:rPr>
        <w:t>tabelę</w:t>
      </w:r>
      <w:proofErr w:type="spellEnd"/>
      <w:r>
        <w:rPr>
          <w:b/>
          <w:bCs/>
          <w:sz w:val="28"/>
          <w:szCs w:val="28"/>
        </w:rPr>
        <w:t>!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637"/>
        <w:gridCol w:w="2072"/>
        <w:gridCol w:w="865"/>
        <w:gridCol w:w="786"/>
        <w:gridCol w:w="871"/>
        <w:gridCol w:w="1000"/>
        <w:gridCol w:w="1000"/>
        <w:gridCol w:w="670"/>
        <w:gridCol w:w="691"/>
      </w:tblGrid>
      <w:tr w:rsidR="00FC7DF7" w14:paraId="7F88EF07" w14:textId="210B11BF" w:rsidTr="00B57D9C">
        <w:tc>
          <w:tcPr>
            <w:tcW w:w="694" w:type="dxa"/>
          </w:tcPr>
          <w:p w14:paraId="0233B2E0" w14:textId="55C16530" w:rsidR="00FC7DF7" w:rsidRDefault="00FC7DF7">
            <w:proofErr w:type="spellStart"/>
            <w:r>
              <w:t>Lp</w:t>
            </w:r>
            <w:proofErr w:type="spellEnd"/>
            <w:r>
              <w:t>.</w:t>
            </w:r>
          </w:p>
        </w:tc>
        <w:tc>
          <w:tcPr>
            <w:tcW w:w="2072" w:type="dxa"/>
          </w:tcPr>
          <w:p w14:paraId="1461F2C0" w14:textId="1F90766C" w:rsidR="00FC7DF7" w:rsidRDefault="00FC7DF7">
            <w:r>
              <w:t>Nazwa</w:t>
            </w:r>
          </w:p>
        </w:tc>
        <w:tc>
          <w:tcPr>
            <w:tcW w:w="884" w:type="dxa"/>
          </w:tcPr>
          <w:p w14:paraId="0CAA6C26" w14:textId="6EF72400" w:rsidR="00FC7DF7" w:rsidRDefault="00FC7DF7">
            <w:proofErr w:type="spellStart"/>
            <w:r>
              <w:t>Liczba</w:t>
            </w:r>
            <w:proofErr w:type="spellEnd"/>
            <w:r>
              <w:t xml:space="preserve"> </w:t>
            </w:r>
            <w:proofErr w:type="spellStart"/>
            <w:r>
              <w:t>szt</w:t>
            </w:r>
            <w:proofErr w:type="spellEnd"/>
          </w:p>
        </w:tc>
        <w:tc>
          <w:tcPr>
            <w:tcW w:w="818" w:type="dxa"/>
          </w:tcPr>
          <w:p w14:paraId="0103A15C" w14:textId="4695CABB" w:rsidR="00FC7DF7" w:rsidRDefault="00FC7DF7">
            <w:r>
              <w:t xml:space="preserve">Cena </w:t>
            </w:r>
            <w:proofErr w:type="spellStart"/>
            <w:r>
              <w:t>netto</w:t>
            </w:r>
            <w:proofErr w:type="spellEnd"/>
            <w:r>
              <w:t xml:space="preserve"> za </w:t>
            </w:r>
            <w:proofErr w:type="spellStart"/>
            <w:r>
              <w:t>szt</w:t>
            </w:r>
            <w:proofErr w:type="spellEnd"/>
          </w:p>
        </w:tc>
        <w:tc>
          <w:tcPr>
            <w:tcW w:w="889" w:type="dxa"/>
          </w:tcPr>
          <w:p w14:paraId="0351F8B4" w14:textId="7A3D6532" w:rsidR="00FC7DF7" w:rsidRDefault="00FC7DF7">
            <w:r>
              <w:t xml:space="preserve">Cena </w:t>
            </w:r>
            <w:proofErr w:type="spellStart"/>
            <w:r>
              <w:t>brutto</w:t>
            </w:r>
            <w:proofErr w:type="spellEnd"/>
            <w:r>
              <w:t xml:space="preserve"> za </w:t>
            </w:r>
            <w:proofErr w:type="spellStart"/>
            <w:r>
              <w:t>sztukę</w:t>
            </w:r>
            <w:proofErr w:type="spellEnd"/>
          </w:p>
        </w:tc>
        <w:tc>
          <w:tcPr>
            <w:tcW w:w="1000" w:type="dxa"/>
          </w:tcPr>
          <w:p w14:paraId="7ABEC04B" w14:textId="5C5BF8FF" w:rsidR="00FC7DF7" w:rsidRDefault="00FC7DF7">
            <w:proofErr w:type="spellStart"/>
            <w:r>
              <w:t>Wartość</w:t>
            </w:r>
            <w:proofErr w:type="spellEnd"/>
            <w:r>
              <w:t xml:space="preserve"> </w:t>
            </w:r>
            <w:proofErr w:type="spellStart"/>
            <w:r>
              <w:t>netto</w:t>
            </w:r>
            <w:proofErr w:type="spellEnd"/>
          </w:p>
        </w:tc>
        <w:tc>
          <w:tcPr>
            <w:tcW w:w="1000" w:type="dxa"/>
          </w:tcPr>
          <w:p w14:paraId="02E3FDB6" w14:textId="6A2250BC" w:rsidR="00FC7DF7" w:rsidRDefault="00FC7DF7">
            <w:proofErr w:type="spellStart"/>
            <w:r>
              <w:t>Wartość</w:t>
            </w:r>
            <w:proofErr w:type="spellEnd"/>
            <w:r>
              <w:t xml:space="preserve"> </w:t>
            </w:r>
            <w:proofErr w:type="spellStart"/>
            <w:r>
              <w:t>brutto</w:t>
            </w:r>
            <w:proofErr w:type="spellEnd"/>
          </w:p>
        </w:tc>
        <w:tc>
          <w:tcPr>
            <w:tcW w:w="722" w:type="dxa"/>
          </w:tcPr>
          <w:p w14:paraId="67B15467" w14:textId="186739CA" w:rsidR="00FC7DF7" w:rsidRDefault="00FC7DF7">
            <w:r>
              <w:t>Vat (</w:t>
            </w:r>
            <w:proofErr w:type="spellStart"/>
            <w:r>
              <w:t>zł</w:t>
            </w:r>
            <w:proofErr w:type="spellEnd"/>
            <w:r>
              <w:t>)</w:t>
            </w:r>
          </w:p>
        </w:tc>
        <w:tc>
          <w:tcPr>
            <w:tcW w:w="739" w:type="dxa"/>
          </w:tcPr>
          <w:p w14:paraId="40B4972A" w14:textId="6E78C0F2" w:rsidR="00FC7DF7" w:rsidRDefault="00FC7DF7">
            <w:r>
              <w:t>Vat (%)</w:t>
            </w:r>
          </w:p>
        </w:tc>
      </w:tr>
      <w:tr w:rsidR="00FC7DF7" w14:paraId="1BC8F0EA" w14:textId="6B180ABC" w:rsidTr="00B57D9C">
        <w:tc>
          <w:tcPr>
            <w:tcW w:w="694" w:type="dxa"/>
          </w:tcPr>
          <w:p w14:paraId="3F09397E" w14:textId="6E786666" w:rsidR="00FC7DF7" w:rsidRDefault="00FC7DF7">
            <w:r>
              <w:t>1.</w:t>
            </w:r>
          </w:p>
        </w:tc>
        <w:tc>
          <w:tcPr>
            <w:tcW w:w="2072" w:type="dxa"/>
          </w:tcPr>
          <w:p w14:paraId="5FEF7867" w14:textId="75285F2D" w:rsidR="00FC7DF7" w:rsidRDefault="00FC7DF7">
            <w:r>
              <w:t>Apparat EKG</w:t>
            </w:r>
          </w:p>
        </w:tc>
        <w:tc>
          <w:tcPr>
            <w:tcW w:w="884" w:type="dxa"/>
          </w:tcPr>
          <w:p w14:paraId="00EAFB43" w14:textId="28D829B9" w:rsidR="00FC7DF7" w:rsidRDefault="00FC7DF7">
            <w:r>
              <w:t>1</w:t>
            </w:r>
          </w:p>
        </w:tc>
        <w:tc>
          <w:tcPr>
            <w:tcW w:w="818" w:type="dxa"/>
          </w:tcPr>
          <w:p w14:paraId="51B5E5C6" w14:textId="77777777" w:rsidR="00FC7DF7" w:rsidRDefault="00FC7DF7"/>
        </w:tc>
        <w:tc>
          <w:tcPr>
            <w:tcW w:w="889" w:type="dxa"/>
          </w:tcPr>
          <w:p w14:paraId="4A3CABC1" w14:textId="77777777" w:rsidR="00FC7DF7" w:rsidRDefault="00FC7DF7"/>
        </w:tc>
        <w:tc>
          <w:tcPr>
            <w:tcW w:w="1000" w:type="dxa"/>
          </w:tcPr>
          <w:p w14:paraId="1495F3B7" w14:textId="77777777" w:rsidR="00FC7DF7" w:rsidRDefault="00FC7DF7"/>
        </w:tc>
        <w:tc>
          <w:tcPr>
            <w:tcW w:w="1000" w:type="dxa"/>
          </w:tcPr>
          <w:p w14:paraId="57B37CD6" w14:textId="77777777" w:rsidR="00FC7DF7" w:rsidRDefault="00FC7DF7"/>
        </w:tc>
        <w:tc>
          <w:tcPr>
            <w:tcW w:w="722" w:type="dxa"/>
          </w:tcPr>
          <w:p w14:paraId="29B4202A" w14:textId="77777777" w:rsidR="00FC7DF7" w:rsidRDefault="00FC7DF7"/>
        </w:tc>
        <w:tc>
          <w:tcPr>
            <w:tcW w:w="739" w:type="dxa"/>
          </w:tcPr>
          <w:p w14:paraId="1460BE65" w14:textId="77777777" w:rsidR="00FC7DF7" w:rsidRDefault="00FC7DF7"/>
        </w:tc>
      </w:tr>
      <w:tr w:rsidR="00FC7DF7" w14:paraId="50183661" w14:textId="77777777" w:rsidTr="00B57D9C">
        <w:tc>
          <w:tcPr>
            <w:tcW w:w="694" w:type="dxa"/>
          </w:tcPr>
          <w:p w14:paraId="164768C4" w14:textId="13BFF4FB" w:rsidR="00FC7DF7" w:rsidRDefault="00FC7DF7">
            <w:r>
              <w:t>2.</w:t>
            </w:r>
          </w:p>
        </w:tc>
        <w:tc>
          <w:tcPr>
            <w:tcW w:w="2072" w:type="dxa"/>
          </w:tcPr>
          <w:p w14:paraId="4C8AE41F" w14:textId="2548EC27" w:rsidR="00FC7DF7" w:rsidRDefault="00FC7DF7">
            <w:proofErr w:type="spellStart"/>
            <w:r>
              <w:t>Zestaw</w:t>
            </w:r>
            <w:proofErr w:type="spellEnd"/>
            <w:r>
              <w:t xml:space="preserve"> video-</w:t>
            </w:r>
            <w:proofErr w:type="spellStart"/>
            <w:r>
              <w:t>endoskopowy</w:t>
            </w:r>
            <w:proofErr w:type="spellEnd"/>
          </w:p>
        </w:tc>
        <w:tc>
          <w:tcPr>
            <w:tcW w:w="884" w:type="dxa"/>
          </w:tcPr>
          <w:p w14:paraId="075E4697" w14:textId="79986DDB" w:rsidR="00FC7DF7" w:rsidRDefault="00FC7DF7">
            <w:r>
              <w:t>1</w:t>
            </w:r>
          </w:p>
        </w:tc>
        <w:tc>
          <w:tcPr>
            <w:tcW w:w="818" w:type="dxa"/>
          </w:tcPr>
          <w:p w14:paraId="46C6D3B7" w14:textId="77777777" w:rsidR="00FC7DF7" w:rsidRDefault="00FC7DF7"/>
        </w:tc>
        <w:tc>
          <w:tcPr>
            <w:tcW w:w="889" w:type="dxa"/>
          </w:tcPr>
          <w:p w14:paraId="54B4EA8C" w14:textId="77777777" w:rsidR="00FC7DF7" w:rsidRDefault="00FC7DF7"/>
        </w:tc>
        <w:tc>
          <w:tcPr>
            <w:tcW w:w="1000" w:type="dxa"/>
          </w:tcPr>
          <w:p w14:paraId="3B96D93F" w14:textId="77777777" w:rsidR="00FC7DF7" w:rsidRDefault="00FC7DF7"/>
        </w:tc>
        <w:tc>
          <w:tcPr>
            <w:tcW w:w="1000" w:type="dxa"/>
          </w:tcPr>
          <w:p w14:paraId="25191E4E" w14:textId="77777777" w:rsidR="00FC7DF7" w:rsidRDefault="00FC7DF7"/>
        </w:tc>
        <w:tc>
          <w:tcPr>
            <w:tcW w:w="722" w:type="dxa"/>
          </w:tcPr>
          <w:p w14:paraId="4FAC56B3" w14:textId="77777777" w:rsidR="00FC7DF7" w:rsidRDefault="00FC7DF7"/>
        </w:tc>
        <w:tc>
          <w:tcPr>
            <w:tcW w:w="739" w:type="dxa"/>
          </w:tcPr>
          <w:p w14:paraId="2186EBFE" w14:textId="77777777" w:rsidR="00FC7DF7" w:rsidRDefault="00FC7DF7"/>
        </w:tc>
      </w:tr>
      <w:tr w:rsidR="00FC7DF7" w14:paraId="53BC85E8" w14:textId="77777777" w:rsidTr="00B57D9C">
        <w:tc>
          <w:tcPr>
            <w:tcW w:w="694" w:type="dxa"/>
          </w:tcPr>
          <w:p w14:paraId="5D5D9DA5" w14:textId="385FE365" w:rsidR="00FC7DF7" w:rsidRDefault="00FC7DF7">
            <w:r>
              <w:t>3.</w:t>
            </w:r>
          </w:p>
        </w:tc>
        <w:tc>
          <w:tcPr>
            <w:tcW w:w="2072" w:type="dxa"/>
          </w:tcPr>
          <w:p w14:paraId="6B759D14" w14:textId="7A45CF7E" w:rsidR="00FC7DF7" w:rsidRDefault="00FC7DF7">
            <w:proofErr w:type="spellStart"/>
            <w:r>
              <w:t>Dermatoskop</w:t>
            </w:r>
            <w:proofErr w:type="spellEnd"/>
          </w:p>
        </w:tc>
        <w:tc>
          <w:tcPr>
            <w:tcW w:w="884" w:type="dxa"/>
          </w:tcPr>
          <w:p w14:paraId="1A17F5D0" w14:textId="63360B15" w:rsidR="00FC7DF7" w:rsidRDefault="00FC7DF7">
            <w:r>
              <w:t>1</w:t>
            </w:r>
          </w:p>
        </w:tc>
        <w:tc>
          <w:tcPr>
            <w:tcW w:w="818" w:type="dxa"/>
          </w:tcPr>
          <w:p w14:paraId="243DF59F" w14:textId="77777777" w:rsidR="00FC7DF7" w:rsidRDefault="00FC7DF7"/>
        </w:tc>
        <w:tc>
          <w:tcPr>
            <w:tcW w:w="889" w:type="dxa"/>
          </w:tcPr>
          <w:p w14:paraId="78048C0E" w14:textId="77777777" w:rsidR="00FC7DF7" w:rsidRDefault="00FC7DF7"/>
        </w:tc>
        <w:tc>
          <w:tcPr>
            <w:tcW w:w="1000" w:type="dxa"/>
          </w:tcPr>
          <w:p w14:paraId="617DF73C" w14:textId="77777777" w:rsidR="00FC7DF7" w:rsidRDefault="00FC7DF7"/>
        </w:tc>
        <w:tc>
          <w:tcPr>
            <w:tcW w:w="1000" w:type="dxa"/>
          </w:tcPr>
          <w:p w14:paraId="3882A645" w14:textId="77777777" w:rsidR="00FC7DF7" w:rsidRDefault="00FC7DF7"/>
        </w:tc>
        <w:tc>
          <w:tcPr>
            <w:tcW w:w="722" w:type="dxa"/>
          </w:tcPr>
          <w:p w14:paraId="07316702" w14:textId="77777777" w:rsidR="00FC7DF7" w:rsidRDefault="00FC7DF7"/>
        </w:tc>
        <w:tc>
          <w:tcPr>
            <w:tcW w:w="739" w:type="dxa"/>
          </w:tcPr>
          <w:p w14:paraId="0D496536" w14:textId="77777777" w:rsidR="00FC7DF7" w:rsidRDefault="00FC7DF7"/>
        </w:tc>
      </w:tr>
      <w:tr w:rsidR="00FC7DF7" w14:paraId="057C28DA" w14:textId="77777777" w:rsidTr="00B57D9C">
        <w:tc>
          <w:tcPr>
            <w:tcW w:w="694" w:type="dxa"/>
          </w:tcPr>
          <w:p w14:paraId="7B8D1B09" w14:textId="06B8C4BD" w:rsidR="00FC7DF7" w:rsidRDefault="00FC7DF7">
            <w:r>
              <w:t>4.</w:t>
            </w:r>
          </w:p>
        </w:tc>
        <w:tc>
          <w:tcPr>
            <w:tcW w:w="2072" w:type="dxa"/>
          </w:tcPr>
          <w:p w14:paraId="6F53349C" w14:textId="2D368DDD" w:rsidR="00FC7DF7" w:rsidRDefault="00FC7DF7">
            <w:proofErr w:type="spellStart"/>
            <w:r>
              <w:t>Aparat</w:t>
            </w:r>
            <w:proofErr w:type="spellEnd"/>
            <w:r>
              <w:t xml:space="preserve"> </w:t>
            </w:r>
            <w:proofErr w:type="spellStart"/>
            <w:r>
              <w:t>kriochirurgiczny</w:t>
            </w:r>
            <w:proofErr w:type="spellEnd"/>
          </w:p>
        </w:tc>
        <w:tc>
          <w:tcPr>
            <w:tcW w:w="884" w:type="dxa"/>
          </w:tcPr>
          <w:p w14:paraId="661626C0" w14:textId="20ED2EF4" w:rsidR="00FC7DF7" w:rsidRDefault="00FC7DF7">
            <w:r>
              <w:t>1</w:t>
            </w:r>
          </w:p>
        </w:tc>
        <w:tc>
          <w:tcPr>
            <w:tcW w:w="818" w:type="dxa"/>
          </w:tcPr>
          <w:p w14:paraId="7AD98B1C" w14:textId="77777777" w:rsidR="00FC7DF7" w:rsidRDefault="00FC7DF7"/>
        </w:tc>
        <w:tc>
          <w:tcPr>
            <w:tcW w:w="889" w:type="dxa"/>
          </w:tcPr>
          <w:p w14:paraId="06BA9894" w14:textId="77777777" w:rsidR="00FC7DF7" w:rsidRDefault="00FC7DF7"/>
        </w:tc>
        <w:tc>
          <w:tcPr>
            <w:tcW w:w="1000" w:type="dxa"/>
          </w:tcPr>
          <w:p w14:paraId="3F7C0C5B" w14:textId="77777777" w:rsidR="00FC7DF7" w:rsidRDefault="00FC7DF7"/>
        </w:tc>
        <w:tc>
          <w:tcPr>
            <w:tcW w:w="1000" w:type="dxa"/>
          </w:tcPr>
          <w:p w14:paraId="14F2C771" w14:textId="77777777" w:rsidR="00FC7DF7" w:rsidRDefault="00FC7DF7"/>
        </w:tc>
        <w:tc>
          <w:tcPr>
            <w:tcW w:w="722" w:type="dxa"/>
          </w:tcPr>
          <w:p w14:paraId="40D9FF5C" w14:textId="77777777" w:rsidR="00FC7DF7" w:rsidRDefault="00FC7DF7"/>
        </w:tc>
        <w:tc>
          <w:tcPr>
            <w:tcW w:w="739" w:type="dxa"/>
          </w:tcPr>
          <w:p w14:paraId="062646F0" w14:textId="77777777" w:rsidR="00FC7DF7" w:rsidRDefault="00FC7DF7"/>
        </w:tc>
      </w:tr>
      <w:tr w:rsidR="00FC7DF7" w14:paraId="015CC1D4" w14:textId="77777777" w:rsidTr="00B57D9C">
        <w:tc>
          <w:tcPr>
            <w:tcW w:w="694" w:type="dxa"/>
          </w:tcPr>
          <w:p w14:paraId="1DC27B9A" w14:textId="1D3FED48" w:rsidR="00FC7DF7" w:rsidRDefault="00FC7DF7">
            <w:r>
              <w:t>5.</w:t>
            </w:r>
          </w:p>
        </w:tc>
        <w:tc>
          <w:tcPr>
            <w:tcW w:w="2072" w:type="dxa"/>
          </w:tcPr>
          <w:p w14:paraId="490C8A6D" w14:textId="43937FAF" w:rsidR="00FC7DF7" w:rsidRDefault="00FC7DF7">
            <w:proofErr w:type="spellStart"/>
            <w:r>
              <w:t>Aparat</w:t>
            </w:r>
            <w:proofErr w:type="spellEnd"/>
            <w:r>
              <w:t xml:space="preserve"> </w:t>
            </w:r>
            <w:proofErr w:type="spellStart"/>
            <w:r>
              <w:t>elektrochirurgiczny</w:t>
            </w:r>
            <w:proofErr w:type="spellEnd"/>
          </w:p>
        </w:tc>
        <w:tc>
          <w:tcPr>
            <w:tcW w:w="884" w:type="dxa"/>
          </w:tcPr>
          <w:p w14:paraId="01275C61" w14:textId="0C9624D0" w:rsidR="00FC7DF7" w:rsidRDefault="00FC7DF7">
            <w:r>
              <w:t>1</w:t>
            </w:r>
          </w:p>
        </w:tc>
        <w:tc>
          <w:tcPr>
            <w:tcW w:w="818" w:type="dxa"/>
          </w:tcPr>
          <w:p w14:paraId="5E0FB47A" w14:textId="77777777" w:rsidR="00FC7DF7" w:rsidRDefault="00FC7DF7"/>
        </w:tc>
        <w:tc>
          <w:tcPr>
            <w:tcW w:w="889" w:type="dxa"/>
          </w:tcPr>
          <w:p w14:paraId="1B8B91DA" w14:textId="77777777" w:rsidR="00FC7DF7" w:rsidRDefault="00FC7DF7"/>
        </w:tc>
        <w:tc>
          <w:tcPr>
            <w:tcW w:w="1000" w:type="dxa"/>
          </w:tcPr>
          <w:p w14:paraId="54671BDB" w14:textId="77777777" w:rsidR="00FC7DF7" w:rsidRDefault="00FC7DF7"/>
        </w:tc>
        <w:tc>
          <w:tcPr>
            <w:tcW w:w="1000" w:type="dxa"/>
          </w:tcPr>
          <w:p w14:paraId="12A47B3A" w14:textId="77777777" w:rsidR="00FC7DF7" w:rsidRDefault="00FC7DF7"/>
        </w:tc>
        <w:tc>
          <w:tcPr>
            <w:tcW w:w="722" w:type="dxa"/>
          </w:tcPr>
          <w:p w14:paraId="4B180B4E" w14:textId="77777777" w:rsidR="00FC7DF7" w:rsidRDefault="00FC7DF7"/>
        </w:tc>
        <w:tc>
          <w:tcPr>
            <w:tcW w:w="739" w:type="dxa"/>
          </w:tcPr>
          <w:p w14:paraId="747681C1" w14:textId="77777777" w:rsidR="00FC7DF7" w:rsidRDefault="00FC7DF7"/>
        </w:tc>
      </w:tr>
      <w:tr w:rsidR="00FC7DF7" w14:paraId="6A77D69E" w14:textId="77777777" w:rsidTr="00B57D9C">
        <w:tc>
          <w:tcPr>
            <w:tcW w:w="694" w:type="dxa"/>
          </w:tcPr>
          <w:p w14:paraId="005968C0" w14:textId="1F1AFF98" w:rsidR="00FC7DF7" w:rsidRDefault="00FC7DF7">
            <w:r>
              <w:t>6.</w:t>
            </w:r>
          </w:p>
        </w:tc>
        <w:tc>
          <w:tcPr>
            <w:tcW w:w="2072" w:type="dxa"/>
          </w:tcPr>
          <w:p w14:paraId="01142BCD" w14:textId="715F8F3C" w:rsidR="00FC7DF7" w:rsidRDefault="00FC7DF7">
            <w:r>
              <w:t xml:space="preserve">Lampa </w:t>
            </w:r>
            <w:proofErr w:type="spellStart"/>
            <w:r>
              <w:t>diagnostyczna</w:t>
            </w:r>
            <w:proofErr w:type="spellEnd"/>
          </w:p>
        </w:tc>
        <w:tc>
          <w:tcPr>
            <w:tcW w:w="884" w:type="dxa"/>
          </w:tcPr>
          <w:p w14:paraId="7DE104BA" w14:textId="70E08BC9" w:rsidR="00FC7DF7" w:rsidRDefault="00FC7DF7">
            <w:r>
              <w:t>3</w:t>
            </w:r>
          </w:p>
        </w:tc>
        <w:tc>
          <w:tcPr>
            <w:tcW w:w="818" w:type="dxa"/>
          </w:tcPr>
          <w:p w14:paraId="3C7F570F" w14:textId="77777777" w:rsidR="00FC7DF7" w:rsidRDefault="00FC7DF7"/>
        </w:tc>
        <w:tc>
          <w:tcPr>
            <w:tcW w:w="889" w:type="dxa"/>
          </w:tcPr>
          <w:p w14:paraId="7C3BA081" w14:textId="77777777" w:rsidR="00FC7DF7" w:rsidRDefault="00FC7DF7"/>
        </w:tc>
        <w:tc>
          <w:tcPr>
            <w:tcW w:w="1000" w:type="dxa"/>
          </w:tcPr>
          <w:p w14:paraId="16896EB3" w14:textId="77777777" w:rsidR="00FC7DF7" w:rsidRDefault="00FC7DF7"/>
        </w:tc>
        <w:tc>
          <w:tcPr>
            <w:tcW w:w="1000" w:type="dxa"/>
          </w:tcPr>
          <w:p w14:paraId="316889FE" w14:textId="77777777" w:rsidR="00FC7DF7" w:rsidRDefault="00FC7DF7"/>
        </w:tc>
        <w:tc>
          <w:tcPr>
            <w:tcW w:w="722" w:type="dxa"/>
          </w:tcPr>
          <w:p w14:paraId="12829B42" w14:textId="77777777" w:rsidR="00FC7DF7" w:rsidRDefault="00FC7DF7"/>
        </w:tc>
        <w:tc>
          <w:tcPr>
            <w:tcW w:w="739" w:type="dxa"/>
          </w:tcPr>
          <w:p w14:paraId="378AFF7B" w14:textId="77777777" w:rsidR="00FC7DF7" w:rsidRDefault="00FC7DF7"/>
        </w:tc>
      </w:tr>
      <w:tr w:rsidR="00FC7DF7" w14:paraId="33457D4E" w14:textId="77777777" w:rsidTr="00B57D9C">
        <w:tc>
          <w:tcPr>
            <w:tcW w:w="694" w:type="dxa"/>
          </w:tcPr>
          <w:p w14:paraId="366F318B" w14:textId="683DE36F" w:rsidR="00FC7DF7" w:rsidRDefault="00FC7DF7">
            <w:r>
              <w:t>7.</w:t>
            </w:r>
          </w:p>
        </w:tc>
        <w:tc>
          <w:tcPr>
            <w:tcW w:w="2072" w:type="dxa"/>
          </w:tcPr>
          <w:p w14:paraId="62CC64B4" w14:textId="0743CD43" w:rsidR="00FC7DF7" w:rsidRDefault="00FC7DF7">
            <w:proofErr w:type="spellStart"/>
            <w:r>
              <w:t>Zestaw</w:t>
            </w:r>
            <w:proofErr w:type="spellEnd"/>
            <w:r>
              <w:t xml:space="preserve"> </w:t>
            </w:r>
            <w:proofErr w:type="spellStart"/>
            <w:r>
              <w:lastRenderedPageBreak/>
              <w:t>okulistyczny</w:t>
            </w:r>
            <w:proofErr w:type="spellEnd"/>
          </w:p>
        </w:tc>
        <w:tc>
          <w:tcPr>
            <w:tcW w:w="884" w:type="dxa"/>
          </w:tcPr>
          <w:p w14:paraId="56404AF8" w14:textId="4F2637CA" w:rsidR="00FC7DF7" w:rsidRDefault="00FC7DF7">
            <w:r>
              <w:lastRenderedPageBreak/>
              <w:t>1</w:t>
            </w:r>
          </w:p>
        </w:tc>
        <w:tc>
          <w:tcPr>
            <w:tcW w:w="818" w:type="dxa"/>
          </w:tcPr>
          <w:p w14:paraId="7B88F66A" w14:textId="77777777" w:rsidR="00FC7DF7" w:rsidRDefault="00FC7DF7"/>
        </w:tc>
        <w:tc>
          <w:tcPr>
            <w:tcW w:w="889" w:type="dxa"/>
          </w:tcPr>
          <w:p w14:paraId="5062370B" w14:textId="77777777" w:rsidR="00FC7DF7" w:rsidRDefault="00FC7DF7"/>
        </w:tc>
        <w:tc>
          <w:tcPr>
            <w:tcW w:w="1000" w:type="dxa"/>
          </w:tcPr>
          <w:p w14:paraId="62E6889F" w14:textId="77777777" w:rsidR="00FC7DF7" w:rsidRDefault="00FC7DF7"/>
        </w:tc>
        <w:tc>
          <w:tcPr>
            <w:tcW w:w="1000" w:type="dxa"/>
          </w:tcPr>
          <w:p w14:paraId="41141D9E" w14:textId="77777777" w:rsidR="00FC7DF7" w:rsidRDefault="00FC7DF7"/>
        </w:tc>
        <w:tc>
          <w:tcPr>
            <w:tcW w:w="722" w:type="dxa"/>
          </w:tcPr>
          <w:p w14:paraId="3BC118C8" w14:textId="77777777" w:rsidR="00FC7DF7" w:rsidRDefault="00FC7DF7"/>
        </w:tc>
        <w:tc>
          <w:tcPr>
            <w:tcW w:w="739" w:type="dxa"/>
          </w:tcPr>
          <w:p w14:paraId="79E07716" w14:textId="77777777" w:rsidR="00FC7DF7" w:rsidRDefault="00FC7DF7"/>
        </w:tc>
      </w:tr>
      <w:tr w:rsidR="00FC7DF7" w14:paraId="68EC310B" w14:textId="77777777" w:rsidTr="00B57D9C">
        <w:tc>
          <w:tcPr>
            <w:tcW w:w="694" w:type="dxa"/>
          </w:tcPr>
          <w:p w14:paraId="0A0BAEA5" w14:textId="68492FA2" w:rsidR="00FC7DF7" w:rsidRDefault="00FC7DF7">
            <w:r>
              <w:t>8.</w:t>
            </w:r>
          </w:p>
        </w:tc>
        <w:tc>
          <w:tcPr>
            <w:tcW w:w="2072" w:type="dxa"/>
          </w:tcPr>
          <w:p w14:paraId="7D3793AE" w14:textId="1146345E" w:rsidR="00FC7DF7" w:rsidRDefault="00FC7DF7">
            <w:r>
              <w:t xml:space="preserve">Kabina </w:t>
            </w:r>
            <w:proofErr w:type="spellStart"/>
            <w:r>
              <w:t>wyciszająca</w:t>
            </w:r>
            <w:proofErr w:type="spellEnd"/>
            <w:r>
              <w:t xml:space="preserve"> z </w:t>
            </w:r>
            <w:proofErr w:type="spellStart"/>
            <w:r>
              <w:t>audiometrem</w:t>
            </w:r>
            <w:proofErr w:type="spellEnd"/>
          </w:p>
        </w:tc>
        <w:tc>
          <w:tcPr>
            <w:tcW w:w="884" w:type="dxa"/>
          </w:tcPr>
          <w:p w14:paraId="58296CB3" w14:textId="4D53BE42" w:rsidR="00FC7DF7" w:rsidRDefault="00FC7DF7">
            <w:r>
              <w:t>1</w:t>
            </w:r>
          </w:p>
        </w:tc>
        <w:tc>
          <w:tcPr>
            <w:tcW w:w="818" w:type="dxa"/>
          </w:tcPr>
          <w:p w14:paraId="483BFDD9" w14:textId="77777777" w:rsidR="00FC7DF7" w:rsidRDefault="00FC7DF7"/>
        </w:tc>
        <w:tc>
          <w:tcPr>
            <w:tcW w:w="889" w:type="dxa"/>
          </w:tcPr>
          <w:p w14:paraId="40863A1C" w14:textId="77777777" w:rsidR="00FC7DF7" w:rsidRDefault="00FC7DF7"/>
        </w:tc>
        <w:tc>
          <w:tcPr>
            <w:tcW w:w="1000" w:type="dxa"/>
          </w:tcPr>
          <w:p w14:paraId="78701A90" w14:textId="77777777" w:rsidR="00FC7DF7" w:rsidRDefault="00FC7DF7"/>
        </w:tc>
        <w:tc>
          <w:tcPr>
            <w:tcW w:w="1000" w:type="dxa"/>
          </w:tcPr>
          <w:p w14:paraId="7FB7F0B5" w14:textId="77777777" w:rsidR="00FC7DF7" w:rsidRDefault="00FC7DF7"/>
        </w:tc>
        <w:tc>
          <w:tcPr>
            <w:tcW w:w="722" w:type="dxa"/>
          </w:tcPr>
          <w:p w14:paraId="4E9A4D42" w14:textId="77777777" w:rsidR="00FC7DF7" w:rsidRDefault="00FC7DF7"/>
        </w:tc>
        <w:tc>
          <w:tcPr>
            <w:tcW w:w="739" w:type="dxa"/>
          </w:tcPr>
          <w:p w14:paraId="1092C069" w14:textId="77777777" w:rsidR="00FC7DF7" w:rsidRDefault="00FC7DF7"/>
        </w:tc>
      </w:tr>
      <w:tr w:rsidR="00FC7DF7" w14:paraId="10B8E950" w14:textId="77777777" w:rsidTr="00B57D9C">
        <w:tc>
          <w:tcPr>
            <w:tcW w:w="694" w:type="dxa"/>
          </w:tcPr>
          <w:p w14:paraId="774B90D2" w14:textId="1C5E7EEC" w:rsidR="00FC7DF7" w:rsidRDefault="00FC7DF7">
            <w:r>
              <w:t>9.</w:t>
            </w:r>
          </w:p>
        </w:tc>
        <w:tc>
          <w:tcPr>
            <w:tcW w:w="2072" w:type="dxa"/>
          </w:tcPr>
          <w:p w14:paraId="28FFCFE9" w14:textId="0D74D63B" w:rsidR="00FC7DF7" w:rsidRDefault="00FC7DF7">
            <w:proofErr w:type="spellStart"/>
            <w:r>
              <w:t>Spirometr</w:t>
            </w:r>
            <w:proofErr w:type="spellEnd"/>
          </w:p>
        </w:tc>
        <w:tc>
          <w:tcPr>
            <w:tcW w:w="884" w:type="dxa"/>
          </w:tcPr>
          <w:p w14:paraId="78D7EECA" w14:textId="564B4B28" w:rsidR="00FC7DF7" w:rsidRDefault="00FC7DF7">
            <w:r>
              <w:t>1</w:t>
            </w:r>
          </w:p>
        </w:tc>
        <w:tc>
          <w:tcPr>
            <w:tcW w:w="818" w:type="dxa"/>
          </w:tcPr>
          <w:p w14:paraId="0EF0B0B9" w14:textId="77777777" w:rsidR="00FC7DF7" w:rsidRDefault="00FC7DF7"/>
        </w:tc>
        <w:tc>
          <w:tcPr>
            <w:tcW w:w="889" w:type="dxa"/>
          </w:tcPr>
          <w:p w14:paraId="42B86E11" w14:textId="77777777" w:rsidR="00FC7DF7" w:rsidRDefault="00FC7DF7"/>
        </w:tc>
        <w:tc>
          <w:tcPr>
            <w:tcW w:w="1000" w:type="dxa"/>
          </w:tcPr>
          <w:p w14:paraId="3863593E" w14:textId="77777777" w:rsidR="00FC7DF7" w:rsidRDefault="00FC7DF7"/>
        </w:tc>
        <w:tc>
          <w:tcPr>
            <w:tcW w:w="1000" w:type="dxa"/>
          </w:tcPr>
          <w:p w14:paraId="56637BE9" w14:textId="77777777" w:rsidR="00FC7DF7" w:rsidRDefault="00FC7DF7"/>
        </w:tc>
        <w:tc>
          <w:tcPr>
            <w:tcW w:w="722" w:type="dxa"/>
          </w:tcPr>
          <w:p w14:paraId="4195720F" w14:textId="77777777" w:rsidR="00FC7DF7" w:rsidRDefault="00FC7DF7"/>
        </w:tc>
        <w:tc>
          <w:tcPr>
            <w:tcW w:w="739" w:type="dxa"/>
          </w:tcPr>
          <w:p w14:paraId="1D45902E" w14:textId="77777777" w:rsidR="00FC7DF7" w:rsidRDefault="00FC7DF7"/>
        </w:tc>
      </w:tr>
      <w:tr w:rsidR="00FC7DF7" w14:paraId="6749F5ED" w14:textId="77777777" w:rsidTr="00B57D9C">
        <w:tc>
          <w:tcPr>
            <w:tcW w:w="694" w:type="dxa"/>
          </w:tcPr>
          <w:p w14:paraId="2915CB97" w14:textId="5AD52459" w:rsidR="00FC7DF7" w:rsidRDefault="00FC7DF7">
            <w:r>
              <w:t>10.</w:t>
            </w:r>
          </w:p>
        </w:tc>
        <w:tc>
          <w:tcPr>
            <w:tcW w:w="2072" w:type="dxa"/>
          </w:tcPr>
          <w:p w14:paraId="44301F8B" w14:textId="5E1BB83D" w:rsidR="00FC7DF7" w:rsidRDefault="00FC7DF7">
            <w:proofErr w:type="spellStart"/>
            <w:r>
              <w:t>Diatermia</w:t>
            </w:r>
            <w:proofErr w:type="spellEnd"/>
            <w:r>
              <w:t xml:space="preserve"> </w:t>
            </w:r>
            <w:proofErr w:type="spellStart"/>
            <w:r>
              <w:t>chirurgiczna</w:t>
            </w:r>
            <w:proofErr w:type="spellEnd"/>
          </w:p>
        </w:tc>
        <w:tc>
          <w:tcPr>
            <w:tcW w:w="884" w:type="dxa"/>
          </w:tcPr>
          <w:p w14:paraId="05370079" w14:textId="6877DBC4" w:rsidR="00FC7DF7" w:rsidRDefault="00FC7DF7">
            <w:r>
              <w:t>1</w:t>
            </w:r>
          </w:p>
        </w:tc>
        <w:tc>
          <w:tcPr>
            <w:tcW w:w="818" w:type="dxa"/>
          </w:tcPr>
          <w:p w14:paraId="2A19E7CB" w14:textId="77777777" w:rsidR="00FC7DF7" w:rsidRDefault="00FC7DF7"/>
        </w:tc>
        <w:tc>
          <w:tcPr>
            <w:tcW w:w="889" w:type="dxa"/>
          </w:tcPr>
          <w:p w14:paraId="3EDE1550" w14:textId="77777777" w:rsidR="00FC7DF7" w:rsidRDefault="00FC7DF7"/>
        </w:tc>
        <w:tc>
          <w:tcPr>
            <w:tcW w:w="1000" w:type="dxa"/>
          </w:tcPr>
          <w:p w14:paraId="68E46B3D" w14:textId="77777777" w:rsidR="00FC7DF7" w:rsidRDefault="00FC7DF7"/>
        </w:tc>
        <w:tc>
          <w:tcPr>
            <w:tcW w:w="1000" w:type="dxa"/>
          </w:tcPr>
          <w:p w14:paraId="1DF2E073" w14:textId="77777777" w:rsidR="00FC7DF7" w:rsidRDefault="00FC7DF7"/>
        </w:tc>
        <w:tc>
          <w:tcPr>
            <w:tcW w:w="722" w:type="dxa"/>
          </w:tcPr>
          <w:p w14:paraId="099954BA" w14:textId="77777777" w:rsidR="00FC7DF7" w:rsidRDefault="00FC7DF7"/>
        </w:tc>
        <w:tc>
          <w:tcPr>
            <w:tcW w:w="739" w:type="dxa"/>
          </w:tcPr>
          <w:p w14:paraId="5A5418D8" w14:textId="77777777" w:rsidR="00FC7DF7" w:rsidRDefault="00FC7DF7"/>
        </w:tc>
      </w:tr>
      <w:tr w:rsidR="00FC7DF7" w14:paraId="2A392DC6" w14:textId="77777777" w:rsidTr="00B57D9C">
        <w:tc>
          <w:tcPr>
            <w:tcW w:w="694" w:type="dxa"/>
          </w:tcPr>
          <w:p w14:paraId="3EA72025" w14:textId="66D44872" w:rsidR="00FC7DF7" w:rsidRDefault="00FC7DF7">
            <w:r>
              <w:t>11.</w:t>
            </w:r>
          </w:p>
        </w:tc>
        <w:tc>
          <w:tcPr>
            <w:tcW w:w="2072" w:type="dxa"/>
          </w:tcPr>
          <w:p w14:paraId="2C8910BF" w14:textId="71481F12" w:rsidR="00FC7DF7" w:rsidRDefault="00FC7DF7">
            <w:r>
              <w:t xml:space="preserve">Lampa </w:t>
            </w:r>
            <w:proofErr w:type="spellStart"/>
            <w:r>
              <w:t>zabiegowa</w:t>
            </w:r>
            <w:proofErr w:type="spellEnd"/>
          </w:p>
        </w:tc>
        <w:tc>
          <w:tcPr>
            <w:tcW w:w="884" w:type="dxa"/>
          </w:tcPr>
          <w:p w14:paraId="2154390B" w14:textId="76DCE315" w:rsidR="00FC7DF7" w:rsidRDefault="00FC7DF7">
            <w:r>
              <w:t>2</w:t>
            </w:r>
          </w:p>
        </w:tc>
        <w:tc>
          <w:tcPr>
            <w:tcW w:w="818" w:type="dxa"/>
          </w:tcPr>
          <w:p w14:paraId="371D23AD" w14:textId="77777777" w:rsidR="00FC7DF7" w:rsidRDefault="00FC7DF7"/>
        </w:tc>
        <w:tc>
          <w:tcPr>
            <w:tcW w:w="889" w:type="dxa"/>
          </w:tcPr>
          <w:p w14:paraId="73EE8507" w14:textId="77777777" w:rsidR="00FC7DF7" w:rsidRDefault="00FC7DF7"/>
        </w:tc>
        <w:tc>
          <w:tcPr>
            <w:tcW w:w="1000" w:type="dxa"/>
          </w:tcPr>
          <w:p w14:paraId="20724DF0" w14:textId="77777777" w:rsidR="00FC7DF7" w:rsidRDefault="00FC7DF7"/>
        </w:tc>
        <w:tc>
          <w:tcPr>
            <w:tcW w:w="1000" w:type="dxa"/>
          </w:tcPr>
          <w:p w14:paraId="5C24B558" w14:textId="77777777" w:rsidR="00FC7DF7" w:rsidRDefault="00FC7DF7"/>
        </w:tc>
        <w:tc>
          <w:tcPr>
            <w:tcW w:w="722" w:type="dxa"/>
          </w:tcPr>
          <w:p w14:paraId="074DE3EA" w14:textId="77777777" w:rsidR="00FC7DF7" w:rsidRDefault="00FC7DF7"/>
        </w:tc>
        <w:tc>
          <w:tcPr>
            <w:tcW w:w="739" w:type="dxa"/>
          </w:tcPr>
          <w:p w14:paraId="522D2D8C" w14:textId="77777777" w:rsidR="00FC7DF7" w:rsidRDefault="00FC7DF7"/>
        </w:tc>
      </w:tr>
      <w:tr w:rsidR="00FC7DF7" w14:paraId="1DA430B3" w14:textId="77777777" w:rsidTr="00B57D9C">
        <w:tc>
          <w:tcPr>
            <w:tcW w:w="694" w:type="dxa"/>
          </w:tcPr>
          <w:p w14:paraId="547A5BFC" w14:textId="57CCB609" w:rsidR="00FC7DF7" w:rsidRDefault="00FC7DF7">
            <w:r>
              <w:t>12.</w:t>
            </w:r>
          </w:p>
        </w:tc>
        <w:tc>
          <w:tcPr>
            <w:tcW w:w="2072" w:type="dxa"/>
          </w:tcPr>
          <w:p w14:paraId="7527B84C" w14:textId="0C250ED6" w:rsidR="00FC7DF7" w:rsidRDefault="00FC7DF7">
            <w:proofErr w:type="spellStart"/>
            <w:r>
              <w:t>Wideogastro</w:t>
            </w:r>
            <w:r>
              <w:t>skop</w:t>
            </w:r>
            <w:proofErr w:type="spellEnd"/>
          </w:p>
        </w:tc>
        <w:tc>
          <w:tcPr>
            <w:tcW w:w="884" w:type="dxa"/>
          </w:tcPr>
          <w:p w14:paraId="0FD62F14" w14:textId="04B6F153" w:rsidR="00FC7DF7" w:rsidRDefault="00FC7DF7">
            <w:r>
              <w:t>2</w:t>
            </w:r>
          </w:p>
        </w:tc>
        <w:tc>
          <w:tcPr>
            <w:tcW w:w="818" w:type="dxa"/>
          </w:tcPr>
          <w:p w14:paraId="26D8C24C" w14:textId="77777777" w:rsidR="00FC7DF7" w:rsidRDefault="00FC7DF7"/>
        </w:tc>
        <w:tc>
          <w:tcPr>
            <w:tcW w:w="889" w:type="dxa"/>
          </w:tcPr>
          <w:p w14:paraId="64A2A1A4" w14:textId="77777777" w:rsidR="00FC7DF7" w:rsidRDefault="00FC7DF7"/>
        </w:tc>
        <w:tc>
          <w:tcPr>
            <w:tcW w:w="1000" w:type="dxa"/>
          </w:tcPr>
          <w:p w14:paraId="4E200E15" w14:textId="77777777" w:rsidR="00FC7DF7" w:rsidRDefault="00FC7DF7"/>
        </w:tc>
        <w:tc>
          <w:tcPr>
            <w:tcW w:w="1000" w:type="dxa"/>
          </w:tcPr>
          <w:p w14:paraId="3EC91EFC" w14:textId="77777777" w:rsidR="00FC7DF7" w:rsidRDefault="00FC7DF7"/>
        </w:tc>
        <w:tc>
          <w:tcPr>
            <w:tcW w:w="722" w:type="dxa"/>
          </w:tcPr>
          <w:p w14:paraId="44B67DD7" w14:textId="77777777" w:rsidR="00FC7DF7" w:rsidRDefault="00FC7DF7"/>
        </w:tc>
        <w:tc>
          <w:tcPr>
            <w:tcW w:w="739" w:type="dxa"/>
          </w:tcPr>
          <w:p w14:paraId="28068835" w14:textId="77777777" w:rsidR="00FC7DF7" w:rsidRDefault="00FC7DF7"/>
        </w:tc>
      </w:tr>
      <w:tr w:rsidR="00FC7DF7" w14:paraId="76DA345F" w14:textId="77777777" w:rsidTr="00B57D9C">
        <w:tc>
          <w:tcPr>
            <w:tcW w:w="694" w:type="dxa"/>
          </w:tcPr>
          <w:p w14:paraId="41C5C4FC" w14:textId="016CA977" w:rsidR="00FC7DF7" w:rsidRDefault="00FC7DF7">
            <w:r>
              <w:t>13.</w:t>
            </w:r>
          </w:p>
        </w:tc>
        <w:tc>
          <w:tcPr>
            <w:tcW w:w="2072" w:type="dxa"/>
          </w:tcPr>
          <w:p w14:paraId="5B22E1F2" w14:textId="5CAF9757" w:rsidR="00FC7DF7" w:rsidRDefault="00FC7DF7">
            <w:proofErr w:type="spellStart"/>
            <w:r>
              <w:t>Wideokolonoskop</w:t>
            </w:r>
            <w:proofErr w:type="spellEnd"/>
          </w:p>
        </w:tc>
        <w:tc>
          <w:tcPr>
            <w:tcW w:w="884" w:type="dxa"/>
          </w:tcPr>
          <w:p w14:paraId="6442D80E" w14:textId="574DD9A4" w:rsidR="00FC7DF7" w:rsidRDefault="00FC7DF7">
            <w:r>
              <w:t>2</w:t>
            </w:r>
          </w:p>
        </w:tc>
        <w:tc>
          <w:tcPr>
            <w:tcW w:w="818" w:type="dxa"/>
          </w:tcPr>
          <w:p w14:paraId="73677470" w14:textId="77777777" w:rsidR="00FC7DF7" w:rsidRDefault="00FC7DF7"/>
        </w:tc>
        <w:tc>
          <w:tcPr>
            <w:tcW w:w="889" w:type="dxa"/>
          </w:tcPr>
          <w:p w14:paraId="62EAE758" w14:textId="77777777" w:rsidR="00FC7DF7" w:rsidRDefault="00FC7DF7"/>
        </w:tc>
        <w:tc>
          <w:tcPr>
            <w:tcW w:w="1000" w:type="dxa"/>
          </w:tcPr>
          <w:p w14:paraId="68BA0225" w14:textId="77777777" w:rsidR="00FC7DF7" w:rsidRDefault="00FC7DF7"/>
        </w:tc>
        <w:tc>
          <w:tcPr>
            <w:tcW w:w="1000" w:type="dxa"/>
          </w:tcPr>
          <w:p w14:paraId="42F123DA" w14:textId="77777777" w:rsidR="00FC7DF7" w:rsidRDefault="00FC7DF7"/>
        </w:tc>
        <w:tc>
          <w:tcPr>
            <w:tcW w:w="722" w:type="dxa"/>
          </w:tcPr>
          <w:p w14:paraId="37F936F1" w14:textId="77777777" w:rsidR="00FC7DF7" w:rsidRDefault="00FC7DF7"/>
        </w:tc>
        <w:tc>
          <w:tcPr>
            <w:tcW w:w="739" w:type="dxa"/>
          </w:tcPr>
          <w:p w14:paraId="6EBD7FBC" w14:textId="77777777" w:rsidR="00FC7DF7" w:rsidRDefault="00FC7DF7"/>
        </w:tc>
      </w:tr>
      <w:tr w:rsidR="00FC7DF7" w14:paraId="3C824F71" w14:textId="77777777" w:rsidTr="00B57D9C">
        <w:tc>
          <w:tcPr>
            <w:tcW w:w="694" w:type="dxa"/>
          </w:tcPr>
          <w:p w14:paraId="19E372DA" w14:textId="4E37F051" w:rsidR="00FC7DF7" w:rsidRDefault="00FC7DF7">
            <w:r>
              <w:t>14.</w:t>
            </w:r>
          </w:p>
        </w:tc>
        <w:tc>
          <w:tcPr>
            <w:tcW w:w="2072" w:type="dxa"/>
          </w:tcPr>
          <w:p w14:paraId="45B9D4F6" w14:textId="61808DDD" w:rsidR="00FC7DF7" w:rsidRDefault="00FC7DF7">
            <w:proofErr w:type="spellStart"/>
            <w:r>
              <w:t>Stół</w:t>
            </w:r>
            <w:proofErr w:type="spellEnd"/>
            <w:r>
              <w:t xml:space="preserve"> </w:t>
            </w:r>
            <w:proofErr w:type="spellStart"/>
            <w:r>
              <w:t>zabiegowy</w:t>
            </w:r>
            <w:proofErr w:type="spellEnd"/>
          </w:p>
        </w:tc>
        <w:tc>
          <w:tcPr>
            <w:tcW w:w="884" w:type="dxa"/>
          </w:tcPr>
          <w:p w14:paraId="052BAAF3" w14:textId="1BCF50BF" w:rsidR="00FC7DF7" w:rsidRDefault="00FC7DF7">
            <w:r>
              <w:t>2</w:t>
            </w:r>
          </w:p>
        </w:tc>
        <w:tc>
          <w:tcPr>
            <w:tcW w:w="818" w:type="dxa"/>
          </w:tcPr>
          <w:p w14:paraId="7749EDFD" w14:textId="77777777" w:rsidR="00FC7DF7" w:rsidRDefault="00FC7DF7"/>
        </w:tc>
        <w:tc>
          <w:tcPr>
            <w:tcW w:w="889" w:type="dxa"/>
          </w:tcPr>
          <w:p w14:paraId="6A3BE836" w14:textId="77777777" w:rsidR="00FC7DF7" w:rsidRDefault="00FC7DF7"/>
        </w:tc>
        <w:tc>
          <w:tcPr>
            <w:tcW w:w="1000" w:type="dxa"/>
          </w:tcPr>
          <w:p w14:paraId="17484FA3" w14:textId="77777777" w:rsidR="00FC7DF7" w:rsidRDefault="00FC7DF7"/>
        </w:tc>
        <w:tc>
          <w:tcPr>
            <w:tcW w:w="1000" w:type="dxa"/>
          </w:tcPr>
          <w:p w14:paraId="4C23E8E5" w14:textId="77777777" w:rsidR="00FC7DF7" w:rsidRDefault="00FC7DF7"/>
        </w:tc>
        <w:tc>
          <w:tcPr>
            <w:tcW w:w="722" w:type="dxa"/>
          </w:tcPr>
          <w:p w14:paraId="18AA7A60" w14:textId="77777777" w:rsidR="00FC7DF7" w:rsidRDefault="00FC7DF7"/>
        </w:tc>
        <w:tc>
          <w:tcPr>
            <w:tcW w:w="739" w:type="dxa"/>
          </w:tcPr>
          <w:p w14:paraId="5F257EE7" w14:textId="77777777" w:rsidR="00FC7DF7" w:rsidRDefault="00FC7DF7"/>
        </w:tc>
      </w:tr>
      <w:tr w:rsidR="00FC7DF7" w14:paraId="056BEF0E" w14:textId="77777777" w:rsidTr="00B57D9C">
        <w:tc>
          <w:tcPr>
            <w:tcW w:w="694" w:type="dxa"/>
          </w:tcPr>
          <w:p w14:paraId="64F43679" w14:textId="444EE2A3" w:rsidR="00FC7DF7" w:rsidRDefault="00FC7DF7">
            <w:r>
              <w:t>15.</w:t>
            </w:r>
          </w:p>
        </w:tc>
        <w:tc>
          <w:tcPr>
            <w:tcW w:w="2072" w:type="dxa"/>
          </w:tcPr>
          <w:p w14:paraId="07DABEAA" w14:textId="28BD9C0B" w:rsidR="00FC7DF7" w:rsidRDefault="00FC7DF7">
            <w:proofErr w:type="spellStart"/>
            <w:r>
              <w:t>Aparat</w:t>
            </w:r>
            <w:proofErr w:type="spellEnd"/>
            <w:r>
              <w:t xml:space="preserve"> EEG</w:t>
            </w:r>
          </w:p>
        </w:tc>
        <w:tc>
          <w:tcPr>
            <w:tcW w:w="884" w:type="dxa"/>
          </w:tcPr>
          <w:p w14:paraId="6DD13927" w14:textId="0D182D69" w:rsidR="00FC7DF7" w:rsidRDefault="00FC7DF7">
            <w:r>
              <w:t>1</w:t>
            </w:r>
          </w:p>
        </w:tc>
        <w:tc>
          <w:tcPr>
            <w:tcW w:w="818" w:type="dxa"/>
          </w:tcPr>
          <w:p w14:paraId="0E8A6C41" w14:textId="77777777" w:rsidR="00FC7DF7" w:rsidRDefault="00FC7DF7"/>
        </w:tc>
        <w:tc>
          <w:tcPr>
            <w:tcW w:w="889" w:type="dxa"/>
          </w:tcPr>
          <w:p w14:paraId="6F67C06B" w14:textId="77777777" w:rsidR="00FC7DF7" w:rsidRDefault="00FC7DF7"/>
        </w:tc>
        <w:tc>
          <w:tcPr>
            <w:tcW w:w="1000" w:type="dxa"/>
          </w:tcPr>
          <w:p w14:paraId="7A4DBBA8" w14:textId="77777777" w:rsidR="00FC7DF7" w:rsidRDefault="00FC7DF7"/>
        </w:tc>
        <w:tc>
          <w:tcPr>
            <w:tcW w:w="1000" w:type="dxa"/>
          </w:tcPr>
          <w:p w14:paraId="132526BA" w14:textId="77777777" w:rsidR="00FC7DF7" w:rsidRDefault="00FC7DF7"/>
        </w:tc>
        <w:tc>
          <w:tcPr>
            <w:tcW w:w="722" w:type="dxa"/>
          </w:tcPr>
          <w:p w14:paraId="134B6971" w14:textId="77777777" w:rsidR="00FC7DF7" w:rsidRDefault="00FC7DF7"/>
        </w:tc>
        <w:tc>
          <w:tcPr>
            <w:tcW w:w="739" w:type="dxa"/>
          </w:tcPr>
          <w:p w14:paraId="4F18CC8C" w14:textId="77777777" w:rsidR="00FC7DF7" w:rsidRDefault="00FC7DF7"/>
        </w:tc>
      </w:tr>
      <w:tr w:rsidR="00FC7DF7" w14:paraId="1DBA17B9" w14:textId="77777777" w:rsidTr="00B57D9C">
        <w:tc>
          <w:tcPr>
            <w:tcW w:w="694" w:type="dxa"/>
          </w:tcPr>
          <w:p w14:paraId="7B8F0E95" w14:textId="7944C38D" w:rsidR="00FC7DF7" w:rsidRDefault="00FC7DF7">
            <w:r>
              <w:t>16.</w:t>
            </w:r>
          </w:p>
        </w:tc>
        <w:tc>
          <w:tcPr>
            <w:tcW w:w="2072" w:type="dxa"/>
          </w:tcPr>
          <w:p w14:paraId="3A2F628A" w14:textId="3305552E" w:rsidR="00FC7DF7" w:rsidRDefault="00FC7DF7">
            <w:r>
              <w:t xml:space="preserve">Panel LCD do </w:t>
            </w:r>
            <w:proofErr w:type="spellStart"/>
            <w:r>
              <w:t>badania</w:t>
            </w:r>
            <w:proofErr w:type="spellEnd"/>
            <w:r>
              <w:t xml:space="preserve"> </w:t>
            </w:r>
            <w:proofErr w:type="spellStart"/>
            <w:r>
              <w:t>ostrości</w:t>
            </w:r>
            <w:proofErr w:type="spellEnd"/>
            <w:r>
              <w:t xml:space="preserve"> </w:t>
            </w:r>
            <w:proofErr w:type="spellStart"/>
            <w:r>
              <w:t>widzenia</w:t>
            </w:r>
            <w:proofErr w:type="spellEnd"/>
          </w:p>
        </w:tc>
        <w:tc>
          <w:tcPr>
            <w:tcW w:w="884" w:type="dxa"/>
          </w:tcPr>
          <w:p w14:paraId="46E41E13" w14:textId="6EA1A372" w:rsidR="00FC7DF7" w:rsidRDefault="00FC7DF7">
            <w:r>
              <w:t>1</w:t>
            </w:r>
          </w:p>
        </w:tc>
        <w:tc>
          <w:tcPr>
            <w:tcW w:w="818" w:type="dxa"/>
          </w:tcPr>
          <w:p w14:paraId="3862A5DB" w14:textId="77777777" w:rsidR="00FC7DF7" w:rsidRDefault="00FC7DF7"/>
        </w:tc>
        <w:tc>
          <w:tcPr>
            <w:tcW w:w="889" w:type="dxa"/>
          </w:tcPr>
          <w:p w14:paraId="3B818C10" w14:textId="77777777" w:rsidR="00FC7DF7" w:rsidRDefault="00FC7DF7"/>
        </w:tc>
        <w:tc>
          <w:tcPr>
            <w:tcW w:w="1000" w:type="dxa"/>
          </w:tcPr>
          <w:p w14:paraId="73E722EB" w14:textId="77777777" w:rsidR="00FC7DF7" w:rsidRDefault="00FC7DF7"/>
        </w:tc>
        <w:tc>
          <w:tcPr>
            <w:tcW w:w="1000" w:type="dxa"/>
          </w:tcPr>
          <w:p w14:paraId="05337ACD" w14:textId="77777777" w:rsidR="00FC7DF7" w:rsidRDefault="00FC7DF7"/>
        </w:tc>
        <w:tc>
          <w:tcPr>
            <w:tcW w:w="722" w:type="dxa"/>
          </w:tcPr>
          <w:p w14:paraId="22FAAD77" w14:textId="77777777" w:rsidR="00FC7DF7" w:rsidRDefault="00FC7DF7"/>
        </w:tc>
        <w:tc>
          <w:tcPr>
            <w:tcW w:w="739" w:type="dxa"/>
          </w:tcPr>
          <w:p w14:paraId="05DD8168" w14:textId="77777777" w:rsidR="00FC7DF7" w:rsidRDefault="00FC7DF7"/>
        </w:tc>
      </w:tr>
      <w:tr w:rsidR="00FC7DF7" w14:paraId="3B745B42" w14:textId="77777777" w:rsidTr="00B57D9C">
        <w:tc>
          <w:tcPr>
            <w:tcW w:w="694" w:type="dxa"/>
          </w:tcPr>
          <w:p w14:paraId="58928287" w14:textId="10AB6681" w:rsidR="00FC7DF7" w:rsidRDefault="00FC7DF7">
            <w:r>
              <w:t>17.</w:t>
            </w:r>
          </w:p>
        </w:tc>
        <w:tc>
          <w:tcPr>
            <w:tcW w:w="2072" w:type="dxa"/>
          </w:tcPr>
          <w:p w14:paraId="07A65255" w14:textId="3A975228" w:rsidR="00FC7DF7" w:rsidRDefault="00FC7DF7">
            <w:r>
              <w:t xml:space="preserve">Lampa </w:t>
            </w:r>
            <w:proofErr w:type="spellStart"/>
            <w:r>
              <w:t>szczelinowa</w:t>
            </w:r>
            <w:proofErr w:type="spellEnd"/>
          </w:p>
        </w:tc>
        <w:tc>
          <w:tcPr>
            <w:tcW w:w="884" w:type="dxa"/>
          </w:tcPr>
          <w:p w14:paraId="12B13FD4" w14:textId="5A37945B" w:rsidR="00FC7DF7" w:rsidRDefault="00FC7DF7">
            <w:r>
              <w:t>1</w:t>
            </w:r>
          </w:p>
        </w:tc>
        <w:tc>
          <w:tcPr>
            <w:tcW w:w="818" w:type="dxa"/>
          </w:tcPr>
          <w:p w14:paraId="34EA5D4A" w14:textId="77777777" w:rsidR="00FC7DF7" w:rsidRDefault="00FC7DF7"/>
        </w:tc>
        <w:tc>
          <w:tcPr>
            <w:tcW w:w="889" w:type="dxa"/>
          </w:tcPr>
          <w:p w14:paraId="1E09BF58" w14:textId="77777777" w:rsidR="00FC7DF7" w:rsidRDefault="00FC7DF7"/>
        </w:tc>
        <w:tc>
          <w:tcPr>
            <w:tcW w:w="1000" w:type="dxa"/>
          </w:tcPr>
          <w:p w14:paraId="76FE562D" w14:textId="77777777" w:rsidR="00FC7DF7" w:rsidRDefault="00FC7DF7"/>
        </w:tc>
        <w:tc>
          <w:tcPr>
            <w:tcW w:w="1000" w:type="dxa"/>
          </w:tcPr>
          <w:p w14:paraId="163CF9EE" w14:textId="77777777" w:rsidR="00FC7DF7" w:rsidRDefault="00FC7DF7"/>
        </w:tc>
        <w:tc>
          <w:tcPr>
            <w:tcW w:w="722" w:type="dxa"/>
          </w:tcPr>
          <w:p w14:paraId="3C4CE36C" w14:textId="77777777" w:rsidR="00FC7DF7" w:rsidRDefault="00FC7DF7"/>
        </w:tc>
        <w:tc>
          <w:tcPr>
            <w:tcW w:w="739" w:type="dxa"/>
          </w:tcPr>
          <w:p w14:paraId="6CBD7668" w14:textId="77777777" w:rsidR="00FC7DF7" w:rsidRDefault="00FC7DF7"/>
        </w:tc>
      </w:tr>
      <w:tr w:rsidR="00FC7DF7" w14:paraId="59D50392" w14:textId="77777777" w:rsidTr="00B57D9C">
        <w:tc>
          <w:tcPr>
            <w:tcW w:w="694" w:type="dxa"/>
          </w:tcPr>
          <w:p w14:paraId="5B7B0CA7" w14:textId="31668872" w:rsidR="00FC7DF7" w:rsidRDefault="00FC7DF7">
            <w:r>
              <w:t>18.</w:t>
            </w:r>
          </w:p>
        </w:tc>
        <w:tc>
          <w:tcPr>
            <w:tcW w:w="2072" w:type="dxa"/>
          </w:tcPr>
          <w:p w14:paraId="1AA141E8" w14:textId="5F477DE0" w:rsidR="00FC7DF7" w:rsidRDefault="00FC7DF7">
            <w:r>
              <w:t xml:space="preserve">Laser </w:t>
            </w:r>
            <w:proofErr w:type="spellStart"/>
            <w:r>
              <w:t>Yag</w:t>
            </w:r>
            <w:proofErr w:type="spellEnd"/>
          </w:p>
        </w:tc>
        <w:tc>
          <w:tcPr>
            <w:tcW w:w="884" w:type="dxa"/>
          </w:tcPr>
          <w:p w14:paraId="376A0F96" w14:textId="54B4EDFD" w:rsidR="00FC7DF7" w:rsidRDefault="00FC7DF7">
            <w:r>
              <w:t>1</w:t>
            </w:r>
          </w:p>
        </w:tc>
        <w:tc>
          <w:tcPr>
            <w:tcW w:w="818" w:type="dxa"/>
          </w:tcPr>
          <w:p w14:paraId="7AE4D112" w14:textId="77777777" w:rsidR="00FC7DF7" w:rsidRDefault="00FC7DF7"/>
        </w:tc>
        <w:tc>
          <w:tcPr>
            <w:tcW w:w="889" w:type="dxa"/>
          </w:tcPr>
          <w:p w14:paraId="373588BD" w14:textId="77777777" w:rsidR="00FC7DF7" w:rsidRDefault="00FC7DF7"/>
        </w:tc>
        <w:tc>
          <w:tcPr>
            <w:tcW w:w="1000" w:type="dxa"/>
          </w:tcPr>
          <w:p w14:paraId="1BCB9567" w14:textId="77777777" w:rsidR="00FC7DF7" w:rsidRDefault="00FC7DF7"/>
        </w:tc>
        <w:tc>
          <w:tcPr>
            <w:tcW w:w="1000" w:type="dxa"/>
          </w:tcPr>
          <w:p w14:paraId="6C2F429E" w14:textId="77777777" w:rsidR="00FC7DF7" w:rsidRDefault="00FC7DF7"/>
        </w:tc>
        <w:tc>
          <w:tcPr>
            <w:tcW w:w="722" w:type="dxa"/>
          </w:tcPr>
          <w:p w14:paraId="6C1B9C0F" w14:textId="77777777" w:rsidR="00FC7DF7" w:rsidRDefault="00FC7DF7"/>
        </w:tc>
        <w:tc>
          <w:tcPr>
            <w:tcW w:w="739" w:type="dxa"/>
          </w:tcPr>
          <w:p w14:paraId="7A3EE49B" w14:textId="77777777" w:rsidR="00FC7DF7" w:rsidRDefault="00FC7DF7"/>
        </w:tc>
      </w:tr>
      <w:tr w:rsidR="00FC7DF7" w14:paraId="7E9DAFF2" w14:textId="77777777" w:rsidTr="00B57D9C">
        <w:tc>
          <w:tcPr>
            <w:tcW w:w="694" w:type="dxa"/>
          </w:tcPr>
          <w:p w14:paraId="3EE624A8" w14:textId="27482A3B" w:rsidR="00FC7DF7" w:rsidRDefault="00FC7DF7">
            <w:r>
              <w:t>19.</w:t>
            </w:r>
          </w:p>
        </w:tc>
        <w:tc>
          <w:tcPr>
            <w:tcW w:w="2072" w:type="dxa"/>
          </w:tcPr>
          <w:p w14:paraId="1E19292F" w14:textId="35D078A0" w:rsidR="00FC7DF7" w:rsidRDefault="00FC7DF7">
            <w:proofErr w:type="spellStart"/>
            <w:r>
              <w:t>Ultrasonograf</w:t>
            </w:r>
            <w:proofErr w:type="spellEnd"/>
            <w:r>
              <w:t xml:space="preserve"> </w:t>
            </w:r>
            <w:proofErr w:type="spellStart"/>
            <w:r>
              <w:t>okulistyczny</w:t>
            </w:r>
            <w:proofErr w:type="spellEnd"/>
          </w:p>
        </w:tc>
        <w:tc>
          <w:tcPr>
            <w:tcW w:w="884" w:type="dxa"/>
          </w:tcPr>
          <w:p w14:paraId="464DB5FB" w14:textId="19B071A9" w:rsidR="00FC7DF7" w:rsidRDefault="00FC7DF7">
            <w:r>
              <w:t>1</w:t>
            </w:r>
          </w:p>
        </w:tc>
        <w:tc>
          <w:tcPr>
            <w:tcW w:w="818" w:type="dxa"/>
          </w:tcPr>
          <w:p w14:paraId="2E4B4A15" w14:textId="77777777" w:rsidR="00FC7DF7" w:rsidRDefault="00FC7DF7"/>
        </w:tc>
        <w:tc>
          <w:tcPr>
            <w:tcW w:w="889" w:type="dxa"/>
          </w:tcPr>
          <w:p w14:paraId="1965D0B0" w14:textId="77777777" w:rsidR="00FC7DF7" w:rsidRDefault="00FC7DF7"/>
        </w:tc>
        <w:tc>
          <w:tcPr>
            <w:tcW w:w="1000" w:type="dxa"/>
          </w:tcPr>
          <w:p w14:paraId="7203A73B" w14:textId="77777777" w:rsidR="00FC7DF7" w:rsidRDefault="00FC7DF7"/>
        </w:tc>
        <w:tc>
          <w:tcPr>
            <w:tcW w:w="1000" w:type="dxa"/>
          </w:tcPr>
          <w:p w14:paraId="11338496" w14:textId="77777777" w:rsidR="00FC7DF7" w:rsidRDefault="00FC7DF7"/>
        </w:tc>
        <w:tc>
          <w:tcPr>
            <w:tcW w:w="722" w:type="dxa"/>
          </w:tcPr>
          <w:p w14:paraId="0072359A" w14:textId="77777777" w:rsidR="00FC7DF7" w:rsidRDefault="00FC7DF7"/>
        </w:tc>
        <w:tc>
          <w:tcPr>
            <w:tcW w:w="739" w:type="dxa"/>
          </w:tcPr>
          <w:p w14:paraId="387F16E2" w14:textId="77777777" w:rsidR="00FC7DF7" w:rsidRDefault="00FC7DF7"/>
        </w:tc>
      </w:tr>
      <w:tr w:rsidR="00FC7DF7" w14:paraId="2336E7AB" w14:textId="77777777" w:rsidTr="00B57D9C">
        <w:tc>
          <w:tcPr>
            <w:tcW w:w="694" w:type="dxa"/>
          </w:tcPr>
          <w:p w14:paraId="2B61749D" w14:textId="16B87397" w:rsidR="00FC7DF7" w:rsidRDefault="00FC7DF7">
            <w:r>
              <w:t>20.</w:t>
            </w:r>
          </w:p>
        </w:tc>
        <w:tc>
          <w:tcPr>
            <w:tcW w:w="2072" w:type="dxa"/>
          </w:tcPr>
          <w:p w14:paraId="54C37729" w14:textId="3F2D4FDB" w:rsidR="00FC7DF7" w:rsidRDefault="00FC7DF7">
            <w:r>
              <w:t xml:space="preserve">System do </w:t>
            </w:r>
            <w:proofErr w:type="spellStart"/>
            <w:r>
              <w:t>prób</w:t>
            </w:r>
            <w:proofErr w:type="spellEnd"/>
            <w:r>
              <w:t xml:space="preserve"> </w:t>
            </w:r>
            <w:proofErr w:type="spellStart"/>
            <w:r>
              <w:t>wysiłkowych</w:t>
            </w:r>
            <w:proofErr w:type="spellEnd"/>
          </w:p>
        </w:tc>
        <w:tc>
          <w:tcPr>
            <w:tcW w:w="884" w:type="dxa"/>
          </w:tcPr>
          <w:p w14:paraId="69BF4EB6" w14:textId="485D6298" w:rsidR="00FC7DF7" w:rsidRDefault="00FC7DF7">
            <w:r>
              <w:t>1</w:t>
            </w:r>
          </w:p>
        </w:tc>
        <w:tc>
          <w:tcPr>
            <w:tcW w:w="818" w:type="dxa"/>
          </w:tcPr>
          <w:p w14:paraId="6B3B8EC1" w14:textId="77777777" w:rsidR="00FC7DF7" w:rsidRDefault="00FC7DF7"/>
        </w:tc>
        <w:tc>
          <w:tcPr>
            <w:tcW w:w="889" w:type="dxa"/>
          </w:tcPr>
          <w:p w14:paraId="66E07EDE" w14:textId="77777777" w:rsidR="00FC7DF7" w:rsidRDefault="00FC7DF7"/>
        </w:tc>
        <w:tc>
          <w:tcPr>
            <w:tcW w:w="1000" w:type="dxa"/>
          </w:tcPr>
          <w:p w14:paraId="4D6FF51F" w14:textId="77777777" w:rsidR="00FC7DF7" w:rsidRDefault="00FC7DF7"/>
        </w:tc>
        <w:tc>
          <w:tcPr>
            <w:tcW w:w="1000" w:type="dxa"/>
          </w:tcPr>
          <w:p w14:paraId="5B1B845F" w14:textId="77777777" w:rsidR="00FC7DF7" w:rsidRDefault="00FC7DF7"/>
        </w:tc>
        <w:tc>
          <w:tcPr>
            <w:tcW w:w="722" w:type="dxa"/>
          </w:tcPr>
          <w:p w14:paraId="49B20FBF" w14:textId="77777777" w:rsidR="00FC7DF7" w:rsidRDefault="00FC7DF7"/>
        </w:tc>
        <w:tc>
          <w:tcPr>
            <w:tcW w:w="739" w:type="dxa"/>
          </w:tcPr>
          <w:p w14:paraId="4F12E70E" w14:textId="77777777" w:rsidR="00FC7DF7" w:rsidRDefault="00FC7DF7"/>
        </w:tc>
      </w:tr>
      <w:tr w:rsidR="00FC7DF7" w14:paraId="42241CB9" w14:textId="77777777" w:rsidTr="00B57D9C">
        <w:tc>
          <w:tcPr>
            <w:tcW w:w="694" w:type="dxa"/>
          </w:tcPr>
          <w:p w14:paraId="2B760479" w14:textId="396EE4A4" w:rsidR="00FC7DF7" w:rsidRDefault="00FC7DF7">
            <w:r>
              <w:t>21.</w:t>
            </w:r>
          </w:p>
        </w:tc>
        <w:tc>
          <w:tcPr>
            <w:tcW w:w="2072" w:type="dxa"/>
          </w:tcPr>
          <w:p w14:paraId="6996708B" w14:textId="690E20BD" w:rsidR="00FC7DF7" w:rsidRDefault="00FC7DF7">
            <w:proofErr w:type="spellStart"/>
            <w:r>
              <w:t>Zestaw</w:t>
            </w:r>
            <w:proofErr w:type="spellEnd"/>
            <w:r>
              <w:t xml:space="preserve"> do </w:t>
            </w:r>
            <w:proofErr w:type="spellStart"/>
            <w:r>
              <w:t>oscylometrii</w:t>
            </w:r>
            <w:proofErr w:type="spellEnd"/>
          </w:p>
        </w:tc>
        <w:tc>
          <w:tcPr>
            <w:tcW w:w="884" w:type="dxa"/>
          </w:tcPr>
          <w:p w14:paraId="4B68757D" w14:textId="5E0ADE2E" w:rsidR="00FC7DF7" w:rsidRDefault="00FC7DF7">
            <w:r>
              <w:t>1</w:t>
            </w:r>
          </w:p>
        </w:tc>
        <w:tc>
          <w:tcPr>
            <w:tcW w:w="818" w:type="dxa"/>
          </w:tcPr>
          <w:p w14:paraId="017012F5" w14:textId="77777777" w:rsidR="00FC7DF7" w:rsidRDefault="00FC7DF7"/>
        </w:tc>
        <w:tc>
          <w:tcPr>
            <w:tcW w:w="889" w:type="dxa"/>
          </w:tcPr>
          <w:p w14:paraId="4393EC9D" w14:textId="77777777" w:rsidR="00FC7DF7" w:rsidRDefault="00FC7DF7"/>
        </w:tc>
        <w:tc>
          <w:tcPr>
            <w:tcW w:w="1000" w:type="dxa"/>
          </w:tcPr>
          <w:p w14:paraId="1CE911F0" w14:textId="77777777" w:rsidR="00FC7DF7" w:rsidRDefault="00FC7DF7"/>
        </w:tc>
        <w:tc>
          <w:tcPr>
            <w:tcW w:w="1000" w:type="dxa"/>
          </w:tcPr>
          <w:p w14:paraId="3461ED65" w14:textId="77777777" w:rsidR="00FC7DF7" w:rsidRDefault="00FC7DF7"/>
        </w:tc>
        <w:tc>
          <w:tcPr>
            <w:tcW w:w="722" w:type="dxa"/>
          </w:tcPr>
          <w:p w14:paraId="2BDD00ED" w14:textId="77777777" w:rsidR="00FC7DF7" w:rsidRDefault="00FC7DF7"/>
        </w:tc>
        <w:tc>
          <w:tcPr>
            <w:tcW w:w="739" w:type="dxa"/>
          </w:tcPr>
          <w:p w14:paraId="587957A4" w14:textId="77777777" w:rsidR="00FC7DF7" w:rsidRDefault="00FC7DF7"/>
        </w:tc>
      </w:tr>
      <w:tr w:rsidR="00FC7DF7" w14:paraId="28AEFF8F" w14:textId="77777777" w:rsidTr="00B57D9C">
        <w:tc>
          <w:tcPr>
            <w:tcW w:w="694" w:type="dxa"/>
          </w:tcPr>
          <w:p w14:paraId="3E84B8C9" w14:textId="3A793176" w:rsidR="00FC7DF7" w:rsidRDefault="00FC7DF7">
            <w:r>
              <w:t>22.</w:t>
            </w:r>
          </w:p>
        </w:tc>
        <w:tc>
          <w:tcPr>
            <w:tcW w:w="2072" w:type="dxa"/>
          </w:tcPr>
          <w:p w14:paraId="04B1D8BB" w14:textId="35B3A1D9" w:rsidR="00FC7DF7" w:rsidRDefault="00FC7DF7">
            <w:proofErr w:type="spellStart"/>
            <w:r>
              <w:t>Aparat</w:t>
            </w:r>
            <w:proofErr w:type="spellEnd"/>
            <w:r>
              <w:t xml:space="preserve"> USG</w:t>
            </w:r>
          </w:p>
        </w:tc>
        <w:tc>
          <w:tcPr>
            <w:tcW w:w="884" w:type="dxa"/>
          </w:tcPr>
          <w:p w14:paraId="35D42C04" w14:textId="4754E3D7" w:rsidR="00FC7DF7" w:rsidRDefault="00FC7DF7">
            <w:r>
              <w:t>1</w:t>
            </w:r>
          </w:p>
        </w:tc>
        <w:tc>
          <w:tcPr>
            <w:tcW w:w="818" w:type="dxa"/>
          </w:tcPr>
          <w:p w14:paraId="27A96421" w14:textId="77777777" w:rsidR="00FC7DF7" w:rsidRDefault="00FC7DF7"/>
        </w:tc>
        <w:tc>
          <w:tcPr>
            <w:tcW w:w="889" w:type="dxa"/>
          </w:tcPr>
          <w:p w14:paraId="28731530" w14:textId="77777777" w:rsidR="00FC7DF7" w:rsidRDefault="00FC7DF7"/>
        </w:tc>
        <w:tc>
          <w:tcPr>
            <w:tcW w:w="1000" w:type="dxa"/>
          </w:tcPr>
          <w:p w14:paraId="6200AC0D" w14:textId="77777777" w:rsidR="00FC7DF7" w:rsidRDefault="00FC7DF7"/>
        </w:tc>
        <w:tc>
          <w:tcPr>
            <w:tcW w:w="1000" w:type="dxa"/>
          </w:tcPr>
          <w:p w14:paraId="4ED551DA" w14:textId="77777777" w:rsidR="00FC7DF7" w:rsidRDefault="00FC7DF7"/>
        </w:tc>
        <w:tc>
          <w:tcPr>
            <w:tcW w:w="722" w:type="dxa"/>
          </w:tcPr>
          <w:p w14:paraId="68B1FDF2" w14:textId="77777777" w:rsidR="00FC7DF7" w:rsidRDefault="00FC7DF7"/>
        </w:tc>
        <w:tc>
          <w:tcPr>
            <w:tcW w:w="739" w:type="dxa"/>
          </w:tcPr>
          <w:p w14:paraId="0F682062" w14:textId="77777777" w:rsidR="00FC7DF7" w:rsidRDefault="00FC7DF7"/>
        </w:tc>
      </w:tr>
      <w:tr w:rsidR="00FC7DF7" w14:paraId="21FDB6F3" w14:textId="77777777" w:rsidTr="00B57D9C">
        <w:tc>
          <w:tcPr>
            <w:tcW w:w="694" w:type="dxa"/>
          </w:tcPr>
          <w:p w14:paraId="3DF28E21" w14:textId="65F437E1" w:rsidR="00FC7DF7" w:rsidRDefault="00FC7DF7">
            <w:r>
              <w:t>23.</w:t>
            </w:r>
          </w:p>
        </w:tc>
        <w:tc>
          <w:tcPr>
            <w:tcW w:w="2072" w:type="dxa"/>
          </w:tcPr>
          <w:p w14:paraId="1D4356AA" w14:textId="348B1A02" w:rsidR="00FC7DF7" w:rsidRDefault="00FC7DF7">
            <w:r>
              <w:t xml:space="preserve">Lampa </w:t>
            </w:r>
            <w:proofErr w:type="spellStart"/>
            <w:r>
              <w:t>medyczna</w:t>
            </w:r>
            <w:proofErr w:type="spellEnd"/>
            <w:r>
              <w:t xml:space="preserve"> </w:t>
            </w:r>
            <w:proofErr w:type="spellStart"/>
            <w:r>
              <w:t>czołowa</w:t>
            </w:r>
            <w:proofErr w:type="spellEnd"/>
          </w:p>
        </w:tc>
        <w:tc>
          <w:tcPr>
            <w:tcW w:w="884" w:type="dxa"/>
          </w:tcPr>
          <w:p w14:paraId="3B6086F5" w14:textId="57717F04" w:rsidR="00FC7DF7" w:rsidRDefault="00FC7DF7">
            <w:r>
              <w:t>3</w:t>
            </w:r>
          </w:p>
        </w:tc>
        <w:tc>
          <w:tcPr>
            <w:tcW w:w="818" w:type="dxa"/>
          </w:tcPr>
          <w:p w14:paraId="01263E9F" w14:textId="77777777" w:rsidR="00FC7DF7" w:rsidRDefault="00FC7DF7"/>
        </w:tc>
        <w:tc>
          <w:tcPr>
            <w:tcW w:w="889" w:type="dxa"/>
          </w:tcPr>
          <w:p w14:paraId="333D1688" w14:textId="77777777" w:rsidR="00FC7DF7" w:rsidRDefault="00FC7DF7"/>
        </w:tc>
        <w:tc>
          <w:tcPr>
            <w:tcW w:w="1000" w:type="dxa"/>
          </w:tcPr>
          <w:p w14:paraId="49961ECC" w14:textId="77777777" w:rsidR="00FC7DF7" w:rsidRDefault="00FC7DF7"/>
        </w:tc>
        <w:tc>
          <w:tcPr>
            <w:tcW w:w="1000" w:type="dxa"/>
          </w:tcPr>
          <w:p w14:paraId="1F2850B7" w14:textId="77777777" w:rsidR="00FC7DF7" w:rsidRDefault="00FC7DF7"/>
        </w:tc>
        <w:tc>
          <w:tcPr>
            <w:tcW w:w="722" w:type="dxa"/>
          </w:tcPr>
          <w:p w14:paraId="68AD3B1E" w14:textId="77777777" w:rsidR="00FC7DF7" w:rsidRDefault="00FC7DF7"/>
        </w:tc>
        <w:tc>
          <w:tcPr>
            <w:tcW w:w="739" w:type="dxa"/>
          </w:tcPr>
          <w:p w14:paraId="58C1E868" w14:textId="77777777" w:rsidR="00FC7DF7" w:rsidRDefault="00FC7DF7"/>
        </w:tc>
      </w:tr>
      <w:tr w:rsidR="00FC7DF7" w14:paraId="1C38E0C5" w14:textId="77777777" w:rsidTr="00B57D9C">
        <w:tc>
          <w:tcPr>
            <w:tcW w:w="694" w:type="dxa"/>
          </w:tcPr>
          <w:p w14:paraId="248B781B" w14:textId="03CEED94" w:rsidR="00FC7DF7" w:rsidRDefault="00FC7DF7">
            <w:r>
              <w:t>24</w:t>
            </w:r>
          </w:p>
        </w:tc>
        <w:tc>
          <w:tcPr>
            <w:tcW w:w="2072" w:type="dxa"/>
          </w:tcPr>
          <w:p w14:paraId="158B624D" w14:textId="324F4DB5" w:rsidR="00FC7DF7" w:rsidRDefault="00FC7DF7">
            <w:proofErr w:type="spellStart"/>
            <w:r>
              <w:t>Meble</w:t>
            </w:r>
            <w:proofErr w:type="spellEnd"/>
            <w:r>
              <w:t xml:space="preserve"> </w:t>
            </w:r>
            <w:proofErr w:type="spellStart"/>
            <w:r>
              <w:t>medyczne</w:t>
            </w:r>
            <w:proofErr w:type="spellEnd"/>
            <w:r>
              <w:t xml:space="preserve">- </w:t>
            </w:r>
            <w:proofErr w:type="spellStart"/>
            <w:r>
              <w:t>ciąg</w:t>
            </w:r>
            <w:proofErr w:type="spellEnd"/>
            <w:r>
              <w:t xml:space="preserve"> </w:t>
            </w:r>
            <w:proofErr w:type="spellStart"/>
            <w:r>
              <w:t>zabiegowy</w:t>
            </w:r>
            <w:proofErr w:type="spellEnd"/>
          </w:p>
        </w:tc>
        <w:tc>
          <w:tcPr>
            <w:tcW w:w="884" w:type="dxa"/>
          </w:tcPr>
          <w:p w14:paraId="1F46EA2F" w14:textId="2764E6C2" w:rsidR="00FC7DF7" w:rsidRDefault="00FC7DF7">
            <w:r>
              <w:t>8</w:t>
            </w:r>
          </w:p>
        </w:tc>
        <w:tc>
          <w:tcPr>
            <w:tcW w:w="818" w:type="dxa"/>
          </w:tcPr>
          <w:p w14:paraId="7E92C81D" w14:textId="77777777" w:rsidR="00FC7DF7" w:rsidRDefault="00FC7DF7"/>
        </w:tc>
        <w:tc>
          <w:tcPr>
            <w:tcW w:w="889" w:type="dxa"/>
          </w:tcPr>
          <w:p w14:paraId="601405D5" w14:textId="77777777" w:rsidR="00FC7DF7" w:rsidRDefault="00FC7DF7"/>
        </w:tc>
        <w:tc>
          <w:tcPr>
            <w:tcW w:w="1000" w:type="dxa"/>
          </w:tcPr>
          <w:p w14:paraId="7B309B9C" w14:textId="77777777" w:rsidR="00FC7DF7" w:rsidRDefault="00FC7DF7"/>
        </w:tc>
        <w:tc>
          <w:tcPr>
            <w:tcW w:w="1000" w:type="dxa"/>
          </w:tcPr>
          <w:p w14:paraId="12CEAAB5" w14:textId="77777777" w:rsidR="00FC7DF7" w:rsidRDefault="00FC7DF7"/>
        </w:tc>
        <w:tc>
          <w:tcPr>
            <w:tcW w:w="722" w:type="dxa"/>
          </w:tcPr>
          <w:p w14:paraId="1D779F1F" w14:textId="77777777" w:rsidR="00FC7DF7" w:rsidRDefault="00FC7DF7"/>
        </w:tc>
        <w:tc>
          <w:tcPr>
            <w:tcW w:w="739" w:type="dxa"/>
          </w:tcPr>
          <w:p w14:paraId="1120390A" w14:textId="77777777" w:rsidR="00FC7DF7" w:rsidRDefault="00FC7DF7"/>
        </w:tc>
      </w:tr>
      <w:tr w:rsidR="00FC7DF7" w14:paraId="5B914ECC" w14:textId="77777777" w:rsidTr="00B57D9C">
        <w:tc>
          <w:tcPr>
            <w:tcW w:w="694" w:type="dxa"/>
          </w:tcPr>
          <w:p w14:paraId="4AC26A7E" w14:textId="4A40308B" w:rsidR="00FC7DF7" w:rsidRDefault="00FC7DF7">
            <w:r>
              <w:t>25</w:t>
            </w:r>
          </w:p>
        </w:tc>
        <w:tc>
          <w:tcPr>
            <w:tcW w:w="2072" w:type="dxa"/>
          </w:tcPr>
          <w:p w14:paraId="1F7C3778" w14:textId="4DD1767F" w:rsidR="00FC7DF7" w:rsidRDefault="00FC7DF7">
            <w:proofErr w:type="spellStart"/>
            <w:r>
              <w:t>Stolik</w:t>
            </w:r>
            <w:proofErr w:type="spellEnd"/>
            <w:r>
              <w:t xml:space="preserve"> </w:t>
            </w:r>
            <w:proofErr w:type="spellStart"/>
            <w:r>
              <w:t>zabiegowy</w:t>
            </w:r>
            <w:proofErr w:type="spellEnd"/>
          </w:p>
        </w:tc>
        <w:tc>
          <w:tcPr>
            <w:tcW w:w="884" w:type="dxa"/>
          </w:tcPr>
          <w:p w14:paraId="7B68CC4F" w14:textId="79A6A125" w:rsidR="00FC7DF7" w:rsidRDefault="00FC7DF7">
            <w:r>
              <w:t>10</w:t>
            </w:r>
          </w:p>
        </w:tc>
        <w:tc>
          <w:tcPr>
            <w:tcW w:w="818" w:type="dxa"/>
          </w:tcPr>
          <w:p w14:paraId="7E72EB1B" w14:textId="77777777" w:rsidR="00FC7DF7" w:rsidRDefault="00FC7DF7"/>
        </w:tc>
        <w:tc>
          <w:tcPr>
            <w:tcW w:w="889" w:type="dxa"/>
          </w:tcPr>
          <w:p w14:paraId="19B2671E" w14:textId="77777777" w:rsidR="00FC7DF7" w:rsidRDefault="00FC7DF7"/>
        </w:tc>
        <w:tc>
          <w:tcPr>
            <w:tcW w:w="1000" w:type="dxa"/>
          </w:tcPr>
          <w:p w14:paraId="6C2AAA8F" w14:textId="77777777" w:rsidR="00FC7DF7" w:rsidRDefault="00FC7DF7"/>
        </w:tc>
        <w:tc>
          <w:tcPr>
            <w:tcW w:w="1000" w:type="dxa"/>
          </w:tcPr>
          <w:p w14:paraId="3BDE26C9" w14:textId="77777777" w:rsidR="00FC7DF7" w:rsidRDefault="00FC7DF7"/>
        </w:tc>
        <w:tc>
          <w:tcPr>
            <w:tcW w:w="722" w:type="dxa"/>
          </w:tcPr>
          <w:p w14:paraId="5482CA28" w14:textId="77777777" w:rsidR="00FC7DF7" w:rsidRDefault="00FC7DF7"/>
        </w:tc>
        <w:tc>
          <w:tcPr>
            <w:tcW w:w="739" w:type="dxa"/>
          </w:tcPr>
          <w:p w14:paraId="389231E7" w14:textId="77777777" w:rsidR="00FC7DF7" w:rsidRDefault="00FC7DF7"/>
        </w:tc>
      </w:tr>
      <w:tr w:rsidR="00FC7DF7" w14:paraId="20F2D658" w14:textId="77777777" w:rsidTr="00B57D9C">
        <w:tc>
          <w:tcPr>
            <w:tcW w:w="694" w:type="dxa"/>
          </w:tcPr>
          <w:p w14:paraId="7E03689C" w14:textId="2034F22B" w:rsidR="00FC7DF7" w:rsidRDefault="00FC7DF7">
            <w:r>
              <w:t>26</w:t>
            </w:r>
          </w:p>
        </w:tc>
        <w:tc>
          <w:tcPr>
            <w:tcW w:w="2072" w:type="dxa"/>
          </w:tcPr>
          <w:p w14:paraId="63D12C18" w14:textId="2C5A28DA" w:rsidR="00FC7DF7" w:rsidRDefault="00FC7DF7">
            <w:proofErr w:type="spellStart"/>
            <w:r>
              <w:t>Leżanka</w:t>
            </w:r>
            <w:proofErr w:type="spellEnd"/>
            <w:r>
              <w:t xml:space="preserve"> </w:t>
            </w:r>
          </w:p>
        </w:tc>
        <w:tc>
          <w:tcPr>
            <w:tcW w:w="884" w:type="dxa"/>
          </w:tcPr>
          <w:p w14:paraId="6A9585A2" w14:textId="71D89B4A" w:rsidR="00FC7DF7" w:rsidRDefault="00FC7DF7">
            <w:r>
              <w:t>10</w:t>
            </w:r>
          </w:p>
        </w:tc>
        <w:tc>
          <w:tcPr>
            <w:tcW w:w="818" w:type="dxa"/>
          </w:tcPr>
          <w:p w14:paraId="05348DCB" w14:textId="77777777" w:rsidR="00FC7DF7" w:rsidRDefault="00FC7DF7"/>
        </w:tc>
        <w:tc>
          <w:tcPr>
            <w:tcW w:w="889" w:type="dxa"/>
          </w:tcPr>
          <w:p w14:paraId="4C30547A" w14:textId="77777777" w:rsidR="00FC7DF7" w:rsidRDefault="00FC7DF7"/>
        </w:tc>
        <w:tc>
          <w:tcPr>
            <w:tcW w:w="1000" w:type="dxa"/>
          </w:tcPr>
          <w:p w14:paraId="75259AD8" w14:textId="77777777" w:rsidR="00FC7DF7" w:rsidRDefault="00FC7DF7"/>
        </w:tc>
        <w:tc>
          <w:tcPr>
            <w:tcW w:w="1000" w:type="dxa"/>
          </w:tcPr>
          <w:p w14:paraId="3EB23818" w14:textId="77777777" w:rsidR="00FC7DF7" w:rsidRDefault="00FC7DF7"/>
        </w:tc>
        <w:tc>
          <w:tcPr>
            <w:tcW w:w="722" w:type="dxa"/>
          </w:tcPr>
          <w:p w14:paraId="561ED2A6" w14:textId="77777777" w:rsidR="00FC7DF7" w:rsidRDefault="00FC7DF7"/>
        </w:tc>
        <w:tc>
          <w:tcPr>
            <w:tcW w:w="739" w:type="dxa"/>
          </w:tcPr>
          <w:p w14:paraId="778413A7" w14:textId="77777777" w:rsidR="00FC7DF7" w:rsidRDefault="00FC7DF7"/>
        </w:tc>
      </w:tr>
      <w:tr w:rsidR="00FC7DF7" w14:paraId="3BF94AF4" w14:textId="77777777" w:rsidTr="00B57D9C">
        <w:tc>
          <w:tcPr>
            <w:tcW w:w="694" w:type="dxa"/>
          </w:tcPr>
          <w:p w14:paraId="09966F76" w14:textId="0B4ACA33" w:rsidR="00FC7DF7" w:rsidRDefault="00FC7DF7">
            <w:r>
              <w:t>27.</w:t>
            </w:r>
          </w:p>
        </w:tc>
        <w:tc>
          <w:tcPr>
            <w:tcW w:w="2072" w:type="dxa"/>
          </w:tcPr>
          <w:p w14:paraId="6B3EA694" w14:textId="493B7D87" w:rsidR="00FC7DF7" w:rsidRDefault="00FC7DF7">
            <w:proofErr w:type="spellStart"/>
            <w:r>
              <w:t>Biurko</w:t>
            </w:r>
            <w:proofErr w:type="spellEnd"/>
            <w:r>
              <w:t xml:space="preserve"> z </w:t>
            </w:r>
            <w:proofErr w:type="spellStart"/>
            <w:r>
              <w:t>kontenerem</w:t>
            </w:r>
            <w:proofErr w:type="spellEnd"/>
          </w:p>
        </w:tc>
        <w:tc>
          <w:tcPr>
            <w:tcW w:w="884" w:type="dxa"/>
          </w:tcPr>
          <w:p w14:paraId="5D897C1E" w14:textId="0DDB50C2" w:rsidR="00FC7DF7" w:rsidRDefault="00FC7DF7">
            <w:r>
              <w:t>10</w:t>
            </w:r>
          </w:p>
        </w:tc>
        <w:tc>
          <w:tcPr>
            <w:tcW w:w="818" w:type="dxa"/>
          </w:tcPr>
          <w:p w14:paraId="7E6B6A94" w14:textId="77777777" w:rsidR="00FC7DF7" w:rsidRDefault="00FC7DF7"/>
        </w:tc>
        <w:tc>
          <w:tcPr>
            <w:tcW w:w="889" w:type="dxa"/>
          </w:tcPr>
          <w:p w14:paraId="79E4AE3E" w14:textId="77777777" w:rsidR="00FC7DF7" w:rsidRDefault="00FC7DF7"/>
        </w:tc>
        <w:tc>
          <w:tcPr>
            <w:tcW w:w="1000" w:type="dxa"/>
          </w:tcPr>
          <w:p w14:paraId="54FD71BD" w14:textId="77777777" w:rsidR="00FC7DF7" w:rsidRDefault="00FC7DF7"/>
        </w:tc>
        <w:tc>
          <w:tcPr>
            <w:tcW w:w="1000" w:type="dxa"/>
          </w:tcPr>
          <w:p w14:paraId="1A014B2F" w14:textId="77777777" w:rsidR="00FC7DF7" w:rsidRDefault="00FC7DF7"/>
        </w:tc>
        <w:tc>
          <w:tcPr>
            <w:tcW w:w="722" w:type="dxa"/>
          </w:tcPr>
          <w:p w14:paraId="3EAE16A7" w14:textId="77777777" w:rsidR="00FC7DF7" w:rsidRDefault="00FC7DF7"/>
        </w:tc>
        <w:tc>
          <w:tcPr>
            <w:tcW w:w="739" w:type="dxa"/>
          </w:tcPr>
          <w:p w14:paraId="37A7D092" w14:textId="77777777" w:rsidR="00FC7DF7" w:rsidRDefault="00FC7DF7"/>
        </w:tc>
      </w:tr>
      <w:tr w:rsidR="00FC7DF7" w14:paraId="0CE08FB5" w14:textId="77777777" w:rsidTr="00B57D9C">
        <w:tc>
          <w:tcPr>
            <w:tcW w:w="694" w:type="dxa"/>
          </w:tcPr>
          <w:p w14:paraId="6FAADCAF" w14:textId="486C28EB" w:rsidR="00FC7DF7" w:rsidRDefault="00FC7DF7">
            <w:r>
              <w:t>28.</w:t>
            </w:r>
          </w:p>
        </w:tc>
        <w:tc>
          <w:tcPr>
            <w:tcW w:w="2072" w:type="dxa"/>
          </w:tcPr>
          <w:p w14:paraId="08E110F3" w14:textId="0F5745E3" w:rsidR="00FC7DF7" w:rsidRDefault="00FC7DF7">
            <w:r>
              <w:t xml:space="preserve">Fotel </w:t>
            </w:r>
            <w:proofErr w:type="spellStart"/>
            <w:r>
              <w:t>biurkowy</w:t>
            </w:r>
            <w:proofErr w:type="spellEnd"/>
          </w:p>
        </w:tc>
        <w:tc>
          <w:tcPr>
            <w:tcW w:w="884" w:type="dxa"/>
          </w:tcPr>
          <w:p w14:paraId="3D53F8FE" w14:textId="6158F9BC" w:rsidR="00FC7DF7" w:rsidRDefault="00FC7DF7">
            <w:r>
              <w:t>10</w:t>
            </w:r>
          </w:p>
        </w:tc>
        <w:tc>
          <w:tcPr>
            <w:tcW w:w="818" w:type="dxa"/>
          </w:tcPr>
          <w:p w14:paraId="59840363" w14:textId="77777777" w:rsidR="00FC7DF7" w:rsidRDefault="00FC7DF7"/>
        </w:tc>
        <w:tc>
          <w:tcPr>
            <w:tcW w:w="889" w:type="dxa"/>
          </w:tcPr>
          <w:p w14:paraId="3882C202" w14:textId="77777777" w:rsidR="00FC7DF7" w:rsidRDefault="00FC7DF7"/>
        </w:tc>
        <w:tc>
          <w:tcPr>
            <w:tcW w:w="1000" w:type="dxa"/>
          </w:tcPr>
          <w:p w14:paraId="0B59A6CA" w14:textId="77777777" w:rsidR="00FC7DF7" w:rsidRDefault="00FC7DF7"/>
        </w:tc>
        <w:tc>
          <w:tcPr>
            <w:tcW w:w="1000" w:type="dxa"/>
          </w:tcPr>
          <w:p w14:paraId="0960419E" w14:textId="77777777" w:rsidR="00FC7DF7" w:rsidRDefault="00FC7DF7"/>
        </w:tc>
        <w:tc>
          <w:tcPr>
            <w:tcW w:w="722" w:type="dxa"/>
          </w:tcPr>
          <w:p w14:paraId="4CC200A5" w14:textId="77777777" w:rsidR="00FC7DF7" w:rsidRDefault="00FC7DF7"/>
        </w:tc>
        <w:tc>
          <w:tcPr>
            <w:tcW w:w="739" w:type="dxa"/>
          </w:tcPr>
          <w:p w14:paraId="499FA743" w14:textId="77777777" w:rsidR="00FC7DF7" w:rsidRDefault="00FC7DF7"/>
        </w:tc>
      </w:tr>
      <w:tr w:rsidR="00FC7DF7" w14:paraId="6E6045EA" w14:textId="77777777" w:rsidTr="00B57D9C">
        <w:tc>
          <w:tcPr>
            <w:tcW w:w="694" w:type="dxa"/>
          </w:tcPr>
          <w:p w14:paraId="3E8EDDAD" w14:textId="2FDCE168" w:rsidR="00FC7DF7" w:rsidRDefault="00FC7DF7">
            <w:r>
              <w:t>29.</w:t>
            </w:r>
          </w:p>
        </w:tc>
        <w:tc>
          <w:tcPr>
            <w:tcW w:w="2072" w:type="dxa"/>
          </w:tcPr>
          <w:p w14:paraId="09DB01AE" w14:textId="22E73035" w:rsidR="00FC7DF7" w:rsidRDefault="00B57D9C">
            <w:proofErr w:type="spellStart"/>
            <w:r>
              <w:t>Krzesła</w:t>
            </w:r>
            <w:proofErr w:type="spellEnd"/>
          </w:p>
        </w:tc>
        <w:tc>
          <w:tcPr>
            <w:tcW w:w="884" w:type="dxa"/>
          </w:tcPr>
          <w:p w14:paraId="31DC1CCB" w14:textId="67E0FC82" w:rsidR="00FC7DF7" w:rsidRDefault="00B57D9C">
            <w:r>
              <w:t>20</w:t>
            </w:r>
          </w:p>
        </w:tc>
        <w:tc>
          <w:tcPr>
            <w:tcW w:w="818" w:type="dxa"/>
          </w:tcPr>
          <w:p w14:paraId="64497481" w14:textId="77777777" w:rsidR="00FC7DF7" w:rsidRDefault="00FC7DF7"/>
        </w:tc>
        <w:tc>
          <w:tcPr>
            <w:tcW w:w="889" w:type="dxa"/>
          </w:tcPr>
          <w:p w14:paraId="7107741E" w14:textId="77777777" w:rsidR="00FC7DF7" w:rsidRDefault="00FC7DF7"/>
        </w:tc>
        <w:tc>
          <w:tcPr>
            <w:tcW w:w="1000" w:type="dxa"/>
          </w:tcPr>
          <w:p w14:paraId="45FE9B62" w14:textId="77777777" w:rsidR="00FC7DF7" w:rsidRDefault="00FC7DF7"/>
        </w:tc>
        <w:tc>
          <w:tcPr>
            <w:tcW w:w="1000" w:type="dxa"/>
          </w:tcPr>
          <w:p w14:paraId="539BDB70" w14:textId="77777777" w:rsidR="00FC7DF7" w:rsidRDefault="00FC7DF7"/>
        </w:tc>
        <w:tc>
          <w:tcPr>
            <w:tcW w:w="722" w:type="dxa"/>
          </w:tcPr>
          <w:p w14:paraId="1D3E338D" w14:textId="77777777" w:rsidR="00FC7DF7" w:rsidRDefault="00FC7DF7"/>
        </w:tc>
        <w:tc>
          <w:tcPr>
            <w:tcW w:w="739" w:type="dxa"/>
          </w:tcPr>
          <w:p w14:paraId="764C7638" w14:textId="77777777" w:rsidR="00FC7DF7" w:rsidRDefault="00FC7DF7"/>
        </w:tc>
      </w:tr>
      <w:tr w:rsidR="00B57D9C" w14:paraId="4B02F043" w14:textId="77777777" w:rsidTr="00B57D9C">
        <w:tc>
          <w:tcPr>
            <w:tcW w:w="694" w:type="dxa"/>
          </w:tcPr>
          <w:p w14:paraId="3DCAEA07" w14:textId="76E0AFB8" w:rsidR="00B57D9C" w:rsidRDefault="00B57D9C">
            <w:r>
              <w:t>30</w:t>
            </w:r>
          </w:p>
        </w:tc>
        <w:tc>
          <w:tcPr>
            <w:tcW w:w="2072" w:type="dxa"/>
          </w:tcPr>
          <w:p w14:paraId="2C80ED07" w14:textId="4F5A358F" w:rsidR="00B57D9C" w:rsidRDefault="00B57D9C">
            <w:proofErr w:type="spellStart"/>
            <w:r>
              <w:t>Ławka</w:t>
            </w:r>
            <w:proofErr w:type="spellEnd"/>
            <w:r>
              <w:t xml:space="preserve"> do </w:t>
            </w:r>
            <w:proofErr w:type="spellStart"/>
            <w:r>
              <w:t>strefy</w:t>
            </w:r>
            <w:proofErr w:type="spellEnd"/>
            <w:r>
              <w:t xml:space="preserve"> </w:t>
            </w:r>
            <w:proofErr w:type="spellStart"/>
            <w:r>
              <w:t>oczekiwania</w:t>
            </w:r>
            <w:proofErr w:type="spellEnd"/>
          </w:p>
        </w:tc>
        <w:tc>
          <w:tcPr>
            <w:tcW w:w="884" w:type="dxa"/>
          </w:tcPr>
          <w:p w14:paraId="69120141" w14:textId="0153C595" w:rsidR="00B57D9C" w:rsidRDefault="00B57D9C">
            <w:r>
              <w:t>20</w:t>
            </w:r>
          </w:p>
        </w:tc>
        <w:tc>
          <w:tcPr>
            <w:tcW w:w="818" w:type="dxa"/>
          </w:tcPr>
          <w:p w14:paraId="72C7010A" w14:textId="77777777" w:rsidR="00B57D9C" w:rsidRDefault="00B57D9C"/>
        </w:tc>
        <w:tc>
          <w:tcPr>
            <w:tcW w:w="889" w:type="dxa"/>
          </w:tcPr>
          <w:p w14:paraId="577FC216" w14:textId="77777777" w:rsidR="00B57D9C" w:rsidRDefault="00B57D9C"/>
        </w:tc>
        <w:tc>
          <w:tcPr>
            <w:tcW w:w="1000" w:type="dxa"/>
          </w:tcPr>
          <w:p w14:paraId="5B459DBB" w14:textId="77777777" w:rsidR="00B57D9C" w:rsidRDefault="00B57D9C"/>
        </w:tc>
        <w:tc>
          <w:tcPr>
            <w:tcW w:w="1000" w:type="dxa"/>
          </w:tcPr>
          <w:p w14:paraId="18C103AD" w14:textId="77777777" w:rsidR="00B57D9C" w:rsidRDefault="00B57D9C"/>
        </w:tc>
        <w:tc>
          <w:tcPr>
            <w:tcW w:w="722" w:type="dxa"/>
          </w:tcPr>
          <w:p w14:paraId="3FB6B72D" w14:textId="77777777" w:rsidR="00B57D9C" w:rsidRDefault="00B57D9C"/>
        </w:tc>
        <w:tc>
          <w:tcPr>
            <w:tcW w:w="739" w:type="dxa"/>
          </w:tcPr>
          <w:p w14:paraId="5F9DFD15" w14:textId="77777777" w:rsidR="00B57D9C" w:rsidRDefault="00B57D9C"/>
        </w:tc>
      </w:tr>
      <w:tr w:rsidR="00B57D9C" w14:paraId="445D5E91" w14:textId="77777777" w:rsidTr="00B57D9C">
        <w:tc>
          <w:tcPr>
            <w:tcW w:w="694" w:type="dxa"/>
          </w:tcPr>
          <w:p w14:paraId="42DD4590" w14:textId="56EB6B2A" w:rsidR="00B57D9C" w:rsidRDefault="00B57D9C">
            <w:r>
              <w:t>31</w:t>
            </w:r>
          </w:p>
        </w:tc>
        <w:tc>
          <w:tcPr>
            <w:tcW w:w="2072" w:type="dxa"/>
          </w:tcPr>
          <w:p w14:paraId="3DC28885" w14:textId="582670C4" w:rsidR="00B57D9C" w:rsidRDefault="00B57D9C">
            <w:proofErr w:type="spellStart"/>
            <w:r>
              <w:t>Zabudowa</w:t>
            </w:r>
            <w:proofErr w:type="spellEnd"/>
            <w:r>
              <w:t xml:space="preserve"> </w:t>
            </w:r>
            <w:proofErr w:type="spellStart"/>
            <w:r>
              <w:t>rejestracji</w:t>
            </w:r>
            <w:proofErr w:type="spellEnd"/>
            <w:r>
              <w:t xml:space="preserve"> </w:t>
            </w:r>
            <w:proofErr w:type="spellStart"/>
            <w:r>
              <w:t>kpl</w:t>
            </w:r>
            <w:proofErr w:type="spellEnd"/>
          </w:p>
        </w:tc>
        <w:tc>
          <w:tcPr>
            <w:tcW w:w="884" w:type="dxa"/>
          </w:tcPr>
          <w:p w14:paraId="6AFC1CAC" w14:textId="55C0FF25" w:rsidR="00B57D9C" w:rsidRDefault="00B57D9C">
            <w:r>
              <w:t>1</w:t>
            </w:r>
          </w:p>
        </w:tc>
        <w:tc>
          <w:tcPr>
            <w:tcW w:w="818" w:type="dxa"/>
          </w:tcPr>
          <w:p w14:paraId="64E4E1D3" w14:textId="77777777" w:rsidR="00B57D9C" w:rsidRDefault="00B57D9C"/>
        </w:tc>
        <w:tc>
          <w:tcPr>
            <w:tcW w:w="889" w:type="dxa"/>
          </w:tcPr>
          <w:p w14:paraId="3BB858DC" w14:textId="77777777" w:rsidR="00B57D9C" w:rsidRDefault="00B57D9C"/>
        </w:tc>
        <w:tc>
          <w:tcPr>
            <w:tcW w:w="1000" w:type="dxa"/>
          </w:tcPr>
          <w:p w14:paraId="2A35B768" w14:textId="77777777" w:rsidR="00B57D9C" w:rsidRDefault="00B57D9C"/>
        </w:tc>
        <w:tc>
          <w:tcPr>
            <w:tcW w:w="1000" w:type="dxa"/>
          </w:tcPr>
          <w:p w14:paraId="69C9CF32" w14:textId="77777777" w:rsidR="00B57D9C" w:rsidRDefault="00B57D9C"/>
        </w:tc>
        <w:tc>
          <w:tcPr>
            <w:tcW w:w="722" w:type="dxa"/>
          </w:tcPr>
          <w:p w14:paraId="7E1E96C3" w14:textId="77777777" w:rsidR="00B57D9C" w:rsidRDefault="00B57D9C"/>
        </w:tc>
        <w:tc>
          <w:tcPr>
            <w:tcW w:w="739" w:type="dxa"/>
          </w:tcPr>
          <w:p w14:paraId="768AC2BA" w14:textId="77777777" w:rsidR="00B57D9C" w:rsidRDefault="00B57D9C"/>
        </w:tc>
      </w:tr>
      <w:tr w:rsidR="00B57D9C" w14:paraId="17742737" w14:textId="77777777" w:rsidTr="00B57D9C">
        <w:tc>
          <w:tcPr>
            <w:tcW w:w="694" w:type="dxa"/>
          </w:tcPr>
          <w:p w14:paraId="7BF24C0C" w14:textId="55AA61AC" w:rsidR="00B57D9C" w:rsidRDefault="00B57D9C">
            <w:r>
              <w:t>32.</w:t>
            </w:r>
          </w:p>
        </w:tc>
        <w:tc>
          <w:tcPr>
            <w:tcW w:w="2072" w:type="dxa"/>
          </w:tcPr>
          <w:p w14:paraId="195C67BD" w14:textId="64EF264C" w:rsidR="00B57D9C" w:rsidRDefault="00B57D9C">
            <w:proofErr w:type="spellStart"/>
            <w:r>
              <w:t>Komputer</w:t>
            </w:r>
            <w:proofErr w:type="spellEnd"/>
            <w:r>
              <w:t xml:space="preserve"> </w:t>
            </w:r>
            <w:proofErr w:type="spellStart"/>
            <w:r>
              <w:t>typu</w:t>
            </w:r>
            <w:proofErr w:type="spellEnd"/>
            <w:r>
              <w:t xml:space="preserve"> AIO</w:t>
            </w:r>
          </w:p>
        </w:tc>
        <w:tc>
          <w:tcPr>
            <w:tcW w:w="884" w:type="dxa"/>
          </w:tcPr>
          <w:p w14:paraId="09048F69" w14:textId="36E0D486" w:rsidR="00B57D9C" w:rsidRDefault="00B57D9C">
            <w:r>
              <w:t>20</w:t>
            </w:r>
          </w:p>
        </w:tc>
        <w:tc>
          <w:tcPr>
            <w:tcW w:w="818" w:type="dxa"/>
          </w:tcPr>
          <w:p w14:paraId="0EFE6924" w14:textId="77777777" w:rsidR="00B57D9C" w:rsidRDefault="00B57D9C"/>
        </w:tc>
        <w:tc>
          <w:tcPr>
            <w:tcW w:w="889" w:type="dxa"/>
          </w:tcPr>
          <w:p w14:paraId="5114542E" w14:textId="77777777" w:rsidR="00B57D9C" w:rsidRDefault="00B57D9C"/>
        </w:tc>
        <w:tc>
          <w:tcPr>
            <w:tcW w:w="1000" w:type="dxa"/>
          </w:tcPr>
          <w:p w14:paraId="13EE5B34" w14:textId="77777777" w:rsidR="00B57D9C" w:rsidRDefault="00B57D9C"/>
        </w:tc>
        <w:tc>
          <w:tcPr>
            <w:tcW w:w="1000" w:type="dxa"/>
          </w:tcPr>
          <w:p w14:paraId="3A2DA259" w14:textId="77777777" w:rsidR="00B57D9C" w:rsidRDefault="00B57D9C"/>
        </w:tc>
        <w:tc>
          <w:tcPr>
            <w:tcW w:w="722" w:type="dxa"/>
          </w:tcPr>
          <w:p w14:paraId="03B9FC9D" w14:textId="77777777" w:rsidR="00B57D9C" w:rsidRDefault="00B57D9C"/>
        </w:tc>
        <w:tc>
          <w:tcPr>
            <w:tcW w:w="739" w:type="dxa"/>
          </w:tcPr>
          <w:p w14:paraId="111CC311" w14:textId="77777777" w:rsidR="00B57D9C" w:rsidRDefault="00B57D9C"/>
        </w:tc>
      </w:tr>
      <w:tr w:rsidR="00B57D9C" w14:paraId="6E503824" w14:textId="77777777" w:rsidTr="00B57D9C">
        <w:tc>
          <w:tcPr>
            <w:tcW w:w="694" w:type="dxa"/>
          </w:tcPr>
          <w:p w14:paraId="57A58667" w14:textId="04BD0ABE" w:rsidR="00B57D9C" w:rsidRDefault="00B57D9C">
            <w:r>
              <w:t>33.</w:t>
            </w:r>
          </w:p>
        </w:tc>
        <w:tc>
          <w:tcPr>
            <w:tcW w:w="2072" w:type="dxa"/>
          </w:tcPr>
          <w:p w14:paraId="04220B91" w14:textId="09507A9C" w:rsidR="00B57D9C" w:rsidRDefault="00B57D9C">
            <w:proofErr w:type="spellStart"/>
            <w:r>
              <w:t>Drukarka</w:t>
            </w:r>
            <w:proofErr w:type="spellEnd"/>
          </w:p>
        </w:tc>
        <w:tc>
          <w:tcPr>
            <w:tcW w:w="884" w:type="dxa"/>
          </w:tcPr>
          <w:p w14:paraId="29226D9A" w14:textId="14C33652" w:rsidR="00B57D9C" w:rsidRDefault="00B57D9C">
            <w:r>
              <w:t>20</w:t>
            </w:r>
          </w:p>
        </w:tc>
        <w:tc>
          <w:tcPr>
            <w:tcW w:w="818" w:type="dxa"/>
          </w:tcPr>
          <w:p w14:paraId="28D38211" w14:textId="77777777" w:rsidR="00B57D9C" w:rsidRDefault="00B57D9C"/>
        </w:tc>
        <w:tc>
          <w:tcPr>
            <w:tcW w:w="889" w:type="dxa"/>
          </w:tcPr>
          <w:p w14:paraId="553186D7" w14:textId="77777777" w:rsidR="00B57D9C" w:rsidRDefault="00B57D9C"/>
        </w:tc>
        <w:tc>
          <w:tcPr>
            <w:tcW w:w="1000" w:type="dxa"/>
          </w:tcPr>
          <w:p w14:paraId="680EB694" w14:textId="77777777" w:rsidR="00B57D9C" w:rsidRDefault="00B57D9C"/>
        </w:tc>
        <w:tc>
          <w:tcPr>
            <w:tcW w:w="1000" w:type="dxa"/>
          </w:tcPr>
          <w:p w14:paraId="177F28C1" w14:textId="77777777" w:rsidR="00B57D9C" w:rsidRDefault="00B57D9C"/>
        </w:tc>
        <w:tc>
          <w:tcPr>
            <w:tcW w:w="722" w:type="dxa"/>
          </w:tcPr>
          <w:p w14:paraId="044B378D" w14:textId="77777777" w:rsidR="00B57D9C" w:rsidRDefault="00B57D9C"/>
        </w:tc>
        <w:tc>
          <w:tcPr>
            <w:tcW w:w="739" w:type="dxa"/>
          </w:tcPr>
          <w:p w14:paraId="549EE1FB" w14:textId="77777777" w:rsidR="00B57D9C" w:rsidRDefault="00B57D9C"/>
        </w:tc>
      </w:tr>
      <w:tr w:rsidR="00B57D9C" w14:paraId="668F7C90" w14:textId="77777777" w:rsidTr="00B57D9C">
        <w:tc>
          <w:tcPr>
            <w:tcW w:w="2766" w:type="dxa"/>
            <w:gridSpan w:val="2"/>
          </w:tcPr>
          <w:p w14:paraId="41E5B1D1" w14:textId="391F834D" w:rsidR="00B57D9C" w:rsidRDefault="00B57D9C">
            <w:r>
              <w:t>SUMA:</w:t>
            </w:r>
          </w:p>
        </w:tc>
        <w:tc>
          <w:tcPr>
            <w:tcW w:w="884" w:type="dxa"/>
          </w:tcPr>
          <w:p w14:paraId="23E38368" w14:textId="77777777" w:rsidR="00B57D9C" w:rsidRDefault="00B57D9C"/>
        </w:tc>
        <w:tc>
          <w:tcPr>
            <w:tcW w:w="818" w:type="dxa"/>
          </w:tcPr>
          <w:p w14:paraId="6A34F682" w14:textId="77777777" w:rsidR="00B57D9C" w:rsidRDefault="00B57D9C"/>
        </w:tc>
        <w:tc>
          <w:tcPr>
            <w:tcW w:w="889" w:type="dxa"/>
          </w:tcPr>
          <w:p w14:paraId="0CE1CF3E" w14:textId="77777777" w:rsidR="00B57D9C" w:rsidRDefault="00B57D9C"/>
        </w:tc>
        <w:tc>
          <w:tcPr>
            <w:tcW w:w="1000" w:type="dxa"/>
          </w:tcPr>
          <w:p w14:paraId="4DD83438" w14:textId="77777777" w:rsidR="00B57D9C" w:rsidRDefault="00B57D9C"/>
        </w:tc>
        <w:tc>
          <w:tcPr>
            <w:tcW w:w="1000" w:type="dxa"/>
          </w:tcPr>
          <w:p w14:paraId="7A58391C" w14:textId="77777777" w:rsidR="00B57D9C" w:rsidRDefault="00B57D9C"/>
        </w:tc>
        <w:tc>
          <w:tcPr>
            <w:tcW w:w="722" w:type="dxa"/>
          </w:tcPr>
          <w:p w14:paraId="2593CF2D" w14:textId="77777777" w:rsidR="00B57D9C" w:rsidRDefault="00B57D9C"/>
        </w:tc>
        <w:tc>
          <w:tcPr>
            <w:tcW w:w="739" w:type="dxa"/>
          </w:tcPr>
          <w:p w14:paraId="327FA952" w14:textId="77777777" w:rsidR="00B57D9C" w:rsidRDefault="00B57D9C"/>
        </w:tc>
      </w:tr>
    </w:tbl>
    <w:p w14:paraId="5D910655" w14:textId="77777777" w:rsidR="00D26A0C" w:rsidRDefault="00D26A0C"/>
    <w:sectPr w:rsidR="00D26A0C" w:rsidSect="00BA2EDA">
      <w:headerReference w:type="default" r:id="rId8"/>
      <w:pgSz w:w="12240" w:h="15840"/>
      <w:pgMar w:top="1440" w:right="1800" w:bottom="1440" w:left="1800" w:header="142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4AFAF" w14:textId="77777777" w:rsidR="00155C80" w:rsidRDefault="00155C80" w:rsidP="00F51821">
      <w:pPr>
        <w:spacing w:after="0" w:line="240" w:lineRule="auto"/>
      </w:pPr>
      <w:r>
        <w:separator/>
      </w:r>
    </w:p>
  </w:endnote>
  <w:endnote w:type="continuationSeparator" w:id="0">
    <w:p w14:paraId="0B5F0644" w14:textId="77777777" w:rsidR="00155C80" w:rsidRDefault="00155C80" w:rsidP="00F51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EFF" w:usb1="F9DFFFFF" w:usb2="0000007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CBF64" w14:textId="77777777" w:rsidR="00155C80" w:rsidRDefault="00155C80" w:rsidP="00F51821">
      <w:pPr>
        <w:spacing w:after="0" w:line="240" w:lineRule="auto"/>
      </w:pPr>
      <w:r>
        <w:separator/>
      </w:r>
    </w:p>
  </w:footnote>
  <w:footnote w:type="continuationSeparator" w:id="0">
    <w:p w14:paraId="1A24C292" w14:textId="77777777" w:rsidR="00155C80" w:rsidRDefault="00155C80" w:rsidP="00F51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485A9" w14:textId="3DCC97B3" w:rsidR="00BA2EDA" w:rsidRDefault="00BA2EDA">
    <w:pPr>
      <w:pStyle w:val="Nagwek"/>
    </w:pPr>
    <w:r>
      <w:rPr>
        <w:noProof/>
      </w:rPr>
      <w:drawing>
        <wp:inline distT="0" distB="0" distL="0" distR="0" wp14:anchorId="6CE48504" wp14:editId="798D8E8E">
          <wp:extent cx="5486400" cy="552649"/>
          <wp:effectExtent l="0" t="0" r="0" b="0"/>
          <wp:docPr id="111653639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973978" name="Obraz 289739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86400" cy="5526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61B6D20"/>
    <w:multiLevelType w:val="hybridMultilevel"/>
    <w:tmpl w:val="8E40A6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5471D9"/>
    <w:multiLevelType w:val="hybridMultilevel"/>
    <w:tmpl w:val="2EDAAB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5D3CAA"/>
    <w:multiLevelType w:val="hybridMultilevel"/>
    <w:tmpl w:val="14E4E8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4313632">
    <w:abstractNumId w:val="8"/>
  </w:num>
  <w:num w:numId="2" w16cid:durableId="518734369">
    <w:abstractNumId w:val="6"/>
  </w:num>
  <w:num w:numId="3" w16cid:durableId="1981567525">
    <w:abstractNumId w:val="5"/>
  </w:num>
  <w:num w:numId="4" w16cid:durableId="2010206634">
    <w:abstractNumId w:val="4"/>
  </w:num>
  <w:num w:numId="5" w16cid:durableId="1479421806">
    <w:abstractNumId w:val="7"/>
  </w:num>
  <w:num w:numId="6" w16cid:durableId="1592005836">
    <w:abstractNumId w:val="3"/>
  </w:num>
  <w:num w:numId="7" w16cid:durableId="1951620273">
    <w:abstractNumId w:val="2"/>
  </w:num>
  <w:num w:numId="8" w16cid:durableId="581379957">
    <w:abstractNumId w:val="1"/>
  </w:num>
  <w:num w:numId="9" w16cid:durableId="392628215">
    <w:abstractNumId w:val="0"/>
  </w:num>
  <w:num w:numId="10" w16cid:durableId="2070305416">
    <w:abstractNumId w:val="11"/>
  </w:num>
  <w:num w:numId="11" w16cid:durableId="179170434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748705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2BE8"/>
    <w:rsid w:val="00034616"/>
    <w:rsid w:val="00041C33"/>
    <w:rsid w:val="00043C9C"/>
    <w:rsid w:val="0006063C"/>
    <w:rsid w:val="0015074B"/>
    <w:rsid w:val="00155C80"/>
    <w:rsid w:val="002003BE"/>
    <w:rsid w:val="0026522A"/>
    <w:rsid w:val="0029639D"/>
    <w:rsid w:val="002A6FE3"/>
    <w:rsid w:val="002E32CD"/>
    <w:rsid w:val="00300476"/>
    <w:rsid w:val="00326F90"/>
    <w:rsid w:val="00340E5D"/>
    <w:rsid w:val="003E50D5"/>
    <w:rsid w:val="004D1A80"/>
    <w:rsid w:val="004F1BC5"/>
    <w:rsid w:val="00543B8C"/>
    <w:rsid w:val="0055235E"/>
    <w:rsid w:val="005D4868"/>
    <w:rsid w:val="006B2FF0"/>
    <w:rsid w:val="007A7970"/>
    <w:rsid w:val="00852453"/>
    <w:rsid w:val="008E090B"/>
    <w:rsid w:val="00941822"/>
    <w:rsid w:val="00982A59"/>
    <w:rsid w:val="009B09A6"/>
    <w:rsid w:val="009F5CA4"/>
    <w:rsid w:val="00A14836"/>
    <w:rsid w:val="00AA1D8D"/>
    <w:rsid w:val="00B020A6"/>
    <w:rsid w:val="00B47730"/>
    <w:rsid w:val="00B57D9C"/>
    <w:rsid w:val="00B820F5"/>
    <w:rsid w:val="00BA2EDA"/>
    <w:rsid w:val="00BB3199"/>
    <w:rsid w:val="00C63D58"/>
    <w:rsid w:val="00C8433F"/>
    <w:rsid w:val="00CB0664"/>
    <w:rsid w:val="00D26A0C"/>
    <w:rsid w:val="00D764BA"/>
    <w:rsid w:val="00DA5EAA"/>
    <w:rsid w:val="00DF21A1"/>
    <w:rsid w:val="00E2713F"/>
    <w:rsid w:val="00E72667"/>
    <w:rsid w:val="00EA4A1E"/>
    <w:rsid w:val="00F22FED"/>
    <w:rsid w:val="00F40575"/>
    <w:rsid w:val="00F51821"/>
    <w:rsid w:val="00F772FC"/>
    <w:rsid w:val="00FA744A"/>
    <w:rsid w:val="00FC693F"/>
    <w:rsid w:val="00FC7DF7"/>
    <w:rsid w:val="00FF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32D97"/>
  <w14:defaultImageDpi w14:val="300"/>
  <w15:docId w15:val="{99E4A4FB-DAFB-4542-BC13-7EF225F12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customStyle="1" w:styleId="AkapitzlistZnak">
    <w:name w:val="Akapit z listą Znak"/>
    <w:link w:val="Akapitzlist"/>
    <w:uiPriority w:val="34"/>
    <w:rsid w:val="00B820F5"/>
  </w:style>
  <w:style w:type="table" w:customStyle="1" w:styleId="Przetargi">
    <w:name w:val="Przetargi"/>
    <w:basedOn w:val="Standardowy"/>
    <w:uiPriority w:val="99"/>
    <w:rsid w:val="00B820F5"/>
    <w:pPr>
      <w:spacing w:after="0" w:line="240" w:lineRule="auto"/>
      <w:jc w:val="center"/>
    </w:pPr>
    <w:rPr>
      <w:rFonts w:ascii="Arial" w:eastAsia="Times New Roman" w:hAnsi="Arial" w:cs="Times New Roman"/>
      <w:sz w:val="18"/>
      <w:szCs w:val="24"/>
      <w:lang w:val="pl-PL" w:eastAsia="cs-CZ"/>
    </w:rPr>
    <w:tblPr>
      <w:tblStyleRow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/>
        <w:mirrorIndents/>
        <w:jc w:val="center"/>
      </w:pPr>
      <w:rPr>
        <w:rFonts w:ascii="Arial" w:hAnsi="Arial"/>
        <w:b/>
        <w:color w:val="auto"/>
        <w:sz w:val="18"/>
        <w:u w:val="none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  <w:tl2br w:val="nil"/>
          <w:tr2bl w:val="nil"/>
        </w:tcBorders>
        <w:shd w:val="clear" w:color="auto" w:fill="D9D9D9" w:themeFill="background1" w:themeFillShade="D9"/>
        <w:vAlign w:val="center"/>
      </w:tcPr>
    </w:tblStylePr>
    <w:tblStylePr w:type="firstCol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center"/>
      </w:pPr>
      <w:rPr>
        <w:rFonts w:ascii="Arial" w:hAnsi="Arial"/>
        <w:b/>
        <w:sz w:val="18"/>
      </w:rPr>
      <w:tblPr/>
      <w:tcPr>
        <w:shd w:val="clear" w:color="auto" w:fill="D9D9D9" w:themeFill="background1" w:themeFillShade="D9"/>
        <w:vAlign w:val="center"/>
      </w:tcPr>
    </w:tblStylePr>
    <w:tblStylePr w:type="band1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left"/>
      </w:pPr>
      <w:rPr>
        <w:rFonts w:ascii="Arial" w:hAnsi="Arial"/>
        <w:b w:val="0"/>
        <w:sz w:val="18"/>
      </w:r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left"/>
      </w:pPr>
      <w:rPr>
        <w:rFonts w:ascii="Arial" w:hAnsi="Arial"/>
        <w:b w:val="0"/>
        <w:i w:val="0"/>
        <w:sz w:val="18"/>
      </w:rPr>
      <w:tblPr/>
      <w:tcPr>
        <w:vAlign w:val="center"/>
      </w:tcPr>
    </w:tblStyle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5182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5182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51821"/>
    <w:rPr>
      <w:vertAlign w:val="superscript"/>
    </w:rPr>
  </w:style>
  <w:style w:type="paragraph" w:customStyle="1" w:styleId="Domylny">
    <w:name w:val="Domyślny"/>
    <w:qFormat/>
    <w:rsid w:val="00941822"/>
    <w:pPr>
      <w:suppressAutoHyphens/>
    </w:pPr>
    <w:rPr>
      <w:rFonts w:ascii="Times New Roman" w:eastAsia="Arial Unicode MS" w:hAnsi="Times New Roman" w:cs="Arial Unicode MS"/>
      <w:color w:val="00000A"/>
      <w:sz w:val="24"/>
      <w:szCs w:val="24"/>
      <w:u w:color="00000A"/>
      <w:lang w:val="pl-PL" w:eastAsia="pl-PL"/>
    </w:rPr>
  </w:style>
  <w:style w:type="table" w:customStyle="1" w:styleId="TableNormal">
    <w:name w:val="Table Normal"/>
    <w:rsid w:val="00941822"/>
    <w:pPr>
      <w:suppressAutoHyphens/>
      <w:spacing w:after="0" w:line="240" w:lineRule="auto"/>
    </w:pPr>
    <w:rPr>
      <w:rFonts w:ascii="Times New Roman" w:eastAsia="Arial Unicode MS" w:hAnsi="Times New Roman" w:cs="Times New Roman"/>
      <w:sz w:val="20"/>
      <w:szCs w:val="20"/>
      <w:lang w:val="pl-PL"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33</Pages>
  <Words>6444</Words>
  <Characters>38666</Characters>
  <Application>Microsoft Office Word</Application>
  <DocSecurity>0</DocSecurity>
  <Lines>322</Lines>
  <Paragraphs>90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45020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Pamela Pamela</cp:lastModifiedBy>
  <cp:revision>2</cp:revision>
  <dcterms:created xsi:type="dcterms:W3CDTF">2026-02-11T15:41:00Z</dcterms:created>
  <dcterms:modified xsi:type="dcterms:W3CDTF">2026-02-11T15:41:00Z</dcterms:modified>
  <cp:category/>
</cp:coreProperties>
</file>