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6AE11" w14:textId="1D43BD6A" w:rsidR="00EC1705" w:rsidRPr="00EC1705" w:rsidRDefault="00EC1705" w:rsidP="00EC1705">
      <w:pPr>
        <w:pStyle w:val="Nagwek1"/>
        <w:jc w:val="right"/>
        <w:rPr>
          <w:b w:val="0"/>
          <w:bCs w:val="0"/>
          <w:color w:val="auto"/>
          <w:sz w:val="24"/>
          <w:szCs w:val="24"/>
        </w:rPr>
      </w:pPr>
      <w:r w:rsidRPr="00EC1705">
        <w:rPr>
          <w:b w:val="0"/>
          <w:bCs w:val="0"/>
          <w:color w:val="auto"/>
          <w:sz w:val="24"/>
          <w:szCs w:val="24"/>
        </w:rPr>
        <w:t xml:space="preserve">Załącznik nr </w:t>
      </w:r>
      <w:r w:rsidR="00DA5B26">
        <w:rPr>
          <w:b w:val="0"/>
          <w:bCs w:val="0"/>
          <w:color w:val="auto"/>
          <w:sz w:val="24"/>
          <w:szCs w:val="24"/>
        </w:rPr>
        <w:t>8</w:t>
      </w:r>
    </w:p>
    <w:p w14:paraId="7D855998" w14:textId="4EFAE52C" w:rsidR="00E02D6F" w:rsidRPr="00EC1705" w:rsidRDefault="00723A18" w:rsidP="00EC1705">
      <w:pPr>
        <w:pStyle w:val="Nagwek1"/>
        <w:jc w:val="center"/>
        <w:rPr>
          <w:color w:val="auto"/>
        </w:rPr>
      </w:pPr>
      <w:r w:rsidRPr="00EC1705">
        <w:rPr>
          <w:color w:val="auto"/>
        </w:rPr>
        <w:t>OŚWIADCZENIE</w:t>
      </w:r>
    </w:p>
    <w:p w14:paraId="7FCB1A9F" w14:textId="313A9E31" w:rsidR="00E02D6F" w:rsidRPr="00EC1705" w:rsidRDefault="00EC1705" w:rsidP="00EC1705">
      <w:pPr>
        <w:jc w:val="center"/>
      </w:pPr>
      <w:r w:rsidRPr="00EC1705">
        <w:t>d</w:t>
      </w:r>
      <w:r w:rsidR="00723A18" w:rsidRPr="00EC1705">
        <w:t xml:space="preserve">otyczące kompatybilności </w:t>
      </w:r>
      <w:r w:rsidR="0003030E">
        <w:t>densytometru</w:t>
      </w:r>
      <w:r w:rsidR="00723A18" w:rsidRPr="00EC1705">
        <w:t xml:space="preserve"> oraz dostępności części zamiennych</w:t>
      </w:r>
    </w:p>
    <w:p w14:paraId="535AAB44" w14:textId="77777777" w:rsidR="00EC1705" w:rsidRDefault="00EC1705">
      <w:pPr>
        <w:rPr>
          <w:b/>
          <w:bCs/>
        </w:rPr>
      </w:pPr>
    </w:p>
    <w:p w14:paraId="1A468C3E" w14:textId="1F252865" w:rsidR="00E02D6F" w:rsidRPr="00EC1705" w:rsidRDefault="00723A18">
      <w:pPr>
        <w:rPr>
          <w:b/>
          <w:bCs/>
        </w:rPr>
      </w:pPr>
      <w:r w:rsidRPr="00EC1705">
        <w:rPr>
          <w:b/>
          <w:bCs/>
        </w:rPr>
        <w:t xml:space="preserve">Nr postępowania: </w:t>
      </w:r>
      <w:r w:rsidR="00337A3A">
        <w:rPr>
          <w:b/>
          <w:bCs/>
        </w:rPr>
        <w:t>05</w:t>
      </w:r>
      <w:r w:rsidRPr="00EC1705">
        <w:rPr>
          <w:b/>
          <w:bCs/>
        </w:rPr>
        <w:t>/202</w:t>
      </w:r>
      <w:r w:rsidR="00337A3A">
        <w:rPr>
          <w:b/>
          <w:bCs/>
        </w:rPr>
        <w:t>6</w:t>
      </w:r>
    </w:p>
    <w:p w14:paraId="1F7EEE9B" w14:textId="7742100E" w:rsidR="00E02D6F" w:rsidRPr="00ED4F0E" w:rsidRDefault="00723A18">
      <w:r w:rsidRPr="00EC1705">
        <w:rPr>
          <w:b/>
          <w:bCs/>
        </w:rPr>
        <w:t xml:space="preserve">Nazwa postępowania: </w:t>
      </w:r>
      <w:r w:rsidR="009E78CA" w:rsidRPr="00ED4F0E">
        <w:t xml:space="preserve">Dostawa </w:t>
      </w:r>
      <w:r w:rsidR="00337A3A">
        <w:t>densytometru</w:t>
      </w:r>
      <w:r w:rsidR="00324D19" w:rsidRPr="00ED4F0E">
        <w:t>.</w:t>
      </w:r>
    </w:p>
    <w:p w14:paraId="6394801B" w14:textId="77777777" w:rsidR="00E02D6F" w:rsidRPr="00EC1705" w:rsidRDefault="00E02D6F"/>
    <w:p w14:paraId="530376CE" w14:textId="77777777" w:rsidR="00E02D6F" w:rsidRPr="00EC1705" w:rsidRDefault="00723A18">
      <w:r w:rsidRPr="00EC1705">
        <w:t>Ja, niżej podpisany/a:</w:t>
      </w:r>
    </w:p>
    <w:p w14:paraId="46F1A55C" w14:textId="77777777" w:rsidR="00E02D6F" w:rsidRPr="00EC1705" w:rsidRDefault="00723A18">
      <w:r w:rsidRPr="00EC1705">
        <w:t>Imię i nazwisko: ..............................................................</w:t>
      </w:r>
    </w:p>
    <w:p w14:paraId="3F61A32C" w14:textId="77777777" w:rsidR="00E02D6F" w:rsidRPr="00EC1705" w:rsidRDefault="00723A18">
      <w:r w:rsidRPr="00EC1705">
        <w:t>Stanowisko: ..................................................................</w:t>
      </w:r>
    </w:p>
    <w:p w14:paraId="1FBDA647" w14:textId="77777777" w:rsidR="00E02D6F" w:rsidRPr="00EC1705" w:rsidRDefault="00723A18">
      <w:r w:rsidRPr="00EC1705">
        <w:t>Reprezentujący: .....................................................................................</w:t>
      </w:r>
    </w:p>
    <w:p w14:paraId="3674D143" w14:textId="77777777" w:rsidR="00E02D6F" w:rsidRPr="00EC1705" w:rsidRDefault="00E02D6F"/>
    <w:p w14:paraId="3A8CB8D4" w14:textId="77777777" w:rsidR="00E02D6F" w:rsidRPr="00EC1705" w:rsidRDefault="00723A18" w:rsidP="00EC1705">
      <w:r w:rsidRPr="00EC1705">
        <w:t>niniejszym oświadczam, że:</w:t>
      </w:r>
    </w:p>
    <w:p w14:paraId="485025C0" w14:textId="77777777" w:rsidR="00DE5746" w:rsidRPr="00D262ED" w:rsidRDefault="00DE5746" w:rsidP="00DE5746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D262ED">
        <w:rPr>
          <w:color w:val="000000" w:themeColor="text1"/>
        </w:rPr>
        <w:t>Wszystkie elementy oferowanego zestawu (densytometr, stacja, oprogramowanie) zostały zaprojektowane do wzajemnej współpracy jako jeden spójny zestaw medyczny.</w:t>
      </w:r>
    </w:p>
    <w:p w14:paraId="3431417E" w14:textId="77777777" w:rsidR="00DE5746" w:rsidRPr="00D262ED" w:rsidRDefault="00DE5746" w:rsidP="00DE5746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D262ED">
        <w:rPr>
          <w:color w:val="000000" w:themeColor="text1"/>
        </w:rPr>
        <w:t>Sprzęt jest gotowy do pracy jako całość, nie wymaga integracji z komponentami innych producentów ani dodatkowych zmian technicznych.</w:t>
      </w:r>
    </w:p>
    <w:p w14:paraId="1B4A55EE" w14:textId="3BF065F9" w:rsidR="00DE5746" w:rsidRPr="00D262ED" w:rsidRDefault="00DE5746" w:rsidP="00DE5746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D262ED">
        <w:rPr>
          <w:color w:val="000000" w:themeColor="text1"/>
        </w:rPr>
        <w:t>Oferowany densytometr posiada aktywne funkcje HL7 oraz DICOM, które pozwalają na pełną integrację z systemem RIS/PACS firmy PIXEL bez żadnych dodatkowych kosztów po stronie Zamawiającego.</w:t>
      </w:r>
    </w:p>
    <w:p w14:paraId="64A56F3A" w14:textId="3E8F73E0" w:rsidR="00DE5746" w:rsidRPr="00D262ED" w:rsidRDefault="00DE5746" w:rsidP="00DE5746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D262ED">
        <w:rPr>
          <w:color w:val="000000" w:themeColor="text1"/>
        </w:rPr>
        <w:t>Zapewniam dostępność części zamiennych przez okres minimum 5 lat od daty dostawy oraz gwarantuję wsparcie techniczne i serwis pogwarancyjny.</w:t>
      </w:r>
    </w:p>
    <w:p w14:paraId="1CBF18DF" w14:textId="39A9027A" w:rsidR="006D4B81" w:rsidRPr="00D262ED" w:rsidRDefault="00DE5746" w:rsidP="00DE5746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D262ED">
        <w:rPr>
          <w:color w:val="000000" w:themeColor="text1"/>
        </w:rPr>
        <w:t>Cena oferty obejmuje wszystkie koszty związane z uruchomieniem, konfiguracją oraz pełną współpracą aparatu z systemami Szpitala.</w:t>
      </w:r>
    </w:p>
    <w:p w14:paraId="38032C54" w14:textId="7F7A1550" w:rsidR="00E02D6F" w:rsidRPr="00EC1705" w:rsidRDefault="00723A18">
      <w:r w:rsidRPr="00EC1705">
        <w:br/>
        <w:t>Miejscowość, data: .......................................................</w:t>
      </w:r>
    </w:p>
    <w:p w14:paraId="4AB91E4B" w14:textId="77777777" w:rsidR="00723A18" w:rsidRDefault="00723A18"/>
    <w:p w14:paraId="6CC873FF" w14:textId="0D171CD0" w:rsidR="00E02D6F" w:rsidRPr="00EC1705" w:rsidRDefault="00723A18">
      <w:r w:rsidRPr="00EC1705">
        <w:br/>
        <w:t>Podpis i pieczęć osoby upoważnionej: .......................................................</w:t>
      </w:r>
    </w:p>
    <w:sectPr w:rsidR="00E02D6F" w:rsidRPr="00EC1705" w:rsidSect="007C47B4">
      <w:pgSz w:w="12240" w:h="15840"/>
      <w:pgMar w:top="1134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3BE6798"/>
    <w:multiLevelType w:val="hybridMultilevel"/>
    <w:tmpl w:val="F52884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3662342">
    <w:abstractNumId w:val="8"/>
  </w:num>
  <w:num w:numId="2" w16cid:durableId="347799718">
    <w:abstractNumId w:val="6"/>
  </w:num>
  <w:num w:numId="3" w16cid:durableId="1706320879">
    <w:abstractNumId w:val="5"/>
  </w:num>
  <w:num w:numId="4" w16cid:durableId="1347441728">
    <w:abstractNumId w:val="4"/>
  </w:num>
  <w:num w:numId="5" w16cid:durableId="733502372">
    <w:abstractNumId w:val="7"/>
  </w:num>
  <w:num w:numId="6" w16cid:durableId="556622860">
    <w:abstractNumId w:val="3"/>
  </w:num>
  <w:num w:numId="7" w16cid:durableId="687873256">
    <w:abstractNumId w:val="2"/>
  </w:num>
  <w:num w:numId="8" w16cid:durableId="1836147103">
    <w:abstractNumId w:val="1"/>
  </w:num>
  <w:num w:numId="9" w16cid:durableId="1186214866">
    <w:abstractNumId w:val="0"/>
  </w:num>
  <w:num w:numId="10" w16cid:durableId="19731711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030E"/>
    <w:rsid w:val="00034616"/>
    <w:rsid w:val="0006063C"/>
    <w:rsid w:val="000E6DF6"/>
    <w:rsid w:val="0015074B"/>
    <w:rsid w:val="001F7099"/>
    <w:rsid w:val="0029639D"/>
    <w:rsid w:val="0030182F"/>
    <w:rsid w:val="00324D19"/>
    <w:rsid w:val="00326F90"/>
    <w:rsid w:val="00337A3A"/>
    <w:rsid w:val="006D4B81"/>
    <w:rsid w:val="00723A18"/>
    <w:rsid w:val="007A0D64"/>
    <w:rsid w:val="007A48A0"/>
    <w:rsid w:val="007C47B4"/>
    <w:rsid w:val="008012E9"/>
    <w:rsid w:val="009E78CA"/>
    <w:rsid w:val="00A0152B"/>
    <w:rsid w:val="00A04D50"/>
    <w:rsid w:val="00AA1D8D"/>
    <w:rsid w:val="00B47730"/>
    <w:rsid w:val="00CB0664"/>
    <w:rsid w:val="00D262ED"/>
    <w:rsid w:val="00DA5B26"/>
    <w:rsid w:val="00DE5746"/>
    <w:rsid w:val="00DF49B7"/>
    <w:rsid w:val="00E02D6F"/>
    <w:rsid w:val="00E515EA"/>
    <w:rsid w:val="00EC1705"/>
    <w:rsid w:val="00ED4F0E"/>
    <w:rsid w:val="00EF2AC4"/>
    <w:rsid w:val="00F01BBB"/>
    <w:rsid w:val="00F70FB4"/>
    <w:rsid w:val="00FA2CE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27660F"/>
  <w14:defaultImageDpi w14:val="300"/>
  <w15:docId w15:val="{33FEBFF8-8E77-475D-A065-8B5481ABA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  <w:rPr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200</Words>
  <Characters>1204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1402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Bartosz Koryga</cp:lastModifiedBy>
  <cp:revision>4</cp:revision>
  <dcterms:created xsi:type="dcterms:W3CDTF">2026-01-28T09:39:00Z</dcterms:created>
  <dcterms:modified xsi:type="dcterms:W3CDTF">2026-02-19T09:22:00Z</dcterms:modified>
  <cp:category/>
</cp:coreProperties>
</file>